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4DDDA" w14:textId="77777777" w:rsidR="00FB2F32" w:rsidRDefault="00000000">
      <w:pPr>
        <w:widowControl w:val="0"/>
        <w:tabs>
          <w:tab w:val="left" w:pos="1182"/>
        </w:tabs>
        <w:kinsoku w:val="0"/>
        <w:overflowPunct w:val="0"/>
        <w:autoSpaceDE w:val="0"/>
        <w:autoSpaceDN w:val="0"/>
        <w:snapToGrid w:val="0"/>
        <w:spacing w:before="1335" w:line="309" w:lineRule="exact"/>
        <w:ind w:left="702"/>
      </w:pPr>
      <w:r>
        <w:rPr>
          <w:rFonts w:ascii="ＭＳ Ｐゴシック" w:eastAsia="ＭＳ Ｐゴシック" w:hAnsi="ＭＳ Ｐゴシック" w:cs="ＭＳ Ｐゴシック"/>
          <w:color w:val="000000"/>
          <w:sz w:val="28"/>
          <w:lang w:val="ja-JP" w:eastAsia="ja-JP"/>
        </w:rPr>
        <w:t>８</w:t>
      </w:r>
      <w:r>
        <w:rPr>
          <w:rFonts w:ascii="ＭＳ Ｐゴシック" w:eastAsia="ＭＳ Ｐゴシック" w:hAnsi="ＭＳ Ｐゴシック" w:cs="ＭＳ Ｐゴシック"/>
          <w:color w:val="000000"/>
          <w:sz w:val="28"/>
          <w:lang w:val="ja-JP" w:eastAsia="ja-JP"/>
        </w:rPr>
        <w:tab/>
      </w:r>
      <w:r>
        <w:rPr>
          <w:rFonts w:ascii="ＭＳ Ｐゴシック" w:eastAsia="ＭＳ Ｐゴシック" w:hAnsi="ＭＳ Ｐゴシック" w:cs="ＭＳ Ｐゴシック"/>
          <w:color w:val="000000"/>
          <w:spacing w:val="5"/>
          <w:sz w:val="28"/>
          <w:lang w:val="ja-JP" w:eastAsia="ja-JP"/>
        </w:rPr>
        <w:t>申請書様</w:t>
      </w:r>
      <w:r>
        <w:rPr>
          <w:rFonts w:ascii="ＭＳ Ｐゴシック" w:eastAsia="ＭＳ Ｐゴシック" w:hAnsi="ＭＳ Ｐゴシック" w:cs="ＭＳ Ｐゴシック"/>
          <w:color w:val="000000"/>
          <w:sz w:val="28"/>
          <w:lang w:val="ja-JP" w:eastAsia="ja-JP"/>
        </w:rPr>
        <w:t>式</w:t>
      </w:r>
    </w:p>
    <w:p w14:paraId="664FC9B0" w14:textId="77777777" w:rsidR="00FB2F32" w:rsidRDefault="00FB2F32">
      <w:pPr>
        <w:widowControl w:val="0"/>
        <w:kinsoku w:val="0"/>
        <w:overflowPunct w:val="0"/>
        <w:autoSpaceDE w:val="0"/>
        <w:autoSpaceDN w:val="0"/>
        <w:snapToGrid w:val="0"/>
        <w:spacing w:line="1215" w:lineRule="exact"/>
      </w:pPr>
    </w:p>
    <w:tbl>
      <w:tblPr>
        <w:tblW w:w="7526" w:type="dxa"/>
        <w:tblInd w:w="124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7526"/>
      </w:tblGrid>
      <w:tr w:rsidR="00FB2F32" w14:paraId="7F5CF947" w14:textId="77777777">
        <w:trPr>
          <w:cantSplit/>
          <w:trHeight w:val="499"/>
        </w:trPr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6EA9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F94872" w14:textId="77777777" w:rsidR="00FB2F32" w:rsidRDefault="00000000">
            <w:pPr>
              <w:widowControl w:val="0"/>
              <w:tabs>
                <w:tab w:val="left" w:pos="2154"/>
              </w:tabs>
              <w:kinsoku w:val="0"/>
              <w:overflowPunct w:val="0"/>
              <w:autoSpaceDE w:val="0"/>
              <w:autoSpaceDN w:val="0"/>
              <w:snapToGrid w:val="0"/>
              <w:spacing w:before="227" w:line="230" w:lineRule="exact"/>
              <w:ind w:left="203"/>
            </w:pPr>
            <w:r w:rsidRPr="000020E5">
              <w:rPr>
                <w:rFonts w:ascii="ＭＳ Ｐゴシック" w:eastAsia="ＭＳ Ｐゴシック" w:hAnsi="ＭＳ Ｐゴシック" w:cs="ＭＳ Ｐゴシック"/>
                <w:color w:val="000000"/>
                <w:spacing w:val="110"/>
                <w:lang w:eastAsia="ja-JP"/>
              </w:rPr>
              <w:t>○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要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綱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様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式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第</w:t>
            </w:r>
            <w:r w:rsidRPr="000020E5">
              <w:rPr>
                <w:rFonts w:ascii="ＭＳ Ｐゴシック" w:eastAsia="ＭＳ Ｐゴシック" w:hAnsi="ＭＳ Ｐゴシック" w:cs="ＭＳ Ｐゴシック"/>
                <w:color w:val="000000"/>
                <w:spacing w:val="4"/>
                <w:lang w:eastAsia="ja-JP"/>
              </w:rPr>
              <w:t>１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lang w:val="ja-JP" w:eastAsia="ja-JP"/>
              </w:rPr>
              <w:t>号</w:t>
            </w:r>
            <w:r w:rsidRPr="000020E5">
              <w:rPr>
                <w:rFonts w:ascii="ＭＳ Ｐゴシック" w:eastAsia="ＭＳ Ｐゴシック" w:hAnsi="ＭＳ Ｐゴシック" w:cs="ＭＳ Ｐゴシック"/>
                <w:color w:val="000000"/>
                <w:lang w:eastAsia="ja-JP"/>
              </w:rPr>
              <w:tab/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林地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開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発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許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可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申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請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lang w:val="ja-JP" w:eastAsia="ja-JP"/>
              </w:rPr>
              <w:t>書</w:t>
            </w:r>
          </w:p>
        </w:tc>
      </w:tr>
      <w:tr w:rsidR="00FB2F32" w14:paraId="609057CB" w14:textId="77777777">
        <w:trPr>
          <w:cantSplit/>
          <w:trHeight w:val="334"/>
        </w:trPr>
        <w:tc>
          <w:tcPr>
            <w:tcW w:w="752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6EA9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D41E04" w14:textId="77777777" w:rsidR="00FB2F32" w:rsidRDefault="00000000">
            <w:pPr>
              <w:widowControl w:val="0"/>
              <w:tabs>
                <w:tab w:val="left" w:pos="2154"/>
              </w:tabs>
              <w:kinsoku w:val="0"/>
              <w:overflowPunct w:val="0"/>
              <w:autoSpaceDE w:val="0"/>
              <w:autoSpaceDN w:val="0"/>
              <w:snapToGrid w:val="0"/>
              <w:spacing w:before="63" w:line="230" w:lineRule="exact"/>
              <w:ind w:left="203"/>
            </w:pPr>
            <w:r>
              <w:rPr>
                <w:rFonts w:ascii="ＭＳ Ｐゴシック" w:eastAsia="ＭＳ Ｐゴシック" w:hAnsi="ＭＳ Ｐゴシック" w:cs="ＭＳ Ｐゴシック"/>
                <w:color w:val="000000"/>
                <w:spacing w:val="110"/>
                <w:lang w:val="ja-JP" w:eastAsia="ja-JP"/>
              </w:rPr>
              <w:t>○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様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式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lang w:val="ja-JP" w:eastAsia="ja-JP"/>
              </w:rPr>
              <w:t>２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lang w:val="ja-JP" w:eastAsia="ja-JP"/>
              </w:rPr>
              <w:tab/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計画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説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明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lang w:val="ja-JP" w:eastAsia="ja-JP"/>
              </w:rPr>
              <w:t>書</w:t>
            </w:r>
          </w:p>
        </w:tc>
      </w:tr>
      <w:tr w:rsidR="00FB2F32" w14:paraId="318BC1F3" w14:textId="77777777">
        <w:trPr>
          <w:cantSplit/>
          <w:trHeight w:val="336"/>
        </w:trPr>
        <w:tc>
          <w:tcPr>
            <w:tcW w:w="752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6EA9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84E682" w14:textId="77777777" w:rsidR="00FB2F32" w:rsidRDefault="00000000">
            <w:pPr>
              <w:widowControl w:val="0"/>
              <w:tabs>
                <w:tab w:val="left" w:pos="2195"/>
              </w:tabs>
              <w:kinsoku w:val="0"/>
              <w:overflowPunct w:val="0"/>
              <w:autoSpaceDE w:val="0"/>
              <w:autoSpaceDN w:val="0"/>
              <w:snapToGrid w:val="0"/>
              <w:spacing w:before="63" w:line="230" w:lineRule="exact"/>
              <w:ind w:left="203"/>
            </w:pPr>
            <w:r w:rsidRPr="000020E5">
              <w:rPr>
                <w:rFonts w:ascii="ＭＳ Ｐゴシック" w:eastAsia="ＭＳ Ｐゴシック" w:hAnsi="ＭＳ Ｐゴシック" w:cs="ＭＳ Ｐゴシック"/>
                <w:color w:val="000000"/>
                <w:spacing w:val="110"/>
                <w:lang w:eastAsia="ja-JP"/>
              </w:rPr>
              <w:t>○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参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考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様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式</w:t>
            </w:r>
            <w:r w:rsidRPr="000020E5">
              <w:rPr>
                <w:rFonts w:ascii="ＭＳ Ｐゴシック" w:eastAsia="ＭＳ Ｐゴシック" w:hAnsi="ＭＳ Ｐゴシック" w:cs="ＭＳ Ｐゴシック"/>
                <w:color w:val="000000"/>
                <w:spacing w:val="4"/>
                <w:lang w:eastAsia="ja-JP"/>
              </w:rPr>
              <w:t>２</w:t>
            </w:r>
            <w:r w:rsidRPr="000020E5"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eastAsia="ja-JP"/>
              </w:rPr>
              <w:t>－</w:t>
            </w:r>
            <w:r w:rsidRPr="000020E5">
              <w:rPr>
                <w:rFonts w:ascii="ＭＳ Ｐゴシック" w:eastAsia="ＭＳ Ｐゴシック" w:hAnsi="ＭＳ Ｐゴシック" w:cs="ＭＳ Ｐゴシック"/>
                <w:color w:val="000000"/>
                <w:lang w:eastAsia="ja-JP"/>
              </w:rPr>
              <w:t>１</w:t>
            </w:r>
            <w:r w:rsidRPr="000020E5">
              <w:rPr>
                <w:rFonts w:ascii="ＭＳ Ｐゴシック" w:eastAsia="ＭＳ Ｐゴシック" w:hAnsi="ＭＳ Ｐゴシック" w:cs="ＭＳ Ｐゴシック"/>
                <w:color w:val="000000"/>
                <w:lang w:eastAsia="ja-JP"/>
              </w:rPr>
              <w:tab/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開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発事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業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区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域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内土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地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明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細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lang w:val="ja-JP" w:eastAsia="ja-JP"/>
              </w:rPr>
              <w:t>表</w:t>
            </w:r>
          </w:p>
        </w:tc>
      </w:tr>
      <w:tr w:rsidR="00FB2F32" w14:paraId="5C698E8C" w14:textId="77777777">
        <w:trPr>
          <w:cantSplit/>
          <w:trHeight w:val="336"/>
        </w:trPr>
        <w:tc>
          <w:tcPr>
            <w:tcW w:w="752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6EA9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9C4E02" w14:textId="77777777" w:rsidR="00FB2F32" w:rsidRDefault="00000000">
            <w:pPr>
              <w:widowControl w:val="0"/>
              <w:tabs>
                <w:tab w:val="left" w:pos="2447"/>
              </w:tabs>
              <w:kinsoku w:val="0"/>
              <w:overflowPunct w:val="0"/>
              <w:autoSpaceDE w:val="0"/>
              <w:autoSpaceDN w:val="0"/>
              <w:snapToGrid w:val="0"/>
              <w:spacing w:before="63" w:line="230" w:lineRule="exact"/>
              <w:ind w:left="203"/>
            </w:pPr>
            <w:r w:rsidRPr="000020E5">
              <w:rPr>
                <w:rFonts w:ascii="ＭＳ Ｐゴシック" w:eastAsia="ＭＳ Ｐゴシック" w:hAnsi="ＭＳ Ｐゴシック" w:cs="ＭＳ Ｐゴシック"/>
                <w:color w:val="000000"/>
                <w:spacing w:val="110"/>
                <w:lang w:eastAsia="ja-JP"/>
              </w:rPr>
              <w:t>○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参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考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様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式</w:t>
            </w:r>
            <w:r w:rsidRPr="000020E5">
              <w:rPr>
                <w:rFonts w:ascii="ＭＳ Ｐゴシック" w:eastAsia="ＭＳ Ｐゴシック" w:hAnsi="ＭＳ Ｐゴシック" w:cs="ＭＳ Ｐゴシック"/>
                <w:color w:val="000000"/>
                <w:spacing w:val="4"/>
                <w:lang w:eastAsia="ja-JP"/>
              </w:rPr>
              <w:t>２</w:t>
            </w:r>
            <w:r w:rsidRPr="000020E5"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eastAsia="ja-JP"/>
              </w:rPr>
              <w:t>－</w:t>
            </w:r>
            <w:r w:rsidRPr="000020E5">
              <w:rPr>
                <w:rFonts w:ascii="ＭＳ Ｐゴシック" w:eastAsia="ＭＳ Ｐゴシック" w:hAnsi="ＭＳ Ｐゴシック" w:cs="ＭＳ Ｐゴシック"/>
                <w:color w:val="000000"/>
                <w:spacing w:val="4"/>
                <w:lang w:eastAsia="ja-JP"/>
              </w:rPr>
              <w:t>１</w:t>
            </w:r>
            <w:r w:rsidRPr="000020E5"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eastAsia="ja-JP"/>
              </w:rPr>
              <w:t>－</w:t>
            </w:r>
            <w:r w:rsidRPr="000020E5">
              <w:rPr>
                <w:rFonts w:ascii="ＭＳ Ｐゴシック" w:eastAsia="ＭＳ Ｐゴシック" w:hAnsi="ＭＳ Ｐゴシック" w:cs="ＭＳ Ｐゴシック"/>
                <w:color w:val="000000"/>
                <w:lang w:eastAsia="ja-JP"/>
              </w:rPr>
              <w:t>１</w:t>
            </w:r>
            <w:r w:rsidRPr="000020E5">
              <w:rPr>
                <w:rFonts w:ascii="ＭＳ Ｐゴシック" w:eastAsia="ＭＳ Ｐゴシック" w:hAnsi="ＭＳ Ｐゴシック" w:cs="ＭＳ Ｐゴシック"/>
                <w:color w:val="000000"/>
                <w:lang w:eastAsia="ja-JP"/>
              </w:rPr>
              <w:tab/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付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属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表</w:t>
            </w:r>
            <w:r w:rsidRPr="000020E5"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eastAsia="ja-JP"/>
              </w:rPr>
              <w:t>Ⅰ</w:t>
            </w:r>
            <w:r w:rsidRPr="000020E5">
              <w:rPr>
                <w:rFonts w:ascii="ＭＳ Ｐゴシック" w:eastAsia="ＭＳ Ｐゴシック" w:hAnsi="ＭＳ Ｐゴシック" w:cs="ＭＳ Ｐゴシック"/>
                <w:color w:val="000000"/>
                <w:spacing w:val="1"/>
                <w:lang w:eastAsia="ja-JP"/>
              </w:rPr>
              <w:t>（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森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林</w:t>
            </w:r>
            <w:r w:rsidRPr="000020E5">
              <w:rPr>
                <w:rFonts w:ascii="ＭＳ Ｐゴシック" w:eastAsia="ＭＳ Ｐゴシック" w:hAnsi="ＭＳ Ｐゴシック" w:cs="ＭＳ Ｐゴシック"/>
                <w:color w:val="000000"/>
                <w:lang w:eastAsia="ja-JP"/>
              </w:rPr>
              <w:t>）</w:t>
            </w:r>
          </w:p>
        </w:tc>
      </w:tr>
      <w:tr w:rsidR="00FB2F32" w14:paraId="6CD0AD7A" w14:textId="77777777">
        <w:trPr>
          <w:cantSplit/>
          <w:trHeight w:val="336"/>
        </w:trPr>
        <w:tc>
          <w:tcPr>
            <w:tcW w:w="752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6EA9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8E794F" w14:textId="77777777" w:rsidR="00FB2F32" w:rsidRDefault="00000000">
            <w:pPr>
              <w:widowControl w:val="0"/>
              <w:tabs>
                <w:tab w:val="left" w:pos="2447"/>
              </w:tabs>
              <w:kinsoku w:val="0"/>
              <w:overflowPunct w:val="0"/>
              <w:autoSpaceDE w:val="0"/>
              <w:autoSpaceDN w:val="0"/>
              <w:snapToGrid w:val="0"/>
              <w:spacing w:before="63" w:line="230" w:lineRule="exact"/>
              <w:ind w:left="203"/>
            </w:pPr>
            <w:r w:rsidRPr="000020E5">
              <w:rPr>
                <w:rFonts w:ascii="ＭＳ Ｐゴシック" w:eastAsia="ＭＳ Ｐゴシック" w:hAnsi="ＭＳ Ｐゴシック" w:cs="ＭＳ Ｐゴシック"/>
                <w:color w:val="000000"/>
                <w:spacing w:val="110"/>
                <w:lang w:eastAsia="ja-JP"/>
              </w:rPr>
              <w:t>○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参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考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様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式</w:t>
            </w:r>
            <w:r w:rsidRPr="000020E5">
              <w:rPr>
                <w:rFonts w:ascii="ＭＳ Ｐゴシック" w:eastAsia="ＭＳ Ｐゴシック" w:hAnsi="ＭＳ Ｐゴシック" w:cs="ＭＳ Ｐゴシック"/>
                <w:color w:val="000000"/>
                <w:spacing w:val="4"/>
                <w:lang w:eastAsia="ja-JP"/>
              </w:rPr>
              <w:t>２</w:t>
            </w:r>
            <w:r w:rsidRPr="000020E5"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eastAsia="ja-JP"/>
              </w:rPr>
              <w:t>－</w:t>
            </w:r>
            <w:r w:rsidRPr="000020E5">
              <w:rPr>
                <w:rFonts w:ascii="ＭＳ Ｐゴシック" w:eastAsia="ＭＳ Ｐゴシック" w:hAnsi="ＭＳ Ｐゴシック" w:cs="ＭＳ Ｐゴシック"/>
                <w:color w:val="000000"/>
                <w:spacing w:val="4"/>
                <w:lang w:eastAsia="ja-JP"/>
              </w:rPr>
              <w:t>１</w:t>
            </w:r>
            <w:r w:rsidRPr="000020E5"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eastAsia="ja-JP"/>
              </w:rPr>
              <w:t>－</w:t>
            </w:r>
            <w:r w:rsidRPr="000020E5">
              <w:rPr>
                <w:rFonts w:ascii="ＭＳ Ｐゴシック" w:eastAsia="ＭＳ Ｐゴシック" w:hAnsi="ＭＳ Ｐゴシック" w:cs="ＭＳ Ｐゴシック"/>
                <w:color w:val="000000"/>
                <w:lang w:eastAsia="ja-JP"/>
              </w:rPr>
              <w:t>２</w:t>
            </w:r>
            <w:r w:rsidRPr="000020E5">
              <w:rPr>
                <w:rFonts w:ascii="ＭＳ Ｐゴシック" w:eastAsia="ＭＳ Ｐゴシック" w:hAnsi="ＭＳ Ｐゴシック" w:cs="ＭＳ Ｐゴシック"/>
                <w:color w:val="000000"/>
                <w:lang w:eastAsia="ja-JP"/>
              </w:rPr>
              <w:tab/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付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属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表</w:t>
            </w:r>
            <w:r w:rsidRPr="000020E5"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eastAsia="ja-JP"/>
              </w:rPr>
              <w:t>Ⅱ</w:t>
            </w:r>
            <w:r w:rsidRPr="000020E5">
              <w:rPr>
                <w:rFonts w:ascii="ＭＳ Ｐゴシック" w:eastAsia="ＭＳ Ｐゴシック" w:hAnsi="ＭＳ Ｐゴシック" w:cs="ＭＳ Ｐゴシック"/>
                <w:color w:val="000000"/>
                <w:spacing w:val="1"/>
                <w:lang w:eastAsia="ja-JP"/>
              </w:rPr>
              <w:t>（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森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林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以外</w:t>
            </w:r>
            <w:r w:rsidRPr="000020E5">
              <w:rPr>
                <w:rFonts w:ascii="ＭＳ Ｐゴシック" w:eastAsia="ＭＳ Ｐゴシック" w:hAnsi="ＭＳ Ｐゴシック" w:cs="ＭＳ Ｐゴシック"/>
                <w:color w:val="000000"/>
                <w:lang w:eastAsia="ja-JP"/>
              </w:rPr>
              <w:t>）</w:t>
            </w:r>
          </w:p>
        </w:tc>
      </w:tr>
      <w:tr w:rsidR="00FB2F32" w14:paraId="2CFB40A3" w14:textId="77777777">
        <w:trPr>
          <w:cantSplit/>
          <w:trHeight w:val="336"/>
        </w:trPr>
        <w:tc>
          <w:tcPr>
            <w:tcW w:w="752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6EA9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9C2319" w14:textId="77777777" w:rsidR="00FB2F32" w:rsidRDefault="00000000">
            <w:pPr>
              <w:widowControl w:val="0"/>
              <w:tabs>
                <w:tab w:val="left" w:pos="2154"/>
              </w:tabs>
              <w:kinsoku w:val="0"/>
              <w:overflowPunct w:val="0"/>
              <w:autoSpaceDE w:val="0"/>
              <w:autoSpaceDN w:val="0"/>
              <w:snapToGrid w:val="0"/>
              <w:spacing w:before="63" w:line="230" w:lineRule="exact"/>
              <w:ind w:left="203"/>
            </w:pPr>
            <w:r w:rsidRPr="000020E5">
              <w:rPr>
                <w:rFonts w:ascii="ＭＳ Ｐゴシック" w:eastAsia="ＭＳ Ｐゴシック" w:hAnsi="ＭＳ Ｐゴシック" w:cs="ＭＳ Ｐゴシック"/>
                <w:color w:val="000000"/>
                <w:spacing w:val="110"/>
                <w:lang w:eastAsia="ja-JP"/>
              </w:rPr>
              <w:t>○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参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考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様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式</w:t>
            </w:r>
            <w:r w:rsidRPr="000020E5">
              <w:rPr>
                <w:rFonts w:ascii="ＭＳ Ｐゴシック" w:eastAsia="ＭＳ Ｐゴシック" w:hAnsi="ＭＳ Ｐゴシック" w:cs="ＭＳ Ｐゴシック"/>
                <w:color w:val="000000"/>
                <w:lang w:eastAsia="ja-JP"/>
              </w:rPr>
              <w:t>３</w:t>
            </w:r>
            <w:r w:rsidRPr="000020E5">
              <w:rPr>
                <w:rFonts w:ascii="ＭＳ Ｐゴシック" w:eastAsia="ＭＳ Ｐゴシック" w:hAnsi="ＭＳ Ｐゴシック" w:cs="ＭＳ Ｐゴシック"/>
                <w:color w:val="000000"/>
                <w:lang w:eastAsia="ja-JP"/>
              </w:rPr>
              <w:tab/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残置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森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林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等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保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全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管理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計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画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概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要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lang w:val="ja-JP" w:eastAsia="ja-JP"/>
              </w:rPr>
              <w:t>書</w:t>
            </w:r>
          </w:p>
        </w:tc>
      </w:tr>
      <w:tr w:rsidR="00FB2F32" w14:paraId="0E1F277B" w14:textId="77777777">
        <w:trPr>
          <w:cantSplit/>
          <w:trHeight w:val="336"/>
        </w:trPr>
        <w:tc>
          <w:tcPr>
            <w:tcW w:w="752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6EA9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EB7CCA" w14:textId="77777777" w:rsidR="00FB2F32" w:rsidRDefault="00000000">
            <w:pPr>
              <w:widowControl w:val="0"/>
              <w:tabs>
                <w:tab w:val="left" w:pos="2089"/>
              </w:tabs>
              <w:kinsoku w:val="0"/>
              <w:overflowPunct w:val="0"/>
              <w:autoSpaceDE w:val="0"/>
              <w:autoSpaceDN w:val="0"/>
              <w:snapToGrid w:val="0"/>
              <w:spacing w:before="63" w:line="230" w:lineRule="exact"/>
              <w:ind w:left="203"/>
              <w:rPr>
                <w:lang w:eastAsia="ja-JP"/>
              </w:rPr>
            </w:pPr>
            <w:r>
              <w:rPr>
                <w:rFonts w:ascii="ＭＳ Ｐゴシック" w:eastAsia="ＭＳ Ｐゴシック" w:hAnsi="ＭＳ Ｐゴシック" w:cs="ＭＳ Ｐゴシック"/>
                <w:color w:val="000000"/>
                <w:spacing w:val="110"/>
                <w:lang w:val="ja-JP" w:eastAsia="ja-JP"/>
              </w:rPr>
              <w:t>○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参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考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様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式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4"/>
                <w:lang w:val="ja-JP" w:eastAsia="ja-JP"/>
              </w:rPr>
              <w:t>３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－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lang w:val="ja-JP" w:eastAsia="ja-JP"/>
              </w:rPr>
              <w:t>１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lang w:val="ja-JP" w:eastAsia="ja-JP"/>
              </w:rPr>
              <w:tab/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残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置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又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は造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成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3"/>
                <w:lang w:val="ja-JP" w:eastAsia="ja-JP"/>
              </w:rPr>
              <w:t>す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る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森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林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4"/>
                <w:lang w:val="ja-JP" w:eastAsia="ja-JP"/>
              </w:rPr>
              <w:t>（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緑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地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4"/>
                <w:lang w:val="ja-JP" w:eastAsia="ja-JP"/>
              </w:rPr>
              <w:t>）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の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維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持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管理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3"/>
                <w:lang w:val="ja-JP" w:eastAsia="ja-JP"/>
              </w:rPr>
              <w:t>に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関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3"/>
                <w:lang w:val="ja-JP" w:eastAsia="ja-JP"/>
              </w:rPr>
              <w:t>す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る協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定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lang w:val="ja-JP" w:eastAsia="ja-JP"/>
              </w:rPr>
              <w:t>書</w:t>
            </w:r>
          </w:p>
        </w:tc>
      </w:tr>
      <w:tr w:rsidR="00FB2F32" w14:paraId="41FCE318" w14:textId="77777777">
        <w:trPr>
          <w:cantSplit/>
          <w:trHeight w:val="336"/>
        </w:trPr>
        <w:tc>
          <w:tcPr>
            <w:tcW w:w="752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6EA9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3A41D8" w14:textId="77777777" w:rsidR="00FB2F32" w:rsidRDefault="00000000">
            <w:pPr>
              <w:widowControl w:val="0"/>
              <w:tabs>
                <w:tab w:val="left" w:pos="2154"/>
              </w:tabs>
              <w:kinsoku w:val="0"/>
              <w:overflowPunct w:val="0"/>
              <w:autoSpaceDE w:val="0"/>
              <w:autoSpaceDN w:val="0"/>
              <w:snapToGrid w:val="0"/>
              <w:spacing w:before="63" w:line="230" w:lineRule="exact"/>
              <w:ind w:left="203"/>
            </w:pPr>
            <w:r w:rsidRPr="000020E5">
              <w:rPr>
                <w:rFonts w:ascii="ＭＳ Ｐゴシック" w:eastAsia="ＭＳ Ｐゴシック" w:hAnsi="ＭＳ Ｐゴシック" w:cs="ＭＳ Ｐゴシック"/>
                <w:color w:val="000000"/>
                <w:spacing w:val="110"/>
                <w:lang w:eastAsia="ja-JP"/>
              </w:rPr>
              <w:t>○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参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考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様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式</w:t>
            </w:r>
            <w:r w:rsidRPr="000020E5">
              <w:rPr>
                <w:rFonts w:ascii="ＭＳ Ｐゴシック" w:eastAsia="ＭＳ Ｐゴシック" w:hAnsi="ＭＳ Ｐゴシック" w:cs="ＭＳ Ｐゴシック"/>
                <w:color w:val="000000"/>
                <w:lang w:eastAsia="ja-JP"/>
              </w:rPr>
              <w:t>４</w:t>
            </w:r>
            <w:r w:rsidRPr="000020E5">
              <w:rPr>
                <w:rFonts w:ascii="ＭＳ Ｐゴシック" w:eastAsia="ＭＳ Ｐゴシック" w:hAnsi="ＭＳ Ｐゴシック" w:cs="ＭＳ Ｐゴシック"/>
                <w:color w:val="000000"/>
                <w:lang w:eastAsia="ja-JP"/>
              </w:rPr>
              <w:tab/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一時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利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用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計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画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概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要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lang w:val="ja-JP" w:eastAsia="ja-JP"/>
              </w:rPr>
              <w:t>書</w:t>
            </w:r>
          </w:p>
        </w:tc>
      </w:tr>
      <w:tr w:rsidR="00FB2F32" w14:paraId="426076C9" w14:textId="77777777">
        <w:trPr>
          <w:cantSplit/>
          <w:trHeight w:val="334"/>
        </w:trPr>
        <w:tc>
          <w:tcPr>
            <w:tcW w:w="752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6EA9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A0F194" w14:textId="77777777" w:rsidR="00FB2F32" w:rsidRDefault="00000000">
            <w:pPr>
              <w:widowControl w:val="0"/>
              <w:tabs>
                <w:tab w:val="left" w:pos="2154"/>
              </w:tabs>
              <w:kinsoku w:val="0"/>
              <w:overflowPunct w:val="0"/>
              <w:autoSpaceDE w:val="0"/>
              <w:autoSpaceDN w:val="0"/>
              <w:snapToGrid w:val="0"/>
              <w:spacing w:before="63" w:line="230" w:lineRule="exact"/>
              <w:ind w:left="203"/>
            </w:pPr>
            <w:r w:rsidRPr="000020E5">
              <w:rPr>
                <w:rFonts w:ascii="ＭＳ Ｐゴシック" w:eastAsia="ＭＳ Ｐゴシック" w:hAnsi="ＭＳ Ｐゴシック" w:cs="ＭＳ Ｐゴシック"/>
                <w:color w:val="000000"/>
                <w:spacing w:val="110"/>
                <w:lang w:eastAsia="ja-JP"/>
              </w:rPr>
              <w:t>○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参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考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様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式</w:t>
            </w:r>
            <w:r w:rsidRPr="000020E5">
              <w:rPr>
                <w:rFonts w:ascii="ＭＳ Ｐゴシック" w:eastAsia="ＭＳ Ｐゴシック" w:hAnsi="ＭＳ Ｐゴシック" w:cs="ＭＳ Ｐゴシック"/>
                <w:color w:val="000000"/>
                <w:lang w:eastAsia="ja-JP"/>
              </w:rPr>
              <w:t>５</w:t>
            </w:r>
            <w:r w:rsidRPr="000020E5">
              <w:rPr>
                <w:rFonts w:ascii="ＭＳ Ｐゴシック" w:eastAsia="ＭＳ Ｐゴシック" w:hAnsi="ＭＳ Ｐゴシック" w:cs="ＭＳ Ｐゴシック"/>
                <w:color w:val="000000"/>
                <w:lang w:eastAsia="ja-JP"/>
              </w:rPr>
              <w:tab/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資金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計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画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lang w:val="ja-JP" w:eastAsia="ja-JP"/>
              </w:rPr>
              <w:t>書</w:t>
            </w:r>
          </w:p>
        </w:tc>
      </w:tr>
      <w:tr w:rsidR="00FB2F32" w14:paraId="368C0917" w14:textId="77777777">
        <w:trPr>
          <w:cantSplit/>
          <w:trHeight w:val="336"/>
        </w:trPr>
        <w:tc>
          <w:tcPr>
            <w:tcW w:w="752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6EA9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B9C375" w14:textId="77777777" w:rsidR="00FB2F32" w:rsidRDefault="00000000">
            <w:pPr>
              <w:widowControl w:val="0"/>
              <w:tabs>
                <w:tab w:val="left" w:pos="2581"/>
              </w:tabs>
              <w:kinsoku w:val="0"/>
              <w:overflowPunct w:val="0"/>
              <w:autoSpaceDE w:val="0"/>
              <w:autoSpaceDN w:val="0"/>
              <w:snapToGrid w:val="0"/>
              <w:spacing w:before="63" w:line="230" w:lineRule="exact"/>
              <w:ind w:left="203"/>
            </w:pPr>
            <w:r w:rsidRPr="000020E5">
              <w:rPr>
                <w:rFonts w:ascii="ＭＳ Ｐゴシック" w:eastAsia="ＭＳ Ｐゴシック" w:hAnsi="ＭＳ Ｐゴシック" w:cs="ＭＳ Ｐゴシック"/>
                <w:color w:val="000000"/>
                <w:spacing w:val="110"/>
                <w:lang w:eastAsia="ja-JP"/>
              </w:rPr>
              <w:t>○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参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考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様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式</w:t>
            </w:r>
            <w:r w:rsidRPr="000020E5">
              <w:rPr>
                <w:rFonts w:ascii="ＭＳ Ｐゴシック" w:eastAsia="ＭＳ Ｐゴシック" w:hAnsi="ＭＳ Ｐゴシック" w:cs="ＭＳ Ｐゴシック"/>
                <w:color w:val="000000"/>
                <w:spacing w:val="4"/>
                <w:lang w:eastAsia="ja-JP"/>
              </w:rPr>
              <w:t>５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添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付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資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lang w:val="ja-JP" w:eastAsia="ja-JP"/>
              </w:rPr>
              <w:t>料</w:t>
            </w:r>
            <w:r w:rsidRPr="000020E5">
              <w:rPr>
                <w:rFonts w:ascii="ＭＳ Ｐゴシック" w:eastAsia="ＭＳ Ｐゴシック" w:hAnsi="ＭＳ Ｐゴシック" w:cs="ＭＳ Ｐゴシック"/>
                <w:color w:val="000000"/>
                <w:lang w:eastAsia="ja-JP"/>
              </w:rPr>
              <w:tab/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誓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約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書</w:t>
            </w:r>
            <w:r w:rsidRPr="000020E5">
              <w:rPr>
                <w:rFonts w:ascii="ＭＳ Ｐゴシック" w:eastAsia="ＭＳ Ｐゴシック" w:hAnsi="ＭＳ Ｐゴシック" w:cs="ＭＳ Ｐゴシック"/>
                <w:color w:val="000000"/>
                <w:spacing w:val="4"/>
                <w:lang w:eastAsia="ja-JP"/>
              </w:rPr>
              <w:t>（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記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載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例</w:t>
            </w:r>
            <w:r w:rsidRPr="000020E5">
              <w:rPr>
                <w:rFonts w:ascii="ＭＳ Ｐゴシック" w:eastAsia="ＭＳ Ｐゴシック" w:hAnsi="ＭＳ Ｐゴシック" w:cs="ＭＳ Ｐゴシック"/>
                <w:color w:val="000000"/>
                <w:lang w:eastAsia="ja-JP"/>
              </w:rPr>
              <w:t>）</w:t>
            </w:r>
          </w:p>
        </w:tc>
      </w:tr>
      <w:tr w:rsidR="00FB2F32" w14:paraId="47C92961" w14:textId="77777777">
        <w:trPr>
          <w:cantSplit/>
          <w:trHeight w:val="336"/>
        </w:trPr>
        <w:tc>
          <w:tcPr>
            <w:tcW w:w="752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6EA9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4589ED" w14:textId="77777777" w:rsidR="00FB2F32" w:rsidRDefault="00000000">
            <w:pPr>
              <w:widowControl w:val="0"/>
              <w:tabs>
                <w:tab w:val="left" w:pos="2154"/>
              </w:tabs>
              <w:kinsoku w:val="0"/>
              <w:overflowPunct w:val="0"/>
              <w:autoSpaceDE w:val="0"/>
              <w:autoSpaceDN w:val="0"/>
              <w:snapToGrid w:val="0"/>
              <w:spacing w:before="63" w:line="230" w:lineRule="exact"/>
              <w:ind w:left="203"/>
              <w:rPr>
                <w:lang w:eastAsia="ja-JP"/>
              </w:rPr>
            </w:pPr>
            <w:r>
              <w:rPr>
                <w:rFonts w:ascii="ＭＳ Ｐゴシック" w:eastAsia="ＭＳ Ｐゴシック" w:hAnsi="ＭＳ Ｐゴシック" w:cs="ＭＳ Ｐゴシック"/>
                <w:color w:val="000000"/>
                <w:spacing w:val="110"/>
                <w:lang w:val="ja-JP" w:eastAsia="ja-JP"/>
              </w:rPr>
              <w:t>○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参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考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様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式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lang w:val="ja-JP" w:eastAsia="ja-JP"/>
              </w:rPr>
              <w:t>６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lang w:val="ja-JP" w:eastAsia="ja-JP"/>
              </w:rPr>
              <w:tab/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水害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防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止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施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設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の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必要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性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検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討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lang w:val="ja-JP" w:eastAsia="ja-JP"/>
              </w:rPr>
              <w:t>表</w:t>
            </w:r>
          </w:p>
        </w:tc>
      </w:tr>
      <w:tr w:rsidR="00FB2F32" w14:paraId="7E43BDE8" w14:textId="77777777">
        <w:trPr>
          <w:cantSplit/>
          <w:trHeight w:val="336"/>
        </w:trPr>
        <w:tc>
          <w:tcPr>
            <w:tcW w:w="752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6EA9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4557BE" w14:textId="77777777" w:rsidR="00FB2F32" w:rsidRDefault="00000000">
            <w:pPr>
              <w:widowControl w:val="0"/>
              <w:tabs>
                <w:tab w:val="left" w:pos="2154"/>
              </w:tabs>
              <w:kinsoku w:val="0"/>
              <w:overflowPunct w:val="0"/>
              <w:autoSpaceDE w:val="0"/>
              <w:autoSpaceDN w:val="0"/>
              <w:snapToGrid w:val="0"/>
              <w:spacing w:before="63" w:line="230" w:lineRule="exact"/>
              <w:ind w:left="203"/>
            </w:pPr>
            <w:r w:rsidRPr="000020E5">
              <w:rPr>
                <w:rFonts w:ascii="ＭＳ Ｐゴシック" w:eastAsia="ＭＳ Ｐゴシック" w:hAnsi="ＭＳ Ｐゴシック" w:cs="ＭＳ Ｐゴシック"/>
                <w:color w:val="000000"/>
                <w:spacing w:val="110"/>
                <w:lang w:eastAsia="ja-JP"/>
              </w:rPr>
              <w:t>○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参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考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様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式</w:t>
            </w:r>
            <w:r w:rsidRPr="000020E5">
              <w:rPr>
                <w:rFonts w:ascii="ＭＳ Ｐゴシック" w:eastAsia="ＭＳ Ｐゴシック" w:hAnsi="ＭＳ Ｐゴシック" w:cs="ＭＳ Ｐゴシック"/>
                <w:color w:val="000000"/>
                <w:lang w:eastAsia="ja-JP"/>
              </w:rPr>
              <w:t>７</w:t>
            </w:r>
            <w:r w:rsidRPr="000020E5">
              <w:rPr>
                <w:rFonts w:ascii="ＭＳ Ｐゴシック" w:eastAsia="ＭＳ Ｐゴシック" w:hAnsi="ＭＳ Ｐゴシック" w:cs="ＭＳ Ｐゴシック"/>
                <w:color w:val="000000"/>
                <w:lang w:eastAsia="ja-JP"/>
              </w:rPr>
              <w:tab/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水利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用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実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態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整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理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lang w:val="ja-JP" w:eastAsia="ja-JP"/>
              </w:rPr>
              <w:t>表</w:t>
            </w:r>
          </w:p>
        </w:tc>
      </w:tr>
      <w:tr w:rsidR="00FB2F32" w14:paraId="38A0BE85" w14:textId="77777777">
        <w:trPr>
          <w:cantSplit/>
          <w:trHeight w:val="336"/>
        </w:trPr>
        <w:tc>
          <w:tcPr>
            <w:tcW w:w="752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6EA9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D95BBB" w14:textId="77777777" w:rsidR="00FB2F32" w:rsidRDefault="00000000">
            <w:pPr>
              <w:widowControl w:val="0"/>
              <w:tabs>
                <w:tab w:val="left" w:pos="2154"/>
              </w:tabs>
              <w:kinsoku w:val="0"/>
              <w:overflowPunct w:val="0"/>
              <w:autoSpaceDE w:val="0"/>
              <w:autoSpaceDN w:val="0"/>
              <w:snapToGrid w:val="0"/>
              <w:spacing w:before="63" w:line="230" w:lineRule="exact"/>
              <w:ind w:left="203"/>
            </w:pPr>
            <w:r w:rsidRPr="000020E5">
              <w:rPr>
                <w:rFonts w:ascii="ＭＳ Ｐゴシック" w:eastAsia="ＭＳ Ｐゴシック" w:hAnsi="ＭＳ Ｐゴシック" w:cs="ＭＳ Ｐゴシック"/>
                <w:color w:val="000000"/>
                <w:spacing w:val="110"/>
                <w:lang w:eastAsia="ja-JP"/>
              </w:rPr>
              <w:t>○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参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考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様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式</w:t>
            </w:r>
            <w:r w:rsidRPr="000020E5">
              <w:rPr>
                <w:rFonts w:ascii="ＭＳ Ｐゴシック" w:eastAsia="ＭＳ Ｐゴシック" w:hAnsi="ＭＳ Ｐゴシック" w:cs="ＭＳ Ｐゴシック"/>
                <w:color w:val="000000"/>
                <w:lang w:eastAsia="ja-JP"/>
              </w:rPr>
              <w:t>８</w:t>
            </w:r>
            <w:r w:rsidRPr="000020E5">
              <w:rPr>
                <w:rFonts w:ascii="ＭＳ Ｐゴシック" w:eastAsia="ＭＳ Ｐゴシック" w:hAnsi="ＭＳ Ｐゴシック" w:cs="ＭＳ Ｐゴシック"/>
                <w:color w:val="000000"/>
                <w:lang w:eastAsia="ja-JP"/>
              </w:rPr>
              <w:tab/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開発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行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為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同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意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lang w:val="ja-JP" w:eastAsia="ja-JP"/>
              </w:rPr>
              <w:t>書</w:t>
            </w:r>
          </w:p>
        </w:tc>
      </w:tr>
      <w:tr w:rsidR="00FB2F32" w14:paraId="370FD2C0" w14:textId="77777777">
        <w:trPr>
          <w:cantSplit/>
          <w:trHeight w:val="336"/>
        </w:trPr>
        <w:tc>
          <w:tcPr>
            <w:tcW w:w="752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6EA9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B9C6E4" w14:textId="77777777" w:rsidR="00FB2F32" w:rsidRDefault="00000000">
            <w:pPr>
              <w:widowControl w:val="0"/>
              <w:tabs>
                <w:tab w:val="left" w:pos="2154"/>
              </w:tabs>
              <w:kinsoku w:val="0"/>
              <w:overflowPunct w:val="0"/>
              <w:autoSpaceDE w:val="0"/>
              <w:autoSpaceDN w:val="0"/>
              <w:snapToGrid w:val="0"/>
              <w:spacing w:before="63" w:line="230" w:lineRule="exact"/>
              <w:ind w:left="203"/>
              <w:rPr>
                <w:lang w:eastAsia="ja-JP"/>
              </w:rPr>
            </w:pPr>
            <w:r>
              <w:rPr>
                <w:rFonts w:ascii="ＭＳ Ｐゴシック" w:eastAsia="ＭＳ Ｐゴシック" w:hAnsi="ＭＳ Ｐゴシック" w:cs="ＭＳ Ｐゴシック"/>
                <w:color w:val="000000"/>
                <w:spacing w:val="110"/>
                <w:lang w:val="ja-JP" w:eastAsia="ja-JP"/>
              </w:rPr>
              <w:t>○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参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考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様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式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lang w:val="ja-JP" w:eastAsia="ja-JP"/>
              </w:rPr>
              <w:t>９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lang w:val="ja-JP" w:eastAsia="ja-JP"/>
              </w:rPr>
              <w:tab/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公共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施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設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管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理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者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の同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意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lang w:val="ja-JP" w:eastAsia="ja-JP"/>
              </w:rPr>
              <w:t>書</w:t>
            </w:r>
          </w:p>
        </w:tc>
      </w:tr>
      <w:tr w:rsidR="00FB2F32" w14:paraId="3AEB1EB7" w14:textId="77777777">
        <w:trPr>
          <w:cantSplit/>
          <w:trHeight w:val="334"/>
        </w:trPr>
        <w:tc>
          <w:tcPr>
            <w:tcW w:w="752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6EA9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14D2E2" w14:textId="77777777" w:rsidR="00FB2F32" w:rsidRDefault="00000000">
            <w:pPr>
              <w:widowControl w:val="0"/>
              <w:tabs>
                <w:tab w:val="left" w:pos="2089"/>
              </w:tabs>
              <w:kinsoku w:val="0"/>
              <w:overflowPunct w:val="0"/>
              <w:autoSpaceDE w:val="0"/>
              <w:autoSpaceDN w:val="0"/>
              <w:snapToGrid w:val="0"/>
              <w:spacing w:before="63" w:line="230" w:lineRule="exact"/>
              <w:ind w:left="203"/>
              <w:rPr>
                <w:lang w:eastAsia="ja-JP"/>
              </w:rPr>
            </w:pPr>
            <w:r>
              <w:rPr>
                <w:rFonts w:ascii="ＭＳ Ｐゴシック" w:eastAsia="ＭＳ Ｐゴシック" w:hAnsi="ＭＳ Ｐゴシック" w:cs="ＭＳ Ｐゴシック"/>
                <w:color w:val="000000"/>
                <w:spacing w:val="110"/>
                <w:lang w:val="ja-JP" w:eastAsia="ja-JP"/>
              </w:rPr>
              <w:t>○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参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考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様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式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4"/>
                <w:lang w:val="ja-JP" w:eastAsia="ja-JP"/>
              </w:rPr>
              <w:t>１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lang w:val="ja-JP" w:eastAsia="ja-JP"/>
              </w:rPr>
              <w:t>０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lang w:val="ja-JP" w:eastAsia="ja-JP"/>
              </w:rPr>
              <w:tab/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用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排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水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施設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管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理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者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の同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意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lang w:val="ja-JP" w:eastAsia="ja-JP"/>
              </w:rPr>
              <w:t>書</w:t>
            </w:r>
          </w:p>
        </w:tc>
      </w:tr>
      <w:tr w:rsidR="00FB2F32" w14:paraId="2A38B5FC" w14:textId="77777777">
        <w:trPr>
          <w:cantSplit/>
          <w:trHeight w:val="336"/>
        </w:trPr>
        <w:tc>
          <w:tcPr>
            <w:tcW w:w="752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6EA9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061AA2" w14:textId="77777777" w:rsidR="00FB2F32" w:rsidRDefault="00000000">
            <w:pPr>
              <w:widowControl w:val="0"/>
              <w:tabs>
                <w:tab w:val="left" w:pos="2089"/>
              </w:tabs>
              <w:kinsoku w:val="0"/>
              <w:overflowPunct w:val="0"/>
              <w:autoSpaceDE w:val="0"/>
              <w:autoSpaceDN w:val="0"/>
              <w:snapToGrid w:val="0"/>
              <w:spacing w:before="63" w:line="230" w:lineRule="exact"/>
              <w:ind w:left="203"/>
              <w:rPr>
                <w:lang w:eastAsia="ja-JP"/>
              </w:rPr>
            </w:pPr>
            <w:r>
              <w:rPr>
                <w:rFonts w:ascii="ＭＳ Ｐゴシック" w:eastAsia="ＭＳ Ｐゴシック" w:hAnsi="ＭＳ Ｐゴシック" w:cs="ＭＳ Ｐゴシック"/>
                <w:color w:val="000000"/>
                <w:spacing w:val="110"/>
                <w:lang w:val="ja-JP" w:eastAsia="ja-JP"/>
              </w:rPr>
              <w:t>○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参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考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様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式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4"/>
                <w:lang w:val="ja-JP" w:eastAsia="ja-JP"/>
              </w:rPr>
              <w:t>１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lang w:val="ja-JP" w:eastAsia="ja-JP"/>
              </w:rPr>
              <w:t>１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lang w:val="ja-JP" w:eastAsia="ja-JP"/>
              </w:rPr>
              <w:tab/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公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共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施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設管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理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予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定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者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3"/>
                <w:lang w:val="ja-JP" w:eastAsia="ja-JP"/>
              </w:rPr>
              <w:t>と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の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協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議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lang w:val="ja-JP" w:eastAsia="ja-JP"/>
              </w:rPr>
              <w:t>書</w:t>
            </w:r>
          </w:p>
        </w:tc>
      </w:tr>
      <w:tr w:rsidR="00FB2F32" w14:paraId="0B28395A" w14:textId="77777777">
        <w:trPr>
          <w:cantSplit/>
          <w:trHeight w:val="336"/>
        </w:trPr>
        <w:tc>
          <w:tcPr>
            <w:tcW w:w="752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6EA9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AA450F" w14:textId="77777777" w:rsidR="00FB2F32" w:rsidRDefault="00000000">
            <w:pPr>
              <w:widowControl w:val="0"/>
              <w:tabs>
                <w:tab w:val="left" w:pos="2089"/>
              </w:tabs>
              <w:kinsoku w:val="0"/>
              <w:overflowPunct w:val="0"/>
              <w:autoSpaceDE w:val="0"/>
              <w:autoSpaceDN w:val="0"/>
              <w:snapToGrid w:val="0"/>
              <w:spacing w:before="63" w:line="230" w:lineRule="exact"/>
              <w:ind w:left="203"/>
              <w:rPr>
                <w:lang w:eastAsia="ja-JP"/>
              </w:rPr>
            </w:pPr>
            <w:r>
              <w:rPr>
                <w:rFonts w:ascii="ＭＳ Ｐゴシック" w:eastAsia="ＭＳ Ｐゴシック" w:hAnsi="ＭＳ Ｐゴシック" w:cs="ＭＳ Ｐゴシック"/>
                <w:color w:val="000000"/>
                <w:spacing w:val="110"/>
                <w:lang w:val="ja-JP" w:eastAsia="ja-JP"/>
              </w:rPr>
              <w:t>○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参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考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様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式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4"/>
                <w:lang w:val="ja-JP" w:eastAsia="ja-JP"/>
              </w:rPr>
              <w:t>１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lang w:val="ja-JP" w:eastAsia="ja-JP"/>
              </w:rPr>
              <w:t>２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lang w:val="ja-JP" w:eastAsia="ja-JP"/>
              </w:rPr>
              <w:tab/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水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利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権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者の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同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意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lang w:val="ja-JP" w:eastAsia="ja-JP"/>
              </w:rPr>
              <w:t>書</w:t>
            </w:r>
          </w:p>
        </w:tc>
      </w:tr>
      <w:tr w:rsidR="00FB2F32" w14:paraId="541586FF" w14:textId="77777777">
        <w:trPr>
          <w:cantSplit/>
          <w:trHeight w:val="501"/>
        </w:trPr>
        <w:tc>
          <w:tcPr>
            <w:tcW w:w="7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A9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2CF090" w14:textId="77777777" w:rsidR="00FB2F32" w:rsidRDefault="00000000">
            <w:pPr>
              <w:widowControl w:val="0"/>
              <w:tabs>
                <w:tab w:val="left" w:pos="2089"/>
              </w:tabs>
              <w:kinsoku w:val="0"/>
              <w:overflowPunct w:val="0"/>
              <w:autoSpaceDE w:val="0"/>
              <w:autoSpaceDN w:val="0"/>
              <w:snapToGrid w:val="0"/>
              <w:spacing w:before="63" w:line="230" w:lineRule="exact"/>
              <w:ind w:left="203"/>
              <w:rPr>
                <w:lang w:eastAsia="ja-JP"/>
              </w:rPr>
            </w:pPr>
            <w:r>
              <w:rPr>
                <w:rFonts w:ascii="ＭＳ Ｐゴシック" w:eastAsia="ＭＳ Ｐゴシック" w:hAnsi="ＭＳ Ｐゴシック" w:cs="ＭＳ Ｐゴシック"/>
                <w:color w:val="000000"/>
                <w:spacing w:val="110"/>
                <w:lang w:val="ja-JP" w:eastAsia="ja-JP"/>
              </w:rPr>
              <w:t>○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参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考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様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式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4"/>
                <w:lang w:val="ja-JP" w:eastAsia="ja-JP"/>
              </w:rPr>
              <w:t>１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lang w:val="ja-JP" w:eastAsia="ja-JP"/>
              </w:rPr>
              <w:t>３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lang w:val="ja-JP" w:eastAsia="ja-JP"/>
              </w:rPr>
              <w:tab/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環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境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保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全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3"/>
                <w:lang w:val="ja-JP" w:eastAsia="ja-JP"/>
              </w:rPr>
              <w:t>に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関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3"/>
                <w:lang w:val="ja-JP" w:eastAsia="ja-JP"/>
              </w:rPr>
              <w:t>す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る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2"/>
                <w:lang w:val="ja-JP" w:eastAsia="ja-JP"/>
              </w:rPr>
              <w:t>協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spacing w:val="5"/>
                <w:lang w:val="ja-JP" w:eastAsia="ja-JP"/>
              </w:rPr>
              <w:t>定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lang w:val="ja-JP" w:eastAsia="ja-JP"/>
              </w:rPr>
              <w:t>書</w:t>
            </w:r>
          </w:p>
        </w:tc>
      </w:tr>
    </w:tbl>
    <w:p w14:paraId="58E8D7CD" w14:textId="77777777" w:rsidR="00FB2F32" w:rsidRDefault="00FB2F32">
      <w:pPr>
        <w:widowControl w:val="0"/>
        <w:kinsoku w:val="0"/>
        <w:overflowPunct w:val="0"/>
        <w:autoSpaceDE w:val="0"/>
        <w:autoSpaceDN w:val="0"/>
        <w:snapToGrid w:val="0"/>
        <w:spacing w:line="20" w:lineRule="exact"/>
        <w:rPr>
          <w:lang w:eastAsia="ja-JP"/>
        </w:rPr>
        <w:sectPr w:rsidR="00FB2F32">
          <w:pgSz w:w="11906" w:h="16838"/>
          <w:pgMar w:top="700" w:right="460" w:bottom="1100" w:left="1000" w:header="240" w:footer="800" w:gutter="0"/>
          <w:cols w:space="720"/>
          <w:docGrid w:linePitch="360"/>
        </w:sectPr>
      </w:pPr>
    </w:p>
    <w:p w14:paraId="77ABB447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993" w:line="211" w:lineRule="exact"/>
        <w:ind w:left="474"/>
      </w:pPr>
      <w:r w:rsidRPr="000020E5">
        <w:rPr>
          <w:rFonts w:eastAsia="ＭＳ 明朝" w:cs="ＭＳ 明朝"/>
          <w:color w:val="000000"/>
          <w:spacing w:val="29"/>
          <w:sz w:val="19"/>
          <w:lang w:eastAsia="ja-JP"/>
        </w:rPr>
        <w:lastRenderedPageBreak/>
        <w:t>（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要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綱様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式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第</w:t>
      </w:r>
      <w:r w:rsidRPr="000020E5">
        <w:rPr>
          <w:rFonts w:eastAsia="ＭＳ 明朝" w:cs="ＭＳ 明朝"/>
          <w:color w:val="000000"/>
          <w:spacing w:val="29"/>
          <w:sz w:val="19"/>
          <w:lang w:eastAsia="ja-JP"/>
        </w:rPr>
        <w:t>１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号</w:t>
      </w:r>
      <w:r w:rsidRPr="000020E5">
        <w:rPr>
          <w:rFonts w:eastAsia="ＭＳ 明朝" w:cs="ＭＳ 明朝"/>
          <w:color w:val="000000"/>
          <w:sz w:val="19"/>
          <w:lang w:eastAsia="ja-JP"/>
        </w:rPr>
        <w:t>）</w:t>
      </w:r>
    </w:p>
    <w:p w14:paraId="112FFBB6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61" w:line="351" w:lineRule="exact"/>
        <w:ind w:left="3685"/>
      </w:pPr>
      <w:r>
        <w:rPr>
          <w:rFonts w:eastAsia="ＭＳ 明朝" w:cs="ＭＳ 明朝"/>
          <w:color w:val="000000"/>
          <w:spacing w:val="48"/>
          <w:sz w:val="31"/>
          <w:lang w:val="ja-JP" w:eastAsia="ja-JP"/>
        </w:rPr>
        <w:t>林地開発許</w:t>
      </w:r>
      <w:r>
        <w:rPr>
          <w:rFonts w:eastAsia="ＭＳ 明朝" w:cs="ＭＳ 明朝"/>
          <w:color w:val="000000"/>
          <w:spacing w:val="46"/>
          <w:sz w:val="31"/>
          <w:lang w:val="ja-JP" w:eastAsia="ja-JP"/>
        </w:rPr>
        <w:t>可</w:t>
      </w:r>
      <w:r>
        <w:rPr>
          <w:rFonts w:eastAsia="ＭＳ 明朝" w:cs="ＭＳ 明朝"/>
          <w:color w:val="000000"/>
          <w:spacing w:val="48"/>
          <w:sz w:val="31"/>
          <w:lang w:val="ja-JP" w:eastAsia="ja-JP"/>
        </w:rPr>
        <w:t>申請</w:t>
      </w:r>
      <w:r>
        <w:rPr>
          <w:rFonts w:eastAsia="ＭＳ 明朝" w:cs="ＭＳ 明朝"/>
          <w:color w:val="000000"/>
          <w:sz w:val="31"/>
          <w:lang w:val="ja-JP" w:eastAsia="ja-JP"/>
        </w:rPr>
        <w:t>書</w:t>
      </w:r>
    </w:p>
    <w:p w14:paraId="78D82897" w14:textId="77777777" w:rsidR="00FB2F32" w:rsidRDefault="00000000">
      <w:pPr>
        <w:widowControl w:val="0"/>
        <w:tabs>
          <w:tab w:val="left" w:pos="7952"/>
          <w:tab w:val="left" w:pos="8612"/>
        </w:tabs>
        <w:kinsoku w:val="0"/>
        <w:overflowPunct w:val="0"/>
        <w:autoSpaceDE w:val="0"/>
        <w:autoSpaceDN w:val="0"/>
        <w:snapToGrid w:val="0"/>
        <w:spacing w:before="315" w:line="211" w:lineRule="exact"/>
        <w:ind w:left="7292"/>
        <w:rPr>
          <w:lang w:eastAsia="ja-JP"/>
        </w:rPr>
      </w:pPr>
      <w:r>
        <w:rPr>
          <w:rFonts w:eastAsia="ＭＳ 明朝" w:cs="ＭＳ 明朝"/>
          <w:color w:val="000000"/>
          <w:sz w:val="19"/>
          <w:lang w:val="ja-JP" w:eastAsia="ja-JP"/>
        </w:rPr>
        <w:t>年</w:t>
      </w:r>
      <w:r>
        <w:rPr>
          <w:rFonts w:eastAsia="ＭＳ 明朝" w:cs="ＭＳ 明朝"/>
          <w:color w:val="000000"/>
          <w:sz w:val="19"/>
          <w:lang w:val="ja-JP" w:eastAsia="ja-JP"/>
        </w:rPr>
        <w:tab/>
        <w:t>月</w:t>
      </w:r>
      <w:r>
        <w:rPr>
          <w:rFonts w:eastAsia="ＭＳ 明朝" w:cs="ＭＳ 明朝"/>
          <w:color w:val="000000"/>
          <w:sz w:val="19"/>
          <w:lang w:val="ja-JP" w:eastAsia="ja-JP"/>
        </w:rPr>
        <w:tab/>
        <w:t>日</w:t>
      </w:r>
    </w:p>
    <w:p w14:paraId="179A20E5" w14:textId="77777777" w:rsidR="00FB2F32" w:rsidRDefault="00000000">
      <w:pPr>
        <w:widowControl w:val="0"/>
        <w:tabs>
          <w:tab w:val="left" w:pos="1023"/>
          <w:tab w:val="left" w:pos="1354"/>
          <w:tab w:val="left" w:pos="1683"/>
          <w:tab w:val="left" w:pos="2014"/>
        </w:tabs>
        <w:kinsoku w:val="0"/>
        <w:overflowPunct w:val="0"/>
        <w:autoSpaceDE w:val="0"/>
        <w:autoSpaceDN w:val="0"/>
        <w:snapToGrid w:val="0"/>
        <w:spacing w:before="329" w:line="211" w:lineRule="exact"/>
        <w:ind w:left="694"/>
        <w:rPr>
          <w:lang w:eastAsia="ja-JP"/>
        </w:rPr>
      </w:pPr>
      <w:r>
        <w:rPr>
          <w:rFonts w:eastAsia="ＭＳ 明朝" w:cs="ＭＳ 明朝"/>
          <w:color w:val="000000"/>
          <w:sz w:val="19"/>
          <w:lang w:val="ja-JP" w:eastAsia="ja-JP"/>
        </w:rPr>
        <w:t>福</w:t>
      </w:r>
      <w:r>
        <w:rPr>
          <w:rFonts w:eastAsia="ＭＳ 明朝" w:cs="ＭＳ 明朝"/>
          <w:color w:val="000000"/>
          <w:sz w:val="19"/>
          <w:lang w:val="ja-JP" w:eastAsia="ja-JP"/>
        </w:rPr>
        <w:tab/>
        <w:t>島</w:t>
      </w:r>
      <w:r>
        <w:rPr>
          <w:rFonts w:eastAsia="ＭＳ 明朝" w:cs="ＭＳ 明朝"/>
          <w:color w:val="000000"/>
          <w:sz w:val="19"/>
          <w:lang w:val="ja-JP" w:eastAsia="ja-JP"/>
        </w:rPr>
        <w:tab/>
        <w:t>県</w:t>
      </w:r>
      <w:r>
        <w:rPr>
          <w:rFonts w:eastAsia="ＭＳ 明朝" w:cs="ＭＳ 明朝"/>
          <w:color w:val="000000"/>
          <w:sz w:val="19"/>
          <w:lang w:val="ja-JP" w:eastAsia="ja-JP"/>
        </w:rPr>
        <w:tab/>
        <w:t>知</w:t>
      </w:r>
      <w:r>
        <w:rPr>
          <w:rFonts w:eastAsia="ＭＳ 明朝" w:cs="ＭＳ 明朝"/>
          <w:color w:val="000000"/>
          <w:sz w:val="19"/>
          <w:lang w:val="ja-JP" w:eastAsia="ja-JP"/>
        </w:rPr>
        <w:tab/>
        <w:t>事</w:t>
      </w:r>
    </w:p>
    <w:p w14:paraId="0EECA45F" w14:textId="77777777" w:rsidR="00FB2F32" w:rsidRDefault="00000000">
      <w:pPr>
        <w:widowControl w:val="0"/>
        <w:tabs>
          <w:tab w:val="left" w:pos="5094"/>
        </w:tabs>
        <w:kinsoku w:val="0"/>
        <w:overflowPunct w:val="0"/>
        <w:autoSpaceDE w:val="0"/>
        <w:autoSpaceDN w:val="0"/>
        <w:snapToGrid w:val="0"/>
        <w:spacing w:before="329" w:line="211" w:lineRule="exact"/>
        <w:ind w:left="4213"/>
        <w:rPr>
          <w:lang w:eastAsia="ja-JP"/>
        </w:rPr>
      </w:pPr>
      <w:r>
        <w:rPr>
          <w:rFonts w:eastAsia="ＭＳ 明朝" w:cs="ＭＳ 明朝"/>
          <w:color w:val="000000"/>
          <w:sz w:val="19"/>
          <w:lang w:val="ja-JP" w:eastAsia="ja-JP"/>
        </w:rPr>
        <w:t>住</w:t>
      </w:r>
      <w:r>
        <w:rPr>
          <w:rFonts w:eastAsia="ＭＳ 明朝" w:cs="ＭＳ 明朝"/>
          <w:color w:val="000000"/>
          <w:sz w:val="19"/>
          <w:lang w:val="ja-JP" w:eastAsia="ja-JP"/>
        </w:rPr>
        <w:tab/>
        <w:t>所</w:t>
      </w:r>
    </w:p>
    <w:p w14:paraId="276A8650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60" w:line="211" w:lineRule="exact"/>
        <w:ind w:left="5533"/>
        <w:rPr>
          <w:lang w:eastAsia="ja-JP"/>
        </w:rPr>
      </w:pP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法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人に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あ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って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は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、名</w:t>
      </w:r>
      <w:r>
        <w:rPr>
          <w:rFonts w:eastAsia="ＭＳ 明朝" w:cs="ＭＳ 明朝"/>
          <w:color w:val="000000"/>
          <w:sz w:val="19"/>
          <w:lang w:val="ja-JP" w:eastAsia="ja-JP"/>
        </w:rPr>
        <w:t>称</w:t>
      </w:r>
    </w:p>
    <w:p w14:paraId="3CAF6E93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line="211" w:lineRule="exact"/>
        <w:ind w:left="4213"/>
        <w:rPr>
          <w:lang w:eastAsia="ja-JP"/>
        </w:rPr>
      </w:pP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申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請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者氏</w:t>
      </w:r>
      <w:r>
        <w:rPr>
          <w:rFonts w:eastAsia="ＭＳ 明朝" w:cs="ＭＳ 明朝"/>
          <w:color w:val="000000"/>
          <w:sz w:val="19"/>
          <w:lang w:val="ja-JP" w:eastAsia="ja-JP"/>
        </w:rPr>
        <w:t>名</w:t>
      </w:r>
    </w:p>
    <w:p w14:paraId="3131CA21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line="211" w:lineRule="exact"/>
        <w:ind w:left="5533"/>
        <w:rPr>
          <w:lang w:eastAsia="ja-JP"/>
        </w:rPr>
      </w:pPr>
      <w:r>
        <w:rPr>
          <w:rFonts w:eastAsia="ＭＳ 明朝" w:cs="ＭＳ 明朝"/>
          <w:color w:val="000000"/>
          <w:spacing w:val="91"/>
          <w:sz w:val="19"/>
          <w:lang w:val="ja-JP" w:eastAsia="ja-JP"/>
        </w:rPr>
        <w:t>及び代</w:t>
      </w:r>
      <w:r>
        <w:rPr>
          <w:rFonts w:eastAsia="ＭＳ 明朝" w:cs="ＭＳ 明朝"/>
          <w:color w:val="000000"/>
          <w:spacing w:val="89"/>
          <w:sz w:val="19"/>
          <w:lang w:val="ja-JP" w:eastAsia="ja-JP"/>
        </w:rPr>
        <w:t>表</w:t>
      </w:r>
      <w:r>
        <w:rPr>
          <w:rFonts w:eastAsia="ＭＳ 明朝" w:cs="ＭＳ 明朝"/>
          <w:color w:val="000000"/>
          <w:spacing w:val="91"/>
          <w:sz w:val="19"/>
          <w:lang w:val="ja-JP" w:eastAsia="ja-JP"/>
        </w:rPr>
        <w:t>者の氏</w:t>
      </w:r>
      <w:r>
        <w:rPr>
          <w:rFonts w:eastAsia="ＭＳ 明朝" w:cs="ＭＳ 明朝"/>
          <w:color w:val="000000"/>
          <w:sz w:val="19"/>
          <w:lang w:val="ja-JP" w:eastAsia="ja-JP"/>
        </w:rPr>
        <w:t>名</w:t>
      </w:r>
    </w:p>
    <w:p w14:paraId="5E242DD3" w14:textId="77777777" w:rsidR="00FB2F32" w:rsidRDefault="00000000">
      <w:pPr>
        <w:widowControl w:val="0"/>
        <w:tabs>
          <w:tab w:val="left" w:pos="5533"/>
          <w:tab w:val="left" w:pos="6411"/>
        </w:tabs>
        <w:kinsoku w:val="0"/>
        <w:overflowPunct w:val="0"/>
        <w:autoSpaceDE w:val="0"/>
        <w:autoSpaceDN w:val="0"/>
        <w:snapToGrid w:val="0"/>
        <w:spacing w:line="211" w:lineRule="exact"/>
        <w:ind w:left="4213"/>
        <w:rPr>
          <w:lang w:eastAsia="ja-JP"/>
        </w:rPr>
      </w:pPr>
      <w:r>
        <w:rPr>
          <w:rFonts w:eastAsia="ＭＳ 明朝" w:cs="ＭＳ 明朝"/>
          <w:color w:val="000000"/>
          <w:spacing w:val="101"/>
          <w:sz w:val="19"/>
          <w:lang w:val="ja-JP" w:eastAsia="ja-JP"/>
        </w:rPr>
        <w:t>電</w:t>
      </w:r>
      <w:r>
        <w:rPr>
          <w:rFonts w:eastAsia="ＭＳ 明朝" w:cs="ＭＳ 明朝"/>
          <w:color w:val="000000"/>
          <w:spacing w:val="103"/>
          <w:sz w:val="19"/>
          <w:lang w:val="ja-JP" w:eastAsia="ja-JP"/>
        </w:rPr>
        <w:t>話</w:t>
      </w:r>
      <w:r>
        <w:rPr>
          <w:rFonts w:eastAsia="ＭＳ 明朝" w:cs="ＭＳ 明朝"/>
          <w:color w:val="000000"/>
          <w:spacing w:val="101"/>
          <w:sz w:val="19"/>
          <w:lang w:val="ja-JP" w:eastAsia="ja-JP"/>
        </w:rPr>
        <w:t>番</w:t>
      </w:r>
      <w:r>
        <w:rPr>
          <w:rFonts w:eastAsia="ＭＳ 明朝" w:cs="ＭＳ 明朝"/>
          <w:color w:val="000000"/>
          <w:sz w:val="19"/>
          <w:lang w:val="ja-JP" w:eastAsia="ja-JP"/>
        </w:rPr>
        <w:t>号</w:t>
      </w:r>
      <w:r>
        <w:rPr>
          <w:rFonts w:eastAsia="ＭＳ 明朝" w:cs="ＭＳ 明朝"/>
          <w:color w:val="000000"/>
          <w:sz w:val="19"/>
          <w:lang w:val="ja-JP" w:eastAsia="ja-JP"/>
        </w:rPr>
        <w:tab/>
        <w:t>（</w:t>
      </w:r>
      <w:r>
        <w:rPr>
          <w:rFonts w:eastAsia="ＭＳ 明朝" w:cs="ＭＳ 明朝"/>
          <w:color w:val="000000"/>
          <w:sz w:val="19"/>
          <w:lang w:val="ja-JP" w:eastAsia="ja-JP"/>
        </w:rPr>
        <w:tab/>
        <w:t>）</w:t>
      </w:r>
    </w:p>
    <w:p w14:paraId="2CFEEFB0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233" w:line="211" w:lineRule="exact"/>
        <w:ind w:left="694"/>
        <w:rPr>
          <w:lang w:eastAsia="ja-JP"/>
        </w:rPr>
      </w:pP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次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のと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お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り開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発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行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為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をし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た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いの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で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、森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林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法第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１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０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条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の２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第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１項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の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規定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に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より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許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可を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申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請</w:t>
      </w:r>
      <w:r>
        <w:rPr>
          <w:rFonts w:eastAsia="ＭＳ 明朝" w:cs="ＭＳ 明朝"/>
          <w:color w:val="000000"/>
          <w:sz w:val="19"/>
          <w:lang w:val="ja-JP" w:eastAsia="ja-JP"/>
        </w:rPr>
        <w:t>し</w:t>
      </w:r>
    </w:p>
    <w:p w14:paraId="4B3E0C54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60" w:line="211" w:lineRule="exact"/>
        <w:ind w:left="474"/>
      </w:pP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ま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す</w:t>
      </w:r>
      <w:r>
        <w:rPr>
          <w:rFonts w:eastAsia="ＭＳ 明朝" w:cs="ＭＳ 明朝"/>
          <w:color w:val="000000"/>
          <w:sz w:val="19"/>
          <w:lang w:val="ja-JP" w:eastAsia="ja-JP"/>
        </w:rPr>
        <w:t>。</w:t>
      </w:r>
    </w:p>
    <w:p w14:paraId="266BC0BE" w14:textId="77777777" w:rsidR="00FB2F32" w:rsidRDefault="00FB2F32">
      <w:pPr>
        <w:widowControl w:val="0"/>
        <w:kinsoku w:val="0"/>
        <w:overflowPunct w:val="0"/>
        <w:autoSpaceDE w:val="0"/>
        <w:autoSpaceDN w:val="0"/>
        <w:snapToGrid w:val="0"/>
        <w:spacing w:line="156" w:lineRule="exact"/>
      </w:pPr>
    </w:p>
    <w:tbl>
      <w:tblPr>
        <w:tblW w:w="8798" w:type="dxa"/>
        <w:tblInd w:w="5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58"/>
        <w:gridCol w:w="5940"/>
      </w:tblGrid>
      <w:tr w:rsidR="00FB2F32" w14:paraId="2C1AAC32" w14:textId="77777777">
        <w:trPr>
          <w:cantSplit/>
          <w:trHeight w:val="1201"/>
        </w:trPr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CE04C7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307" w:line="211" w:lineRule="exact"/>
              <w:ind w:left="109"/>
              <w:rPr>
                <w:lang w:eastAsia="ja-JP"/>
              </w:rPr>
            </w:pPr>
            <w:r>
              <w:rPr>
                <w:rFonts w:eastAsia="ＭＳ 明朝" w:cs="ＭＳ 明朝"/>
                <w:color w:val="000000"/>
                <w:spacing w:val="77"/>
                <w:sz w:val="19"/>
                <w:lang w:val="ja-JP" w:eastAsia="ja-JP"/>
              </w:rPr>
              <w:t>開発行為に係る森林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の</w:t>
            </w:r>
          </w:p>
          <w:p w14:paraId="109A1246" w14:textId="77777777" w:rsidR="00FB2F32" w:rsidRDefault="00000000">
            <w:pPr>
              <w:widowControl w:val="0"/>
              <w:tabs>
                <w:tab w:val="left" w:pos="916"/>
                <w:tab w:val="left" w:pos="1722"/>
                <w:tab w:val="left" w:pos="2528"/>
              </w:tabs>
              <w:kinsoku w:val="0"/>
              <w:overflowPunct w:val="0"/>
              <w:autoSpaceDE w:val="0"/>
              <w:autoSpaceDN w:val="0"/>
              <w:snapToGrid w:val="0"/>
              <w:spacing w:before="194" w:line="211" w:lineRule="exact"/>
              <w:ind w:left="109"/>
              <w:rPr>
                <w:lang w:eastAsia="ja-JP"/>
              </w:rPr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所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在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場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所</w:t>
            </w:r>
          </w:p>
        </w:tc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BBC1F4" w14:textId="77777777" w:rsidR="00FB2F32" w:rsidRDefault="00000000">
            <w:pPr>
              <w:widowControl w:val="0"/>
              <w:tabs>
                <w:tab w:val="left" w:pos="2528"/>
              </w:tabs>
              <w:kinsoku w:val="0"/>
              <w:overflowPunct w:val="0"/>
              <w:autoSpaceDE w:val="0"/>
              <w:autoSpaceDN w:val="0"/>
              <w:snapToGrid w:val="0"/>
              <w:spacing w:before="307" w:line="211" w:lineRule="exact"/>
              <w:ind w:left="1208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市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町</w:t>
            </w:r>
          </w:p>
          <w:p w14:paraId="1B0C5BCD" w14:textId="77777777" w:rsidR="00FB2F32" w:rsidRDefault="00000000">
            <w:pPr>
              <w:widowControl w:val="0"/>
              <w:tabs>
                <w:tab w:val="left" w:pos="4069"/>
                <w:tab w:val="left" w:pos="5389"/>
              </w:tabs>
              <w:kinsoku w:val="0"/>
              <w:overflowPunct w:val="0"/>
              <w:autoSpaceDE w:val="0"/>
              <w:autoSpaceDN w:val="0"/>
              <w:snapToGrid w:val="0"/>
              <w:spacing w:line="211" w:lineRule="exact"/>
              <w:ind w:left="2749"/>
            </w:pPr>
            <w:r>
              <w:rPr>
                <w:rFonts w:eastAsia="ＭＳ 明朝" w:cs="ＭＳ 明朝"/>
                <w:color w:val="000000"/>
                <w:spacing w:val="26"/>
                <w:sz w:val="19"/>
                <w:lang w:val="ja-JP" w:eastAsia="ja-JP"/>
              </w:rPr>
              <w:t>大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字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字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</w:r>
            <w:r>
              <w:rPr>
                <w:rFonts w:eastAsia="ＭＳ 明朝" w:cs="ＭＳ 明朝"/>
                <w:color w:val="000000"/>
                <w:spacing w:val="26"/>
                <w:sz w:val="19"/>
                <w:lang w:val="ja-JP" w:eastAsia="ja-JP"/>
              </w:rPr>
              <w:t>地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番</w:t>
            </w:r>
          </w:p>
          <w:p w14:paraId="442A76C1" w14:textId="77777777" w:rsidR="00FB2F32" w:rsidRDefault="00000000">
            <w:pPr>
              <w:widowControl w:val="0"/>
              <w:tabs>
                <w:tab w:val="left" w:pos="2528"/>
              </w:tabs>
              <w:kinsoku w:val="0"/>
              <w:overflowPunct w:val="0"/>
              <w:autoSpaceDE w:val="0"/>
              <w:autoSpaceDN w:val="0"/>
              <w:snapToGrid w:val="0"/>
              <w:spacing w:line="211" w:lineRule="exact"/>
              <w:ind w:left="1208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郡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村</w:t>
            </w:r>
          </w:p>
        </w:tc>
      </w:tr>
      <w:tr w:rsidR="00FB2F32" w14:paraId="0BA7DF7E" w14:textId="77777777">
        <w:trPr>
          <w:cantSplit/>
          <w:trHeight w:val="1201"/>
        </w:trPr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64CCB17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307" w:line="211" w:lineRule="exact"/>
              <w:ind w:left="109"/>
              <w:rPr>
                <w:lang w:eastAsia="ja-JP"/>
              </w:rPr>
            </w:pPr>
            <w:r>
              <w:rPr>
                <w:rFonts w:eastAsia="ＭＳ 明朝" w:cs="ＭＳ 明朝"/>
                <w:color w:val="000000"/>
                <w:spacing w:val="77"/>
                <w:sz w:val="19"/>
                <w:lang w:val="ja-JP" w:eastAsia="ja-JP"/>
              </w:rPr>
              <w:t>開発行為に係る森林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の</w:t>
            </w:r>
          </w:p>
          <w:p w14:paraId="1B17EB6D" w14:textId="77777777" w:rsidR="00FB2F32" w:rsidRDefault="00000000">
            <w:pPr>
              <w:widowControl w:val="0"/>
              <w:tabs>
                <w:tab w:val="left" w:pos="714"/>
                <w:tab w:val="left" w:pos="1319"/>
                <w:tab w:val="left" w:pos="1924"/>
                <w:tab w:val="left" w:pos="2528"/>
              </w:tabs>
              <w:kinsoku w:val="0"/>
              <w:overflowPunct w:val="0"/>
              <w:autoSpaceDE w:val="0"/>
              <w:autoSpaceDN w:val="0"/>
              <w:snapToGrid w:val="0"/>
              <w:spacing w:before="194" w:line="211" w:lineRule="exact"/>
              <w:ind w:left="109"/>
              <w:rPr>
                <w:lang w:eastAsia="ja-JP"/>
              </w:rPr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土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地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の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面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積</w:t>
            </w:r>
          </w:p>
        </w:tc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FAF85AB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  <w:rPr>
                <w:lang w:eastAsia="ja-JP"/>
              </w:rPr>
            </w:pPr>
          </w:p>
        </w:tc>
      </w:tr>
      <w:tr w:rsidR="00FB2F32" w14:paraId="6DBAA3DA" w14:textId="77777777">
        <w:trPr>
          <w:cantSplit/>
          <w:trHeight w:val="796"/>
        </w:trPr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35ADAE" w14:textId="77777777" w:rsidR="00FB2F32" w:rsidRDefault="00000000">
            <w:pPr>
              <w:widowControl w:val="0"/>
              <w:tabs>
                <w:tab w:val="left" w:pos="512"/>
                <w:tab w:val="left" w:pos="916"/>
                <w:tab w:val="left" w:pos="1319"/>
                <w:tab w:val="left" w:pos="1722"/>
                <w:tab w:val="left" w:pos="2125"/>
                <w:tab w:val="left" w:pos="2528"/>
              </w:tabs>
              <w:kinsoku w:val="0"/>
              <w:overflowPunct w:val="0"/>
              <w:autoSpaceDE w:val="0"/>
              <w:autoSpaceDN w:val="0"/>
              <w:snapToGrid w:val="0"/>
              <w:spacing w:before="307" w:line="211" w:lineRule="exact"/>
              <w:ind w:left="109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開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発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行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為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の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目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的</w:t>
            </w:r>
          </w:p>
        </w:tc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054BBF0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228D673D" w14:textId="77777777">
        <w:trPr>
          <w:cantSplit/>
          <w:trHeight w:val="798"/>
        </w:trPr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2CCED8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307" w:line="211" w:lineRule="exact"/>
              <w:ind w:left="109"/>
              <w:rPr>
                <w:lang w:eastAsia="ja-JP"/>
              </w:rPr>
            </w:pPr>
            <w:r>
              <w:rPr>
                <w:rFonts w:eastAsia="ＭＳ 明朝" w:cs="ＭＳ 明朝"/>
                <w:color w:val="000000"/>
                <w:spacing w:val="26"/>
                <w:sz w:val="19"/>
                <w:lang w:val="ja-JP" w:eastAsia="ja-JP"/>
              </w:rPr>
              <w:t>開</w:t>
            </w:r>
            <w:r>
              <w:rPr>
                <w:rFonts w:eastAsia="ＭＳ 明朝" w:cs="ＭＳ 明朝"/>
                <w:color w:val="000000"/>
                <w:spacing w:val="29"/>
                <w:sz w:val="19"/>
                <w:lang w:val="ja-JP" w:eastAsia="ja-JP"/>
              </w:rPr>
              <w:t>発行</w:t>
            </w:r>
            <w:r>
              <w:rPr>
                <w:rFonts w:eastAsia="ＭＳ 明朝" w:cs="ＭＳ 明朝"/>
                <w:color w:val="000000"/>
                <w:spacing w:val="26"/>
                <w:sz w:val="19"/>
                <w:lang w:val="ja-JP" w:eastAsia="ja-JP"/>
              </w:rPr>
              <w:t>為</w:t>
            </w:r>
            <w:r>
              <w:rPr>
                <w:rFonts w:eastAsia="ＭＳ 明朝" w:cs="ＭＳ 明朝"/>
                <w:color w:val="000000"/>
                <w:spacing w:val="29"/>
                <w:sz w:val="19"/>
                <w:lang w:val="ja-JP" w:eastAsia="ja-JP"/>
              </w:rPr>
              <w:t>の着</w:t>
            </w:r>
            <w:r>
              <w:rPr>
                <w:rFonts w:eastAsia="ＭＳ 明朝" w:cs="ＭＳ 明朝"/>
                <w:color w:val="000000"/>
                <w:spacing w:val="26"/>
                <w:sz w:val="19"/>
                <w:lang w:val="ja-JP" w:eastAsia="ja-JP"/>
              </w:rPr>
              <w:t>手</w:t>
            </w:r>
            <w:r>
              <w:rPr>
                <w:rFonts w:eastAsia="ＭＳ 明朝" w:cs="ＭＳ 明朝"/>
                <w:color w:val="000000"/>
                <w:spacing w:val="29"/>
                <w:sz w:val="19"/>
                <w:lang w:val="ja-JP" w:eastAsia="ja-JP"/>
              </w:rPr>
              <w:t>予</w:t>
            </w:r>
            <w:r>
              <w:rPr>
                <w:rFonts w:eastAsia="ＭＳ 明朝" w:cs="ＭＳ 明朝"/>
                <w:color w:val="000000"/>
                <w:spacing w:val="26"/>
                <w:sz w:val="19"/>
                <w:lang w:val="ja-JP" w:eastAsia="ja-JP"/>
              </w:rPr>
              <w:t>定</w:t>
            </w:r>
            <w:r>
              <w:rPr>
                <w:rFonts w:eastAsia="ＭＳ 明朝" w:cs="ＭＳ 明朝"/>
                <w:color w:val="000000"/>
                <w:spacing w:val="29"/>
                <w:sz w:val="19"/>
                <w:lang w:val="ja-JP" w:eastAsia="ja-JP"/>
              </w:rPr>
              <w:t>年月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日</w:t>
            </w:r>
          </w:p>
        </w:tc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E07F6A1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  <w:rPr>
                <w:lang w:eastAsia="ja-JP"/>
              </w:rPr>
            </w:pPr>
          </w:p>
        </w:tc>
      </w:tr>
      <w:tr w:rsidR="00FB2F32" w14:paraId="3D7FED97" w14:textId="77777777">
        <w:trPr>
          <w:cantSplit/>
          <w:trHeight w:val="796"/>
        </w:trPr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BE6674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307" w:line="211" w:lineRule="exact"/>
              <w:ind w:left="109"/>
              <w:rPr>
                <w:lang w:eastAsia="ja-JP"/>
              </w:rPr>
            </w:pPr>
            <w:r>
              <w:rPr>
                <w:rFonts w:eastAsia="ＭＳ 明朝" w:cs="ＭＳ 明朝"/>
                <w:color w:val="000000"/>
                <w:spacing w:val="26"/>
                <w:sz w:val="19"/>
                <w:lang w:val="ja-JP" w:eastAsia="ja-JP"/>
              </w:rPr>
              <w:t>開</w:t>
            </w:r>
            <w:r>
              <w:rPr>
                <w:rFonts w:eastAsia="ＭＳ 明朝" w:cs="ＭＳ 明朝"/>
                <w:color w:val="000000"/>
                <w:spacing w:val="29"/>
                <w:sz w:val="19"/>
                <w:lang w:val="ja-JP" w:eastAsia="ja-JP"/>
              </w:rPr>
              <w:t>発行</w:t>
            </w:r>
            <w:r>
              <w:rPr>
                <w:rFonts w:eastAsia="ＭＳ 明朝" w:cs="ＭＳ 明朝"/>
                <w:color w:val="000000"/>
                <w:spacing w:val="26"/>
                <w:sz w:val="19"/>
                <w:lang w:val="ja-JP" w:eastAsia="ja-JP"/>
              </w:rPr>
              <w:t>為</w:t>
            </w:r>
            <w:r>
              <w:rPr>
                <w:rFonts w:eastAsia="ＭＳ 明朝" w:cs="ＭＳ 明朝"/>
                <w:color w:val="000000"/>
                <w:spacing w:val="29"/>
                <w:sz w:val="19"/>
                <w:lang w:val="ja-JP" w:eastAsia="ja-JP"/>
              </w:rPr>
              <w:t>の完</w:t>
            </w:r>
            <w:r>
              <w:rPr>
                <w:rFonts w:eastAsia="ＭＳ 明朝" w:cs="ＭＳ 明朝"/>
                <w:color w:val="000000"/>
                <w:spacing w:val="26"/>
                <w:sz w:val="19"/>
                <w:lang w:val="ja-JP" w:eastAsia="ja-JP"/>
              </w:rPr>
              <w:t>了</w:t>
            </w:r>
            <w:r>
              <w:rPr>
                <w:rFonts w:eastAsia="ＭＳ 明朝" w:cs="ＭＳ 明朝"/>
                <w:color w:val="000000"/>
                <w:spacing w:val="29"/>
                <w:sz w:val="19"/>
                <w:lang w:val="ja-JP" w:eastAsia="ja-JP"/>
              </w:rPr>
              <w:t>予</w:t>
            </w:r>
            <w:r>
              <w:rPr>
                <w:rFonts w:eastAsia="ＭＳ 明朝" w:cs="ＭＳ 明朝"/>
                <w:color w:val="000000"/>
                <w:spacing w:val="26"/>
                <w:sz w:val="19"/>
                <w:lang w:val="ja-JP" w:eastAsia="ja-JP"/>
              </w:rPr>
              <w:t>定</w:t>
            </w:r>
            <w:r>
              <w:rPr>
                <w:rFonts w:eastAsia="ＭＳ 明朝" w:cs="ＭＳ 明朝"/>
                <w:color w:val="000000"/>
                <w:spacing w:val="29"/>
                <w:sz w:val="19"/>
                <w:lang w:val="ja-JP" w:eastAsia="ja-JP"/>
              </w:rPr>
              <w:t>年月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日</w:t>
            </w:r>
          </w:p>
        </w:tc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46D3B12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  <w:rPr>
                <w:lang w:eastAsia="ja-JP"/>
              </w:rPr>
            </w:pPr>
          </w:p>
        </w:tc>
      </w:tr>
      <w:tr w:rsidR="00FB2F32" w14:paraId="642A4742" w14:textId="77777777">
        <w:trPr>
          <w:cantSplit/>
          <w:trHeight w:val="796"/>
        </w:trPr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CAA1B4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307" w:line="211" w:lineRule="exact"/>
              <w:ind w:left="109"/>
            </w:pPr>
            <w:r>
              <w:rPr>
                <w:rFonts w:eastAsia="ＭＳ 明朝" w:cs="ＭＳ 明朝"/>
                <w:color w:val="000000"/>
                <w:spacing w:val="110"/>
                <w:sz w:val="19"/>
                <w:lang w:val="ja-JP" w:eastAsia="ja-JP"/>
              </w:rPr>
              <w:t>開発行為の施行体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制</w:t>
            </w:r>
          </w:p>
        </w:tc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BAA6D27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1B589881" w14:textId="77777777">
        <w:trPr>
          <w:cantSplit/>
          <w:trHeight w:val="798"/>
        </w:trPr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FCA3DD" w14:textId="77777777" w:rsidR="00FB2F32" w:rsidRDefault="00000000">
            <w:pPr>
              <w:widowControl w:val="0"/>
              <w:tabs>
                <w:tab w:val="left" w:pos="2528"/>
              </w:tabs>
              <w:kinsoku w:val="0"/>
              <w:overflowPunct w:val="0"/>
              <w:autoSpaceDE w:val="0"/>
              <w:autoSpaceDN w:val="0"/>
              <w:snapToGrid w:val="0"/>
              <w:spacing w:before="307" w:line="211" w:lineRule="exact"/>
              <w:ind w:left="109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備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考</w:t>
            </w:r>
          </w:p>
        </w:tc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B273CEA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</w:tbl>
    <w:p w14:paraId="30DF48E2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171" w:line="211" w:lineRule="exact"/>
        <w:ind w:left="474"/>
      </w:pP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（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注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意事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項</w:t>
      </w:r>
      <w:r>
        <w:rPr>
          <w:rFonts w:eastAsia="ＭＳ 明朝" w:cs="ＭＳ 明朝"/>
          <w:color w:val="000000"/>
          <w:sz w:val="19"/>
          <w:lang w:val="ja-JP" w:eastAsia="ja-JP"/>
        </w:rPr>
        <w:t>）</w:t>
      </w:r>
    </w:p>
    <w:p w14:paraId="00FBCC8A" w14:textId="77777777" w:rsidR="00FB2F32" w:rsidRDefault="00000000">
      <w:pPr>
        <w:widowControl w:val="0"/>
        <w:tabs>
          <w:tab w:val="left" w:pos="1134"/>
        </w:tabs>
        <w:kinsoku w:val="0"/>
        <w:overflowPunct w:val="0"/>
        <w:autoSpaceDE w:val="0"/>
        <w:autoSpaceDN w:val="0"/>
        <w:snapToGrid w:val="0"/>
        <w:spacing w:before="60" w:line="211" w:lineRule="exact"/>
        <w:ind w:left="694"/>
        <w:rPr>
          <w:lang w:eastAsia="ja-JP"/>
        </w:rPr>
      </w:pPr>
      <w:r>
        <w:rPr>
          <w:rFonts w:eastAsia="ＭＳ 明朝" w:cs="ＭＳ 明朝"/>
          <w:color w:val="000000"/>
          <w:sz w:val="19"/>
          <w:lang w:val="ja-JP" w:eastAsia="ja-JP"/>
        </w:rPr>
        <w:t>１</w:t>
      </w:r>
      <w:r>
        <w:rPr>
          <w:rFonts w:eastAsia="ＭＳ 明朝" w:cs="ＭＳ 明朝"/>
          <w:color w:val="000000"/>
          <w:sz w:val="19"/>
          <w:lang w:val="ja-JP" w:eastAsia="ja-JP"/>
        </w:rPr>
        <w:tab/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面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積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は、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実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測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と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し、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ヘ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クタ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ー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ルを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単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位と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し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て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小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数第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４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位ま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で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記載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す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るこ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と</w:t>
      </w:r>
      <w:r>
        <w:rPr>
          <w:rFonts w:eastAsia="ＭＳ 明朝" w:cs="ＭＳ 明朝"/>
          <w:color w:val="000000"/>
          <w:sz w:val="19"/>
          <w:lang w:val="ja-JP" w:eastAsia="ja-JP"/>
        </w:rPr>
        <w:t>。</w:t>
      </w:r>
    </w:p>
    <w:p w14:paraId="56E273B8" w14:textId="77777777" w:rsidR="00FB2F32" w:rsidRDefault="00000000">
      <w:pPr>
        <w:widowControl w:val="0"/>
        <w:tabs>
          <w:tab w:val="left" w:pos="1134"/>
        </w:tabs>
        <w:kinsoku w:val="0"/>
        <w:overflowPunct w:val="0"/>
        <w:autoSpaceDE w:val="0"/>
        <w:autoSpaceDN w:val="0"/>
        <w:snapToGrid w:val="0"/>
        <w:spacing w:before="58" w:line="211" w:lineRule="exact"/>
        <w:ind w:left="694"/>
        <w:rPr>
          <w:lang w:eastAsia="ja-JP"/>
        </w:rPr>
      </w:pPr>
      <w:r>
        <w:rPr>
          <w:rFonts w:eastAsia="ＭＳ 明朝" w:cs="ＭＳ 明朝"/>
          <w:color w:val="000000"/>
          <w:sz w:val="19"/>
          <w:lang w:val="ja-JP" w:eastAsia="ja-JP"/>
        </w:rPr>
        <w:t>２</w:t>
      </w:r>
      <w:r>
        <w:rPr>
          <w:rFonts w:eastAsia="ＭＳ 明朝" w:cs="ＭＳ 明朝"/>
          <w:color w:val="000000"/>
          <w:sz w:val="19"/>
          <w:lang w:val="ja-JP" w:eastAsia="ja-JP"/>
        </w:rPr>
        <w:tab/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開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発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行為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を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行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う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こと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に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つい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て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環境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影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響評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価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法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（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平成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９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年法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律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第</w:t>
      </w:r>
      <w:r>
        <w:rPr>
          <w:rFonts w:eastAsia="ＭＳ 明朝" w:cs="ＭＳ 明朝"/>
          <w:color w:val="000000"/>
          <w:spacing w:val="14"/>
          <w:sz w:val="19"/>
          <w:lang w:val="ja-JP" w:eastAsia="ja-JP"/>
        </w:rPr>
        <w:t>81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号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）等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に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基づ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く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環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境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影響</w:t>
      </w:r>
      <w:r>
        <w:rPr>
          <w:rFonts w:eastAsia="ＭＳ 明朝" w:cs="ＭＳ 明朝"/>
          <w:color w:val="000000"/>
          <w:sz w:val="19"/>
          <w:lang w:val="ja-JP" w:eastAsia="ja-JP"/>
        </w:rPr>
        <w:t>評</w:t>
      </w:r>
    </w:p>
    <w:p w14:paraId="487E2C6A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60" w:line="211" w:lineRule="exact"/>
        <w:ind w:left="913"/>
        <w:rPr>
          <w:lang w:eastAsia="ja-JP"/>
        </w:rPr>
      </w:pP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価手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続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を必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要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と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す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る場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合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には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、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備考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欄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にそ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の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手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続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の状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況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を記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載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する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こ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と</w:t>
      </w:r>
      <w:r>
        <w:rPr>
          <w:rFonts w:eastAsia="ＭＳ 明朝" w:cs="ＭＳ 明朝"/>
          <w:color w:val="000000"/>
          <w:sz w:val="19"/>
          <w:lang w:val="ja-JP" w:eastAsia="ja-JP"/>
        </w:rPr>
        <w:t>。</w:t>
      </w:r>
    </w:p>
    <w:p w14:paraId="2B7ACA42" w14:textId="77777777" w:rsidR="00FB2F32" w:rsidRDefault="00000000">
      <w:pPr>
        <w:widowControl w:val="0"/>
        <w:tabs>
          <w:tab w:val="left" w:pos="1134"/>
        </w:tabs>
        <w:kinsoku w:val="0"/>
        <w:overflowPunct w:val="0"/>
        <w:autoSpaceDE w:val="0"/>
        <w:autoSpaceDN w:val="0"/>
        <w:snapToGrid w:val="0"/>
        <w:spacing w:before="58" w:line="211" w:lineRule="exact"/>
        <w:ind w:left="694"/>
        <w:rPr>
          <w:lang w:eastAsia="ja-JP"/>
        </w:rPr>
      </w:pPr>
      <w:r>
        <w:rPr>
          <w:rFonts w:eastAsia="ＭＳ 明朝" w:cs="ＭＳ 明朝"/>
          <w:color w:val="000000"/>
          <w:sz w:val="19"/>
          <w:lang w:val="ja-JP" w:eastAsia="ja-JP"/>
        </w:rPr>
        <w:t>３</w:t>
      </w:r>
      <w:r>
        <w:rPr>
          <w:rFonts w:eastAsia="ＭＳ 明朝" w:cs="ＭＳ 明朝"/>
          <w:color w:val="000000"/>
          <w:sz w:val="19"/>
          <w:lang w:val="ja-JP" w:eastAsia="ja-JP"/>
        </w:rPr>
        <w:tab/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開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発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行為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の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施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行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体制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の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欄に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は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、開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発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行為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の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施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行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者を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記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載す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る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とと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も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に、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そ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の施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行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者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に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防</w:t>
      </w:r>
      <w:r>
        <w:rPr>
          <w:rFonts w:eastAsia="ＭＳ 明朝" w:cs="ＭＳ 明朝"/>
          <w:color w:val="000000"/>
          <w:sz w:val="19"/>
          <w:lang w:val="ja-JP" w:eastAsia="ja-JP"/>
        </w:rPr>
        <w:t>災</w:t>
      </w:r>
    </w:p>
    <w:p w14:paraId="20AE0119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58" w:line="211" w:lineRule="exact"/>
        <w:ind w:left="802"/>
        <w:rPr>
          <w:lang w:eastAsia="ja-JP"/>
        </w:rPr>
      </w:pP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措置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を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講ず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る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ため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に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必要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な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能力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が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ある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こ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と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を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証す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る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書類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を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添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付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する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こ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と</w:t>
      </w:r>
      <w:r>
        <w:rPr>
          <w:rFonts w:eastAsia="ＭＳ 明朝" w:cs="ＭＳ 明朝"/>
          <w:color w:val="000000"/>
          <w:spacing w:val="-12"/>
          <w:sz w:val="19"/>
          <w:lang w:val="ja-JP" w:eastAsia="ja-JP"/>
        </w:rPr>
        <w:t>。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な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お</w:t>
      </w:r>
      <w:r>
        <w:rPr>
          <w:rFonts w:eastAsia="ＭＳ 明朝" w:cs="ＭＳ 明朝"/>
          <w:color w:val="000000"/>
          <w:spacing w:val="-14"/>
          <w:sz w:val="19"/>
          <w:lang w:val="ja-JP" w:eastAsia="ja-JP"/>
        </w:rPr>
        <w:t>、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申請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時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に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お</w:t>
      </w:r>
      <w:r>
        <w:rPr>
          <w:rFonts w:eastAsia="ＭＳ 明朝" w:cs="ＭＳ 明朝"/>
          <w:color w:val="000000"/>
          <w:sz w:val="19"/>
          <w:lang w:val="ja-JP" w:eastAsia="ja-JP"/>
        </w:rPr>
        <w:t>い</w:t>
      </w:r>
    </w:p>
    <w:p w14:paraId="4E6CDB9F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60" w:line="211" w:lineRule="exact"/>
        <w:ind w:left="802"/>
        <w:rPr>
          <w:lang w:eastAsia="ja-JP"/>
        </w:rPr>
      </w:pP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て開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発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行為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の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施行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者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が確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定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して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い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ない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場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合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に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おけ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る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当該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欄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の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記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入に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つ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いて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は</w:t>
      </w:r>
      <w:r>
        <w:rPr>
          <w:rFonts w:eastAsia="ＭＳ 明朝" w:cs="ＭＳ 明朝"/>
          <w:color w:val="000000"/>
          <w:spacing w:val="-53"/>
          <w:sz w:val="19"/>
          <w:lang w:val="ja-JP" w:eastAsia="ja-JP"/>
        </w:rPr>
        <w:t>、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開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発行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為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に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着</w:t>
      </w:r>
      <w:r>
        <w:rPr>
          <w:rFonts w:eastAsia="ＭＳ 明朝" w:cs="ＭＳ 明朝"/>
          <w:color w:val="000000"/>
          <w:sz w:val="19"/>
          <w:lang w:val="ja-JP" w:eastAsia="ja-JP"/>
        </w:rPr>
        <w:t>手</w:t>
      </w:r>
    </w:p>
    <w:p w14:paraId="41323DCD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58" w:line="211" w:lineRule="exact"/>
        <w:ind w:left="802"/>
        <w:rPr>
          <w:lang w:eastAsia="ja-JP"/>
        </w:rPr>
      </w:pP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する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前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に必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要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な書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類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を提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出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する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こ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とを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誓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約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す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る書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類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等の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提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出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を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もっ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て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これ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に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代え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る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こと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が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で</w:t>
      </w:r>
      <w:r>
        <w:rPr>
          <w:rFonts w:eastAsia="ＭＳ 明朝" w:cs="ＭＳ 明朝"/>
          <w:color w:val="000000"/>
          <w:sz w:val="19"/>
          <w:lang w:val="ja-JP" w:eastAsia="ja-JP"/>
        </w:rPr>
        <w:t>き</w:t>
      </w:r>
    </w:p>
    <w:p w14:paraId="3F79AF8C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60" w:line="211" w:lineRule="exact"/>
        <w:ind w:left="802"/>
        <w:rPr>
          <w:lang w:eastAsia="ja-JP"/>
        </w:rPr>
      </w:pP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る</w:t>
      </w:r>
      <w:r>
        <w:rPr>
          <w:rFonts w:eastAsia="ＭＳ 明朝" w:cs="ＭＳ 明朝"/>
          <w:color w:val="000000"/>
          <w:sz w:val="19"/>
          <w:lang w:val="ja-JP" w:eastAsia="ja-JP"/>
        </w:rPr>
        <w:t>。</w:t>
      </w:r>
    </w:p>
    <w:p w14:paraId="3A50720A" w14:textId="77777777" w:rsidR="00FB2F32" w:rsidRDefault="00FB2F32">
      <w:pPr>
        <w:widowControl w:val="0"/>
        <w:kinsoku w:val="0"/>
        <w:overflowPunct w:val="0"/>
        <w:autoSpaceDE w:val="0"/>
        <w:autoSpaceDN w:val="0"/>
        <w:snapToGrid w:val="0"/>
        <w:spacing w:line="20" w:lineRule="exact"/>
        <w:rPr>
          <w:lang w:eastAsia="ja-JP"/>
        </w:rPr>
        <w:sectPr w:rsidR="00FB2F32">
          <w:footerReference w:type="default" r:id="rId8"/>
          <w:pgSz w:w="11906" w:h="16838"/>
          <w:pgMar w:top="700" w:right="460" w:bottom="1100" w:left="1000" w:header="240" w:footer="800" w:gutter="0"/>
          <w:cols w:space="720"/>
          <w:docGrid w:linePitch="360"/>
        </w:sectPr>
      </w:pPr>
    </w:p>
    <w:p w14:paraId="3B33BDDA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993" w:line="211" w:lineRule="exact"/>
        <w:ind w:left="474"/>
        <w:rPr>
          <w:lang w:eastAsia="ja-JP"/>
        </w:rPr>
      </w:pP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lastRenderedPageBreak/>
        <w:t>（</w:t>
      </w:r>
      <w:r>
        <w:rPr>
          <w:rFonts w:eastAsia="ＭＳ 明朝" w:cs="ＭＳ 明朝"/>
          <w:color w:val="000000"/>
          <w:spacing w:val="26"/>
          <w:sz w:val="19"/>
          <w:lang w:val="ja-JP" w:eastAsia="ja-JP"/>
        </w:rPr>
        <w:t>様</w:t>
      </w:r>
      <w:r>
        <w:rPr>
          <w:rFonts w:eastAsia="ＭＳ 明朝" w:cs="ＭＳ 明朝"/>
          <w:color w:val="000000"/>
          <w:spacing w:val="29"/>
          <w:sz w:val="19"/>
          <w:lang w:val="ja-JP" w:eastAsia="ja-JP"/>
        </w:rPr>
        <w:t>式２</w:t>
      </w:r>
      <w:r>
        <w:rPr>
          <w:rFonts w:eastAsia="ＭＳ 明朝" w:cs="ＭＳ 明朝"/>
          <w:color w:val="000000"/>
          <w:sz w:val="19"/>
          <w:lang w:val="ja-JP" w:eastAsia="ja-JP"/>
        </w:rPr>
        <w:t>）</w:t>
      </w:r>
    </w:p>
    <w:p w14:paraId="4B073454" w14:textId="77777777" w:rsidR="00FB2F32" w:rsidRDefault="00000000">
      <w:pPr>
        <w:widowControl w:val="0"/>
        <w:tabs>
          <w:tab w:val="left" w:pos="4038"/>
          <w:tab w:val="left" w:pos="5154"/>
          <w:tab w:val="left" w:pos="6267"/>
          <w:tab w:val="left" w:pos="7383"/>
        </w:tabs>
        <w:kinsoku w:val="0"/>
        <w:overflowPunct w:val="0"/>
        <w:autoSpaceDE w:val="0"/>
        <w:autoSpaceDN w:val="0"/>
        <w:snapToGrid w:val="0"/>
        <w:spacing w:before="61" w:line="351" w:lineRule="exact"/>
        <w:ind w:left="2922"/>
        <w:rPr>
          <w:lang w:eastAsia="ja-JP"/>
        </w:rPr>
      </w:pPr>
      <w:r>
        <w:rPr>
          <w:rFonts w:eastAsia="ＭＳ 明朝" w:cs="ＭＳ 明朝"/>
          <w:color w:val="000000"/>
          <w:sz w:val="31"/>
          <w:lang w:val="ja-JP" w:eastAsia="ja-JP"/>
        </w:rPr>
        <w:t>計</w:t>
      </w:r>
      <w:r>
        <w:rPr>
          <w:rFonts w:eastAsia="ＭＳ 明朝" w:cs="ＭＳ 明朝"/>
          <w:color w:val="000000"/>
          <w:sz w:val="31"/>
          <w:lang w:val="ja-JP" w:eastAsia="ja-JP"/>
        </w:rPr>
        <w:tab/>
        <w:t>画</w:t>
      </w:r>
      <w:r>
        <w:rPr>
          <w:rFonts w:eastAsia="ＭＳ 明朝" w:cs="ＭＳ 明朝"/>
          <w:color w:val="000000"/>
          <w:sz w:val="31"/>
          <w:lang w:val="ja-JP" w:eastAsia="ja-JP"/>
        </w:rPr>
        <w:tab/>
        <w:t>説</w:t>
      </w:r>
      <w:r>
        <w:rPr>
          <w:rFonts w:eastAsia="ＭＳ 明朝" w:cs="ＭＳ 明朝"/>
          <w:color w:val="000000"/>
          <w:sz w:val="31"/>
          <w:lang w:val="ja-JP" w:eastAsia="ja-JP"/>
        </w:rPr>
        <w:tab/>
        <w:t>明</w:t>
      </w:r>
      <w:r>
        <w:rPr>
          <w:rFonts w:eastAsia="ＭＳ 明朝" w:cs="ＭＳ 明朝"/>
          <w:color w:val="000000"/>
          <w:sz w:val="31"/>
          <w:lang w:val="ja-JP" w:eastAsia="ja-JP"/>
        </w:rPr>
        <w:tab/>
        <w:t>書</w:t>
      </w:r>
    </w:p>
    <w:p w14:paraId="6E6F5613" w14:textId="77777777" w:rsidR="00FB2F32" w:rsidRDefault="00FB2F32">
      <w:pPr>
        <w:widowControl w:val="0"/>
        <w:kinsoku w:val="0"/>
        <w:overflowPunct w:val="0"/>
        <w:autoSpaceDE w:val="0"/>
        <w:autoSpaceDN w:val="0"/>
        <w:snapToGrid w:val="0"/>
        <w:spacing w:line="145" w:lineRule="exact"/>
        <w:rPr>
          <w:lang w:eastAsia="ja-JP"/>
        </w:rPr>
      </w:pPr>
    </w:p>
    <w:tbl>
      <w:tblPr>
        <w:tblW w:w="8798" w:type="dxa"/>
        <w:tblInd w:w="5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39"/>
        <w:gridCol w:w="1759"/>
        <w:gridCol w:w="1102"/>
        <w:gridCol w:w="878"/>
        <w:gridCol w:w="221"/>
        <w:gridCol w:w="1099"/>
        <w:gridCol w:w="878"/>
        <w:gridCol w:w="221"/>
        <w:gridCol w:w="1099"/>
        <w:gridCol w:w="1102"/>
      </w:tblGrid>
      <w:tr w:rsidR="00FB2F32" w14:paraId="5F8898F7" w14:textId="77777777">
        <w:trPr>
          <w:cantSplit/>
          <w:trHeight w:val="1065"/>
        </w:trPr>
        <w:tc>
          <w:tcPr>
            <w:tcW w:w="2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4615C2" w14:textId="77777777" w:rsidR="00FB2F32" w:rsidRDefault="00000000">
            <w:pPr>
              <w:widowControl w:val="0"/>
              <w:tabs>
                <w:tab w:val="left" w:pos="1868"/>
              </w:tabs>
              <w:kinsoku w:val="0"/>
              <w:overflowPunct w:val="0"/>
              <w:autoSpaceDE w:val="0"/>
              <w:autoSpaceDN w:val="0"/>
              <w:snapToGrid w:val="0"/>
              <w:spacing w:before="171" w:line="211" w:lineRule="exact"/>
              <w:ind w:left="1429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住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所</w:t>
            </w:r>
          </w:p>
          <w:p w14:paraId="5BBD7AE2" w14:textId="77777777" w:rsidR="00FB2F32" w:rsidRDefault="00000000">
            <w:pPr>
              <w:widowControl w:val="0"/>
              <w:tabs>
                <w:tab w:val="left" w:pos="548"/>
                <w:tab w:val="left" w:pos="988"/>
              </w:tabs>
              <w:kinsoku w:val="0"/>
              <w:overflowPunct w:val="0"/>
              <w:autoSpaceDE w:val="0"/>
              <w:autoSpaceDN w:val="0"/>
              <w:snapToGrid w:val="0"/>
              <w:spacing w:before="60" w:line="211" w:lineRule="exact"/>
              <w:ind w:left="109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設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計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者</w:t>
            </w:r>
          </w:p>
          <w:p w14:paraId="0F200DEA" w14:textId="77777777" w:rsidR="00FB2F32" w:rsidRDefault="00000000">
            <w:pPr>
              <w:widowControl w:val="0"/>
              <w:tabs>
                <w:tab w:val="left" w:pos="1868"/>
              </w:tabs>
              <w:kinsoku w:val="0"/>
              <w:overflowPunct w:val="0"/>
              <w:autoSpaceDE w:val="0"/>
              <w:autoSpaceDN w:val="0"/>
              <w:snapToGrid w:val="0"/>
              <w:spacing w:before="58" w:line="211" w:lineRule="exact"/>
              <w:ind w:left="1429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氏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名</w:t>
            </w:r>
          </w:p>
        </w:tc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BC28D5E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B6344D" w14:textId="77777777" w:rsidR="00FB2F32" w:rsidRDefault="00000000">
            <w:pPr>
              <w:widowControl w:val="0"/>
              <w:tabs>
                <w:tab w:val="left" w:pos="1868"/>
              </w:tabs>
              <w:kinsoku w:val="0"/>
              <w:overflowPunct w:val="0"/>
              <w:autoSpaceDE w:val="0"/>
              <w:autoSpaceDN w:val="0"/>
              <w:snapToGrid w:val="0"/>
              <w:spacing w:before="171" w:line="211" w:lineRule="exact"/>
              <w:ind w:left="1429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住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所</w:t>
            </w:r>
          </w:p>
          <w:p w14:paraId="5601500E" w14:textId="77777777" w:rsidR="00FB2F32" w:rsidRDefault="00000000">
            <w:pPr>
              <w:widowControl w:val="0"/>
              <w:tabs>
                <w:tab w:val="left" w:pos="548"/>
                <w:tab w:val="left" w:pos="988"/>
              </w:tabs>
              <w:kinsoku w:val="0"/>
              <w:overflowPunct w:val="0"/>
              <w:autoSpaceDE w:val="0"/>
              <w:autoSpaceDN w:val="0"/>
              <w:snapToGrid w:val="0"/>
              <w:spacing w:before="60" w:line="211" w:lineRule="exact"/>
              <w:ind w:left="109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申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請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者</w:t>
            </w:r>
          </w:p>
          <w:p w14:paraId="0B68FA03" w14:textId="77777777" w:rsidR="00FB2F32" w:rsidRDefault="00000000">
            <w:pPr>
              <w:widowControl w:val="0"/>
              <w:tabs>
                <w:tab w:val="left" w:pos="1868"/>
              </w:tabs>
              <w:kinsoku w:val="0"/>
              <w:overflowPunct w:val="0"/>
              <w:autoSpaceDE w:val="0"/>
              <w:autoSpaceDN w:val="0"/>
              <w:snapToGrid w:val="0"/>
              <w:spacing w:before="58" w:line="211" w:lineRule="exact"/>
              <w:ind w:left="1429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氏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名</w:t>
            </w:r>
          </w:p>
        </w:tc>
        <w:tc>
          <w:tcPr>
            <w:tcW w:w="24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54BFF29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0E469C8D" w14:textId="77777777">
        <w:trPr>
          <w:cantSplit/>
          <w:trHeight w:val="527"/>
        </w:trPr>
        <w:tc>
          <w:tcPr>
            <w:tcW w:w="2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6612A1A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73" w:line="211" w:lineRule="exact"/>
              <w:ind w:left="109"/>
            </w:pPr>
            <w:r>
              <w:rPr>
                <w:rFonts w:eastAsia="ＭＳ 明朝" w:cs="ＭＳ 明朝"/>
                <w:color w:val="000000"/>
                <w:spacing w:val="26"/>
                <w:sz w:val="19"/>
                <w:lang w:val="ja-JP" w:eastAsia="ja-JP"/>
              </w:rPr>
              <w:t>開</w:t>
            </w:r>
            <w:r>
              <w:rPr>
                <w:rFonts w:eastAsia="ＭＳ 明朝" w:cs="ＭＳ 明朝"/>
                <w:color w:val="000000"/>
                <w:spacing w:val="29"/>
                <w:sz w:val="19"/>
                <w:lang w:val="ja-JP" w:eastAsia="ja-JP"/>
              </w:rPr>
              <w:t>発対</w:t>
            </w:r>
            <w:r>
              <w:rPr>
                <w:rFonts w:eastAsia="ＭＳ 明朝" w:cs="ＭＳ 明朝"/>
                <w:color w:val="000000"/>
                <w:spacing w:val="26"/>
                <w:sz w:val="19"/>
                <w:lang w:val="ja-JP" w:eastAsia="ja-JP"/>
              </w:rPr>
              <w:t>象</w:t>
            </w:r>
            <w:r>
              <w:rPr>
                <w:rFonts w:eastAsia="ＭＳ 明朝" w:cs="ＭＳ 明朝"/>
                <w:color w:val="000000"/>
                <w:spacing w:val="29"/>
                <w:sz w:val="19"/>
                <w:lang w:val="ja-JP" w:eastAsia="ja-JP"/>
              </w:rPr>
              <w:t>区域</w:t>
            </w:r>
            <w:r>
              <w:rPr>
                <w:rFonts w:eastAsia="ＭＳ 明朝" w:cs="ＭＳ 明朝"/>
                <w:color w:val="000000"/>
                <w:spacing w:val="26"/>
                <w:sz w:val="19"/>
                <w:lang w:val="ja-JP" w:eastAsia="ja-JP"/>
              </w:rPr>
              <w:t>の</w:t>
            </w:r>
            <w:r>
              <w:rPr>
                <w:rFonts w:eastAsia="ＭＳ 明朝" w:cs="ＭＳ 明朝"/>
                <w:color w:val="000000"/>
                <w:spacing w:val="29"/>
                <w:sz w:val="19"/>
                <w:lang w:val="ja-JP" w:eastAsia="ja-JP"/>
              </w:rPr>
              <w:t>場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所</w:t>
            </w:r>
          </w:p>
        </w:tc>
        <w:tc>
          <w:tcPr>
            <w:tcW w:w="6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898F047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5393FD67" w14:textId="77777777">
        <w:trPr>
          <w:cantSplit/>
          <w:trHeight w:val="527"/>
        </w:trPr>
        <w:tc>
          <w:tcPr>
            <w:tcW w:w="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F08F02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73" w:line="211" w:lineRule="exact"/>
              <w:ind w:left="109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計</w:t>
            </w:r>
          </w:p>
          <w:p w14:paraId="38AB2C00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58" w:line="211" w:lineRule="exact"/>
              <w:ind w:left="109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画</w:t>
            </w:r>
          </w:p>
          <w:p w14:paraId="19C3C189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60" w:line="211" w:lineRule="exact"/>
              <w:ind w:left="109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の</w:t>
            </w:r>
          </w:p>
          <w:p w14:paraId="05E46DD4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58" w:line="211" w:lineRule="exact"/>
              <w:ind w:left="109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方</w:t>
            </w:r>
          </w:p>
          <w:p w14:paraId="27561551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60" w:line="211" w:lineRule="exact"/>
              <w:ind w:left="109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針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7C79DA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73" w:line="211" w:lineRule="exact"/>
              <w:ind w:left="109"/>
            </w:pPr>
            <w:r>
              <w:rPr>
                <w:rFonts w:eastAsia="ＭＳ 明朝" w:cs="ＭＳ 明朝"/>
                <w:color w:val="000000"/>
                <w:spacing w:val="84"/>
                <w:w w:val="50"/>
                <w:sz w:val="19"/>
                <w:lang w:val="ja-JP" w:eastAsia="ja-JP"/>
              </w:rPr>
              <w:t>目</w:t>
            </w:r>
            <w:r>
              <w:rPr>
                <w:rFonts w:eastAsia="ＭＳ 明朝" w:cs="ＭＳ 明朝"/>
                <w:color w:val="000000"/>
                <w:spacing w:val="82"/>
                <w:w w:val="50"/>
                <w:sz w:val="19"/>
                <w:lang w:val="ja-JP" w:eastAsia="ja-JP"/>
              </w:rPr>
              <w:t>的</w:t>
            </w:r>
            <w:r>
              <w:rPr>
                <w:rFonts w:eastAsia="ＭＳ 明朝" w:cs="ＭＳ 明朝"/>
                <w:color w:val="000000"/>
                <w:spacing w:val="84"/>
                <w:w w:val="50"/>
                <w:sz w:val="19"/>
                <w:lang w:val="ja-JP" w:eastAsia="ja-JP"/>
              </w:rPr>
              <w:t>及</w:t>
            </w:r>
            <w:r>
              <w:rPr>
                <w:rFonts w:eastAsia="ＭＳ 明朝" w:cs="ＭＳ 明朝"/>
                <w:color w:val="000000"/>
                <w:spacing w:val="82"/>
                <w:w w:val="50"/>
                <w:sz w:val="19"/>
                <w:lang w:val="ja-JP" w:eastAsia="ja-JP"/>
              </w:rPr>
              <w:t>び</w:t>
            </w:r>
            <w:r>
              <w:rPr>
                <w:rFonts w:eastAsia="ＭＳ 明朝" w:cs="ＭＳ 明朝"/>
                <w:color w:val="000000"/>
                <w:spacing w:val="84"/>
                <w:w w:val="50"/>
                <w:sz w:val="19"/>
                <w:lang w:val="ja-JP" w:eastAsia="ja-JP"/>
              </w:rPr>
              <w:t>施</w:t>
            </w:r>
            <w:r>
              <w:rPr>
                <w:rFonts w:eastAsia="ＭＳ 明朝" w:cs="ＭＳ 明朝"/>
                <w:color w:val="000000"/>
                <w:spacing w:val="82"/>
                <w:w w:val="50"/>
                <w:sz w:val="19"/>
                <w:lang w:val="ja-JP" w:eastAsia="ja-JP"/>
              </w:rPr>
              <w:t>設の</w:t>
            </w:r>
            <w:r>
              <w:rPr>
                <w:rFonts w:eastAsia="ＭＳ 明朝" w:cs="ＭＳ 明朝"/>
                <w:color w:val="000000"/>
                <w:spacing w:val="84"/>
                <w:w w:val="50"/>
                <w:sz w:val="19"/>
                <w:lang w:val="ja-JP" w:eastAsia="ja-JP"/>
              </w:rPr>
              <w:t>名</w:t>
            </w:r>
            <w:r>
              <w:rPr>
                <w:rFonts w:eastAsia="ＭＳ 明朝" w:cs="ＭＳ 明朝"/>
                <w:color w:val="000000"/>
                <w:w w:val="50"/>
                <w:sz w:val="19"/>
                <w:lang w:val="ja-JP" w:eastAsia="ja-JP"/>
              </w:rPr>
              <w:t>称</w:t>
            </w:r>
          </w:p>
        </w:tc>
        <w:tc>
          <w:tcPr>
            <w:tcW w:w="6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E5B673A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0487D1B2" w14:textId="77777777">
        <w:trPr>
          <w:cantSplit/>
          <w:trHeight w:val="1067"/>
        </w:trPr>
        <w:tc>
          <w:tcPr>
            <w:tcW w:w="43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D3062" w14:textId="77777777" w:rsidR="00FB2F32" w:rsidRDefault="00FB2F32"/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E602E2" w14:textId="77777777" w:rsidR="00FB2F32" w:rsidRDefault="00000000">
            <w:pPr>
              <w:widowControl w:val="0"/>
              <w:tabs>
                <w:tab w:val="left" w:pos="548"/>
                <w:tab w:val="left" w:pos="990"/>
                <w:tab w:val="left" w:pos="1429"/>
              </w:tabs>
              <w:kinsoku w:val="0"/>
              <w:overflowPunct w:val="0"/>
              <w:autoSpaceDE w:val="0"/>
              <w:autoSpaceDN w:val="0"/>
              <w:snapToGrid w:val="0"/>
              <w:spacing w:before="442" w:line="211" w:lineRule="exact"/>
              <w:ind w:left="109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基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本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方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針</w:t>
            </w:r>
          </w:p>
        </w:tc>
        <w:tc>
          <w:tcPr>
            <w:tcW w:w="6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5096580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0CEC2865" w14:textId="77777777">
        <w:trPr>
          <w:cantSplit/>
          <w:trHeight w:val="527"/>
        </w:trPr>
        <w:tc>
          <w:tcPr>
            <w:tcW w:w="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84463F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73" w:line="211" w:lineRule="exact"/>
              <w:ind w:left="109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開</w:t>
            </w:r>
          </w:p>
          <w:p w14:paraId="1287BBA7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58" w:line="211" w:lineRule="exact"/>
              <w:ind w:left="109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発</w:t>
            </w:r>
          </w:p>
          <w:p w14:paraId="7C36A432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60" w:line="211" w:lineRule="exact"/>
              <w:ind w:left="109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対</w:t>
            </w:r>
          </w:p>
          <w:p w14:paraId="57460AA6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58" w:line="211" w:lineRule="exact"/>
              <w:ind w:left="109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象</w:t>
            </w:r>
          </w:p>
          <w:p w14:paraId="35135F24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58" w:line="211" w:lineRule="exact"/>
              <w:ind w:left="109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区</w:t>
            </w:r>
          </w:p>
          <w:p w14:paraId="4335C3F1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60" w:line="211" w:lineRule="exact"/>
              <w:ind w:left="109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域</w:t>
            </w:r>
          </w:p>
          <w:p w14:paraId="00AAC28E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58" w:line="211" w:lineRule="exact"/>
              <w:ind w:left="109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の</w:t>
            </w:r>
          </w:p>
          <w:p w14:paraId="31F6786F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60" w:line="211" w:lineRule="exact"/>
              <w:ind w:left="109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現</w:t>
            </w:r>
          </w:p>
          <w:p w14:paraId="577712AA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58" w:line="211" w:lineRule="exact"/>
              <w:ind w:left="109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況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13EF05" w14:textId="77777777" w:rsidR="00FB2F32" w:rsidRDefault="00000000">
            <w:pPr>
              <w:widowControl w:val="0"/>
              <w:tabs>
                <w:tab w:val="left" w:pos="548"/>
                <w:tab w:val="left" w:pos="990"/>
                <w:tab w:val="left" w:pos="1429"/>
              </w:tabs>
              <w:kinsoku w:val="0"/>
              <w:overflowPunct w:val="0"/>
              <w:autoSpaceDE w:val="0"/>
              <w:autoSpaceDN w:val="0"/>
              <w:snapToGrid w:val="0"/>
              <w:spacing w:before="173" w:line="211" w:lineRule="exact"/>
              <w:ind w:left="109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地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類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区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分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C55A26" w14:textId="77777777" w:rsidR="00FB2F32" w:rsidRDefault="00000000">
            <w:pPr>
              <w:widowControl w:val="0"/>
              <w:tabs>
                <w:tab w:val="left" w:pos="659"/>
              </w:tabs>
              <w:kinsoku w:val="0"/>
              <w:overflowPunct w:val="0"/>
              <w:autoSpaceDE w:val="0"/>
              <w:autoSpaceDN w:val="0"/>
              <w:snapToGrid w:val="0"/>
              <w:spacing w:before="173" w:line="211" w:lineRule="exact"/>
              <w:ind w:left="220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山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林</w:t>
            </w:r>
          </w:p>
        </w:tc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203AA6" w14:textId="77777777" w:rsidR="00FB2F32" w:rsidRDefault="00000000">
            <w:pPr>
              <w:widowControl w:val="0"/>
              <w:tabs>
                <w:tab w:val="left" w:pos="659"/>
              </w:tabs>
              <w:kinsoku w:val="0"/>
              <w:overflowPunct w:val="0"/>
              <w:autoSpaceDE w:val="0"/>
              <w:autoSpaceDN w:val="0"/>
              <w:snapToGrid w:val="0"/>
              <w:spacing w:before="173" w:line="211" w:lineRule="exact"/>
              <w:ind w:left="217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農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地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76B9C8" w14:textId="77777777" w:rsidR="00FB2F32" w:rsidRDefault="00000000">
            <w:pPr>
              <w:widowControl w:val="0"/>
              <w:tabs>
                <w:tab w:val="left" w:pos="659"/>
              </w:tabs>
              <w:kinsoku w:val="0"/>
              <w:overflowPunct w:val="0"/>
              <w:autoSpaceDE w:val="0"/>
              <w:autoSpaceDN w:val="0"/>
              <w:snapToGrid w:val="0"/>
              <w:spacing w:before="173" w:line="211" w:lineRule="exact"/>
              <w:ind w:left="217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宅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地</w:t>
            </w:r>
          </w:p>
        </w:tc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C238CD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73" w:line="211" w:lineRule="exact"/>
              <w:ind w:left="220"/>
            </w:pPr>
            <w:r>
              <w:rPr>
                <w:rFonts w:eastAsia="ＭＳ 明朝" w:cs="ＭＳ 明朝"/>
                <w:color w:val="000000"/>
                <w:spacing w:val="26"/>
                <w:sz w:val="19"/>
                <w:lang w:val="ja-JP" w:eastAsia="ja-JP"/>
              </w:rPr>
              <w:t>官</w:t>
            </w:r>
            <w:r>
              <w:rPr>
                <w:rFonts w:eastAsia="ＭＳ 明朝" w:cs="ＭＳ 明朝"/>
                <w:color w:val="000000"/>
                <w:spacing w:val="29"/>
                <w:sz w:val="19"/>
                <w:lang w:val="ja-JP" w:eastAsia="ja-JP"/>
              </w:rPr>
              <w:t>有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地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09CFCA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73" w:line="211" w:lineRule="exact"/>
              <w:ind w:left="220"/>
            </w:pPr>
            <w:r>
              <w:rPr>
                <w:rFonts w:eastAsia="ＭＳ 明朝" w:cs="ＭＳ 明朝"/>
                <w:color w:val="000000"/>
                <w:spacing w:val="26"/>
                <w:sz w:val="19"/>
                <w:lang w:val="ja-JP" w:eastAsia="ja-JP"/>
              </w:rPr>
              <w:t>そ</w:t>
            </w:r>
            <w:r>
              <w:rPr>
                <w:rFonts w:eastAsia="ＭＳ 明朝" w:cs="ＭＳ 明朝"/>
                <w:color w:val="000000"/>
                <w:spacing w:val="29"/>
                <w:sz w:val="19"/>
                <w:lang w:val="ja-JP" w:eastAsia="ja-JP"/>
              </w:rPr>
              <w:t>の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他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753E84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73" w:line="211" w:lineRule="exact"/>
              <w:ind w:left="440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計</w:t>
            </w:r>
          </w:p>
        </w:tc>
      </w:tr>
      <w:tr w:rsidR="00FB2F32" w14:paraId="0D819DA0" w14:textId="77777777">
        <w:trPr>
          <w:cantSplit/>
          <w:trHeight w:val="527"/>
        </w:trPr>
        <w:tc>
          <w:tcPr>
            <w:tcW w:w="43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AD66762" w14:textId="77777777" w:rsidR="00FB2F32" w:rsidRDefault="00FB2F32"/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48F962" w14:textId="77777777" w:rsidR="00FB2F32" w:rsidRDefault="00000000">
            <w:pPr>
              <w:widowControl w:val="0"/>
              <w:tabs>
                <w:tab w:val="left" w:pos="990"/>
              </w:tabs>
              <w:kinsoku w:val="0"/>
              <w:overflowPunct w:val="0"/>
              <w:autoSpaceDE w:val="0"/>
              <w:autoSpaceDN w:val="0"/>
              <w:snapToGrid w:val="0"/>
              <w:spacing w:before="173" w:line="211" w:lineRule="exact"/>
              <w:ind w:left="109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面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</w:r>
            <w:r>
              <w:rPr>
                <w:rFonts w:eastAsia="ＭＳ 明朝" w:cs="ＭＳ 明朝"/>
                <w:color w:val="000000"/>
                <w:spacing w:val="26"/>
                <w:sz w:val="19"/>
                <w:lang w:val="ja-JP" w:eastAsia="ja-JP"/>
              </w:rPr>
              <w:t>積</w:t>
            </w:r>
            <w:r>
              <w:rPr>
                <w:rFonts w:eastAsia="ＭＳ 明朝" w:cs="ＭＳ 明朝"/>
                <w:color w:val="000000"/>
                <w:spacing w:val="14"/>
                <w:sz w:val="19"/>
                <w:lang w:val="ja-JP" w:eastAsia="ja-JP"/>
              </w:rPr>
              <w:t>(ha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0941C31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D0A3361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B61F732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854E7C6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C4C49A9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5B28ABF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3DA9F694" w14:textId="77777777">
        <w:trPr>
          <w:cantSplit/>
          <w:trHeight w:val="527"/>
        </w:trPr>
        <w:tc>
          <w:tcPr>
            <w:tcW w:w="43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088CD9B" w14:textId="77777777" w:rsidR="00FB2F32" w:rsidRDefault="00FB2F32"/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447BEA" w14:textId="77777777" w:rsidR="00FB2F32" w:rsidRDefault="00000000">
            <w:pPr>
              <w:widowControl w:val="0"/>
              <w:tabs>
                <w:tab w:val="left" w:pos="990"/>
              </w:tabs>
              <w:kinsoku w:val="0"/>
              <w:overflowPunct w:val="0"/>
              <w:autoSpaceDE w:val="0"/>
              <w:autoSpaceDN w:val="0"/>
              <w:snapToGrid w:val="0"/>
              <w:spacing w:before="171" w:line="211" w:lineRule="exact"/>
              <w:ind w:left="109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比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</w:r>
            <w:r>
              <w:rPr>
                <w:rFonts w:eastAsia="ＭＳ 明朝" w:cs="ＭＳ 明朝"/>
                <w:color w:val="000000"/>
                <w:spacing w:val="26"/>
                <w:sz w:val="19"/>
                <w:lang w:val="ja-JP" w:eastAsia="ja-JP"/>
              </w:rPr>
              <w:t>率</w:t>
            </w:r>
            <w:r>
              <w:rPr>
                <w:rFonts w:eastAsia="ＭＳ 明朝" w:cs="ＭＳ 明朝"/>
                <w:color w:val="000000"/>
                <w:spacing w:val="14"/>
                <w:sz w:val="19"/>
                <w:lang w:val="ja-JP" w:eastAsia="ja-JP"/>
              </w:rPr>
              <w:t>(</w:t>
            </w:r>
            <w:r>
              <w:rPr>
                <w:rFonts w:eastAsia="ＭＳ 明朝" w:cs="ＭＳ 明朝"/>
                <w:color w:val="000000"/>
                <w:spacing w:val="29"/>
                <w:sz w:val="19"/>
                <w:lang w:val="ja-JP" w:eastAsia="ja-JP"/>
              </w:rPr>
              <w:t>％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D529A38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4F34ADC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48B9EC8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B5735BA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BB4D698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995DA2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71" w:line="211" w:lineRule="exact"/>
              <w:ind w:left="440"/>
            </w:pPr>
            <w:r>
              <w:rPr>
                <w:rFonts w:eastAsia="ＭＳ 明朝" w:cs="ＭＳ 明朝"/>
                <w:color w:val="000000"/>
                <w:spacing w:val="14"/>
                <w:sz w:val="19"/>
                <w:lang w:val="ja-JP" w:eastAsia="ja-JP"/>
              </w:rPr>
              <w:t>1</w:t>
            </w:r>
            <w:r>
              <w:rPr>
                <w:rFonts w:eastAsia="ＭＳ 明朝" w:cs="ＭＳ 明朝"/>
                <w:color w:val="000000"/>
                <w:spacing w:val="12"/>
                <w:sz w:val="19"/>
                <w:lang w:val="ja-JP" w:eastAsia="ja-JP"/>
              </w:rPr>
              <w:t>0</w:t>
            </w:r>
            <w:r>
              <w:rPr>
                <w:rFonts w:eastAsia="ＭＳ 明朝" w:cs="ＭＳ 明朝"/>
                <w:color w:val="000000"/>
                <w:spacing w:val="14"/>
                <w:sz w:val="19"/>
                <w:lang w:val="ja-JP" w:eastAsia="ja-JP"/>
              </w:rPr>
              <w:t>0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％</w:t>
            </w:r>
          </w:p>
        </w:tc>
      </w:tr>
      <w:tr w:rsidR="00FB2F32" w14:paraId="6FC302AB" w14:textId="77777777">
        <w:trPr>
          <w:cantSplit/>
          <w:trHeight w:val="1065"/>
        </w:trPr>
        <w:tc>
          <w:tcPr>
            <w:tcW w:w="43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566BB" w14:textId="77777777" w:rsidR="00FB2F32" w:rsidRDefault="00FB2F32"/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22DB0B" w14:textId="77777777" w:rsidR="00FB2F32" w:rsidRDefault="00000000">
            <w:pPr>
              <w:widowControl w:val="0"/>
              <w:tabs>
                <w:tab w:val="left" w:pos="440"/>
                <w:tab w:val="left" w:pos="769"/>
                <w:tab w:val="left" w:pos="1100"/>
                <w:tab w:val="left" w:pos="1429"/>
              </w:tabs>
              <w:kinsoku w:val="0"/>
              <w:overflowPunct w:val="0"/>
              <w:autoSpaceDE w:val="0"/>
              <w:autoSpaceDN w:val="0"/>
              <w:snapToGrid w:val="0"/>
              <w:spacing w:before="442" w:line="211" w:lineRule="exact"/>
              <w:ind w:left="109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地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況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・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林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況</w:t>
            </w:r>
          </w:p>
        </w:tc>
        <w:tc>
          <w:tcPr>
            <w:tcW w:w="6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939F6EE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644D24E6" w14:textId="77777777">
        <w:trPr>
          <w:cantSplit/>
          <w:trHeight w:val="527"/>
        </w:trPr>
        <w:tc>
          <w:tcPr>
            <w:tcW w:w="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4A3DC7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444" w:line="211" w:lineRule="exact"/>
              <w:ind w:left="109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土</w:t>
            </w:r>
          </w:p>
          <w:p w14:paraId="6630C53F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58" w:line="211" w:lineRule="exact"/>
              <w:ind w:left="109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地</w:t>
            </w:r>
          </w:p>
          <w:p w14:paraId="780BE670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58" w:line="211" w:lineRule="exact"/>
              <w:ind w:left="109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の</w:t>
            </w:r>
          </w:p>
          <w:p w14:paraId="7B944DBF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60" w:line="211" w:lineRule="exact"/>
              <w:ind w:left="109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利</w:t>
            </w:r>
          </w:p>
          <w:p w14:paraId="03778A5B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58" w:line="211" w:lineRule="exact"/>
              <w:ind w:left="109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用</w:t>
            </w:r>
          </w:p>
          <w:p w14:paraId="1C03832D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60" w:line="211" w:lineRule="exact"/>
              <w:ind w:left="109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計</w:t>
            </w:r>
          </w:p>
          <w:p w14:paraId="4DCC1F14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58" w:line="211" w:lineRule="exact"/>
              <w:ind w:left="109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画</w:t>
            </w:r>
          </w:p>
        </w:tc>
        <w:tc>
          <w:tcPr>
            <w:tcW w:w="17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D111EB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73" w:line="211" w:lineRule="exact"/>
              <w:ind w:left="548"/>
            </w:pPr>
            <w:r>
              <w:rPr>
                <w:rFonts w:eastAsia="ＭＳ 明朝" w:cs="ＭＳ 明朝"/>
                <w:color w:val="000000"/>
                <w:spacing w:val="29"/>
                <w:sz w:val="19"/>
                <w:lang w:val="ja-JP" w:eastAsia="ja-JP"/>
              </w:rPr>
              <w:t>地類</w:t>
            </w:r>
            <w:r>
              <w:rPr>
                <w:rFonts w:eastAsia="ＭＳ 明朝" w:cs="ＭＳ 明朝"/>
                <w:color w:val="000000"/>
                <w:spacing w:val="26"/>
                <w:sz w:val="19"/>
                <w:lang w:val="ja-JP" w:eastAsia="ja-JP"/>
              </w:rPr>
              <w:t>別</w:t>
            </w:r>
            <w:r>
              <w:rPr>
                <w:rFonts w:eastAsia="ＭＳ 明朝" w:cs="ＭＳ 明朝"/>
                <w:color w:val="000000"/>
                <w:spacing w:val="29"/>
                <w:sz w:val="19"/>
                <w:lang w:val="ja-JP" w:eastAsia="ja-JP"/>
              </w:rPr>
              <w:t>区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分</w:t>
            </w:r>
          </w:p>
          <w:p w14:paraId="31A91B12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869" w:line="211" w:lineRule="exact"/>
              <w:ind w:left="109"/>
            </w:pPr>
            <w:r>
              <w:rPr>
                <w:rFonts w:eastAsia="ＭＳ 明朝" w:cs="ＭＳ 明朝"/>
                <w:color w:val="000000"/>
                <w:spacing w:val="29"/>
                <w:sz w:val="19"/>
                <w:lang w:val="ja-JP" w:eastAsia="ja-JP"/>
              </w:rPr>
              <w:t>用</w:t>
            </w:r>
            <w:r>
              <w:rPr>
                <w:rFonts w:eastAsia="ＭＳ 明朝" w:cs="ＭＳ 明朝"/>
                <w:color w:val="000000"/>
                <w:spacing w:val="26"/>
                <w:sz w:val="19"/>
                <w:lang w:val="ja-JP" w:eastAsia="ja-JP"/>
              </w:rPr>
              <w:t>途</w:t>
            </w:r>
            <w:r>
              <w:rPr>
                <w:rFonts w:eastAsia="ＭＳ 明朝" w:cs="ＭＳ 明朝"/>
                <w:color w:val="000000"/>
                <w:spacing w:val="29"/>
                <w:sz w:val="19"/>
                <w:lang w:val="ja-JP" w:eastAsia="ja-JP"/>
              </w:rPr>
              <w:t>区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分</w:t>
            </w:r>
          </w:p>
        </w:tc>
        <w:tc>
          <w:tcPr>
            <w:tcW w:w="43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804BF1" w14:textId="77777777" w:rsidR="00FB2F32" w:rsidRDefault="00000000">
            <w:pPr>
              <w:widowControl w:val="0"/>
              <w:tabs>
                <w:tab w:val="left" w:pos="3299"/>
              </w:tabs>
              <w:kinsoku w:val="0"/>
              <w:overflowPunct w:val="0"/>
              <w:autoSpaceDE w:val="0"/>
              <w:autoSpaceDN w:val="0"/>
              <w:snapToGrid w:val="0"/>
              <w:spacing w:before="173" w:line="211" w:lineRule="exact"/>
              <w:ind w:left="769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山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林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EE448D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73" w:line="211" w:lineRule="exact"/>
              <w:ind w:left="220"/>
              <w:rPr>
                <w:lang w:eastAsia="ja-JP"/>
              </w:rPr>
            </w:pPr>
            <w:r>
              <w:rPr>
                <w:rFonts w:eastAsia="ＭＳ 明朝" w:cs="ＭＳ 明朝"/>
                <w:color w:val="000000"/>
                <w:spacing w:val="26"/>
                <w:sz w:val="19"/>
                <w:lang w:val="ja-JP" w:eastAsia="ja-JP"/>
              </w:rPr>
              <w:t>そ</w:t>
            </w:r>
            <w:r>
              <w:rPr>
                <w:rFonts w:eastAsia="ＭＳ 明朝" w:cs="ＭＳ 明朝"/>
                <w:color w:val="000000"/>
                <w:spacing w:val="29"/>
                <w:sz w:val="19"/>
                <w:lang w:val="ja-JP" w:eastAsia="ja-JP"/>
              </w:rPr>
              <w:t>の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他</w:t>
            </w:r>
          </w:p>
          <w:p w14:paraId="4AC8B38F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329" w:line="211" w:lineRule="exact"/>
              <w:ind w:left="109"/>
              <w:rPr>
                <w:lang w:eastAsia="ja-JP"/>
              </w:rPr>
            </w:pPr>
            <w:r>
              <w:rPr>
                <w:rFonts w:eastAsia="ＭＳ 明朝" w:cs="ＭＳ 明朝"/>
                <w:color w:val="000000"/>
                <w:spacing w:val="14"/>
                <w:sz w:val="19"/>
                <w:lang w:val="ja-JP" w:eastAsia="ja-JP"/>
              </w:rPr>
              <w:t>(</w:t>
            </w:r>
            <w:r>
              <w:rPr>
                <w:rFonts w:eastAsia="ＭＳ 明朝" w:cs="ＭＳ 明朝"/>
                <w:color w:val="000000"/>
                <w:spacing w:val="14"/>
                <w:w w:val="50"/>
                <w:sz w:val="19"/>
                <w:lang w:val="ja-JP" w:eastAsia="ja-JP"/>
              </w:rPr>
              <w:t>農</w:t>
            </w:r>
            <w:r>
              <w:rPr>
                <w:rFonts w:eastAsia="ＭＳ 明朝" w:cs="ＭＳ 明朝"/>
                <w:color w:val="000000"/>
                <w:spacing w:val="12"/>
                <w:w w:val="50"/>
                <w:sz w:val="19"/>
                <w:lang w:val="ja-JP" w:eastAsia="ja-JP"/>
              </w:rPr>
              <w:t>地</w:t>
            </w:r>
            <w:r>
              <w:rPr>
                <w:rFonts w:eastAsia="ＭＳ 明朝" w:cs="ＭＳ 明朝"/>
                <w:color w:val="000000"/>
                <w:spacing w:val="14"/>
                <w:sz w:val="19"/>
                <w:lang w:val="ja-JP" w:eastAsia="ja-JP"/>
              </w:rPr>
              <w:t>･</w:t>
            </w:r>
            <w:r>
              <w:rPr>
                <w:rFonts w:eastAsia="ＭＳ 明朝" w:cs="ＭＳ 明朝"/>
                <w:color w:val="000000"/>
                <w:spacing w:val="14"/>
                <w:w w:val="50"/>
                <w:sz w:val="19"/>
                <w:lang w:val="ja-JP" w:eastAsia="ja-JP"/>
              </w:rPr>
              <w:t>宅地等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)</w:t>
            </w:r>
          </w:p>
          <w:p w14:paraId="109D42BA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329" w:line="211" w:lineRule="exact"/>
              <w:ind w:left="330"/>
              <w:rPr>
                <w:lang w:eastAsia="ja-JP"/>
              </w:rPr>
            </w:pPr>
            <w:r>
              <w:rPr>
                <w:rFonts w:eastAsia="ＭＳ 明朝" w:cs="ＭＳ 明朝"/>
                <w:color w:val="000000"/>
                <w:spacing w:val="12"/>
                <w:sz w:val="19"/>
                <w:lang w:val="ja-JP" w:eastAsia="ja-JP"/>
              </w:rPr>
              <w:t>(</w:t>
            </w:r>
            <w:r>
              <w:rPr>
                <w:rFonts w:eastAsia="ＭＳ 明朝" w:cs="ＭＳ 明朝"/>
                <w:color w:val="000000"/>
                <w:spacing w:val="14"/>
                <w:sz w:val="19"/>
                <w:lang w:val="ja-JP" w:eastAsia="ja-JP"/>
              </w:rPr>
              <w:t>D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)</w:t>
            </w:r>
          </w:p>
        </w:tc>
        <w:tc>
          <w:tcPr>
            <w:tcW w:w="1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15A1DF" w14:textId="77777777" w:rsidR="00FB2F32" w:rsidRDefault="00000000">
            <w:pPr>
              <w:widowControl w:val="0"/>
              <w:tabs>
                <w:tab w:val="left" w:pos="659"/>
              </w:tabs>
              <w:kinsoku w:val="0"/>
              <w:overflowPunct w:val="0"/>
              <w:autoSpaceDE w:val="0"/>
              <w:autoSpaceDN w:val="0"/>
              <w:snapToGrid w:val="0"/>
              <w:spacing w:before="173" w:line="211" w:lineRule="exact"/>
              <w:ind w:left="220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合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計</w:t>
            </w:r>
          </w:p>
          <w:p w14:paraId="64EFF314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869" w:line="211" w:lineRule="exact"/>
              <w:ind w:left="109"/>
            </w:pPr>
            <w:r>
              <w:rPr>
                <w:rFonts w:eastAsia="ＭＳ 明朝" w:cs="ＭＳ 明朝"/>
                <w:color w:val="000000"/>
                <w:spacing w:val="14"/>
                <w:sz w:val="19"/>
                <w:lang w:val="ja-JP" w:eastAsia="ja-JP"/>
              </w:rPr>
              <w:t>(C)+</w:t>
            </w:r>
            <w:r>
              <w:rPr>
                <w:rFonts w:eastAsia="ＭＳ 明朝" w:cs="ＭＳ 明朝"/>
                <w:color w:val="000000"/>
                <w:spacing w:val="12"/>
                <w:sz w:val="19"/>
                <w:lang w:val="ja-JP" w:eastAsia="ja-JP"/>
              </w:rPr>
              <w:t>(</w:t>
            </w:r>
            <w:r>
              <w:rPr>
                <w:rFonts w:eastAsia="ＭＳ 明朝" w:cs="ＭＳ 明朝"/>
                <w:color w:val="000000"/>
                <w:spacing w:val="14"/>
                <w:sz w:val="19"/>
                <w:lang w:val="ja-JP" w:eastAsia="ja-JP"/>
              </w:rPr>
              <w:t>D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)</w:t>
            </w:r>
          </w:p>
        </w:tc>
      </w:tr>
      <w:tr w:rsidR="00FB2F32" w14:paraId="4A88025B" w14:textId="77777777">
        <w:trPr>
          <w:cantSplit/>
          <w:trHeight w:val="527"/>
        </w:trPr>
        <w:tc>
          <w:tcPr>
            <w:tcW w:w="43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E8D7533" w14:textId="77777777" w:rsidR="00FB2F32" w:rsidRDefault="00FB2F32"/>
        </w:tc>
        <w:tc>
          <w:tcPr>
            <w:tcW w:w="175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3D62A14" w14:textId="77777777" w:rsidR="00FB2F32" w:rsidRDefault="00FB2F32"/>
        </w:tc>
        <w:tc>
          <w:tcPr>
            <w:tcW w:w="1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19012F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73" w:line="211" w:lineRule="exact"/>
              <w:ind w:left="109"/>
            </w:pPr>
            <w:r>
              <w:rPr>
                <w:rFonts w:eastAsia="ＭＳ 明朝" w:cs="ＭＳ 明朝"/>
                <w:color w:val="000000"/>
                <w:spacing w:val="29"/>
                <w:sz w:val="19"/>
                <w:lang w:val="ja-JP" w:eastAsia="ja-JP"/>
              </w:rPr>
              <w:t>開</w:t>
            </w:r>
            <w:r>
              <w:rPr>
                <w:rFonts w:eastAsia="ＭＳ 明朝" w:cs="ＭＳ 明朝"/>
                <w:color w:val="000000"/>
                <w:spacing w:val="26"/>
                <w:sz w:val="19"/>
                <w:lang w:val="ja-JP" w:eastAsia="ja-JP"/>
              </w:rPr>
              <w:t>発</w:t>
            </w:r>
            <w:r>
              <w:rPr>
                <w:rFonts w:eastAsia="ＭＳ 明朝" w:cs="ＭＳ 明朝"/>
                <w:color w:val="000000"/>
                <w:spacing w:val="29"/>
                <w:sz w:val="19"/>
                <w:lang w:val="ja-JP" w:eastAsia="ja-JP"/>
              </w:rPr>
              <w:t>行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為</w:t>
            </w:r>
          </w:p>
          <w:p w14:paraId="4C4F193A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58" w:line="211" w:lineRule="exact"/>
              <w:ind w:left="109"/>
            </w:pPr>
            <w:r>
              <w:rPr>
                <w:rFonts w:eastAsia="ＭＳ 明朝" w:cs="ＭＳ 明朝"/>
                <w:color w:val="000000"/>
                <w:spacing w:val="29"/>
                <w:sz w:val="19"/>
                <w:lang w:val="ja-JP" w:eastAsia="ja-JP"/>
              </w:rPr>
              <w:t>の</w:t>
            </w:r>
            <w:r>
              <w:rPr>
                <w:rFonts w:eastAsia="ＭＳ 明朝" w:cs="ＭＳ 明朝"/>
                <w:color w:val="000000"/>
                <w:spacing w:val="26"/>
                <w:sz w:val="19"/>
                <w:lang w:val="ja-JP" w:eastAsia="ja-JP"/>
              </w:rPr>
              <w:t>面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積</w:t>
            </w:r>
          </w:p>
          <w:p w14:paraId="1187A5E8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60" w:line="211" w:lineRule="exact"/>
              <w:ind w:left="330"/>
            </w:pPr>
            <w:r>
              <w:rPr>
                <w:rFonts w:eastAsia="ＭＳ 明朝" w:cs="ＭＳ 明朝"/>
                <w:color w:val="000000"/>
                <w:spacing w:val="14"/>
                <w:sz w:val="19"/>
                <w:lang w:val="ja-JP" w:eastAsia="ja-JP"/>
              </w:rPr>
              <w:t>(</w:t>
            </w:r>
            <w:r>
              <w:rPr>
                <w:rFonts w:eastAsia="ＭＳ 明朝" w:cs="ＭＳ 明朝"/>
                <w:color w:val="000000"/>
                <w:spacing w:val="12"/>
                <w:sz w:val="19"/>
                <w:lang w:val="ja-JP" w:eastAsia="ja-JP"/>
              </w:rPr>
              <w:t>A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)</w:t>
            </w: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BF474F9" w14:textId="77777777" w:rsidR="00FB2F32" w:rsidRDefault="00000000">
            <w:pPr>
              <w:widowControl w:val="0"/>
              <w:tabs>
                <w:tab w:val="left" w:pos="769"/>
                <w:tab w:val="left" w:pos="1208"/>
                <w:tab w:val="left" w:pos="1648"/>
              </w:tabs>
              <w:kinsoku w:val="0"/>
              <w:overflowPunct w:val="0"/>
              <w:autoSpaceDE w:val="0"/>
              <w:autoSpaceDN w:val="0"/>
              <w:snapToGrid w:val="0"/>
              <w:spacing w:before="173" w:line="211" w:lineRule="exact"/>
              <w:ind w:left="328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残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置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す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る</w:t>
            </w:r>
          </w:p>
        </w:tc>
        <w:tc>
          <w:tcPr>
            <w:tcW w:w="109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C383712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73" w:line="211" w:lineRule="exact"/>
              <w:ind w:left="438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計</w:t>
            </w:r>
          </w:p>
          <w:p w14:paraId="63A5735F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329" w:line="211" w:lineRule="exact"/>
              <w:ind w:left="220"/>
            </w:pPr>
            <w:r>
              <w:rPr>
                <w:rFonts w:eastAsia="ＭＳ 明朝" w:cs="ＭＳ 明朝"/>
                <w:color w:val="000000"/>
                <w:spacing w:val="12"/>
                <w:sz w:val="19"/>
                <w:lang w:val="ja-JP" w:eastAsia="ja-JP"/>
              </w:rPr>
              <w:t>A</w:t>
            </w:r>
            <w:r>
              <w:rPr>
                <w:rFonts w:eastAsia="ＭＳ 明朝" w:cs="ＭＳ 明朝"/>
                <w:color w:val="000000"/>
                <w:spacing w:val="14"/>
                <w:sz w:val="19"/>
                <w:lang w:val="ja-JP" w:eastAsia="ja-JP"/>
              </w:rPr>
              <w:t>+B=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C</w:t>
            </w:r>
          </w:p>
        </w:tc>
        <w:tc>
          <w:tcPr>
            <w:tcW w:w="109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D47E870" w14:textId="77777777" w:rsidR="00FB2F32" w:rsidRDefault="00FB2F32"/>
        </w:tc>
        <w:tc>
          <w:tcPr>
            <w:tcW w:w="110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AAD043B" w14:textId="77777777" w:rsidR="00FB2F32" w:rsidRDefault="00FB2F32"/>
        </w:tc>
      </w:tr>
      <w:tr w:rsidR="00FB2F32" w14:paraId="4721E250" w14:textId="77777777">
        <w:trPr>
          <w:cantSplit/>
          <w:trHeight w:val="527"/>
        </w:trPr>
        <w:tc>
          <w:tcPr>
            <w:tcW w:w="43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ECF3C5E" w14:textId="77777777" w:rsidR="00FB2F32" w:rsidRDefault="00FB2F32"/>
        </w:tc>
        <w:tc>
          <w:tcPr>
            <w:tcW w:w="17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BBDC9" w14:textId="77777777" w:rsidR="00FB2F32" w:rsidRDefault="00FB2F32"/>
        </w:tc>
        <w:tc>
          <w:tcPr>
            <w:tcW w:w="11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CA77B" w14:textId="77777777" w:rsidR="00FB2F32" w:rsidRDefault="00FB2F32"/>
        </w:tc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71DCE6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73" w:line="211" w:lineRule="exact"/>
              <w:ind w:left="107"/>
            </w:pPr>
            <w:r>
              <w:rPr>
                <w:rFonts w:eastAsia="ＭＳ 明朝" w:cs="ＭＳ 明朝"/>
                <w:color w:val="000000"/>
                <w:spacing w:val="29"/>
                <w:sz w:val="19"/>
                <w:lang w:val="ja-JP" w:eastAsia="ja-JP"/>
              </w:rPr>
              <w:t>面積</w:t>
            </w:r>
            <w:r>
              <w:rPr>
                <w:rFonts w:eastAsia="ＭＳ 明朝" w:cs="ＭＳ 明朝"/>
                <w:color w:val="000000"/>
                <w:spacing w:val="14"/>
                <w:sz w:val="19"/>
                <w:lang w:val="ja-JP" w:eastAsia="ja-JP"/>
              </w:rPr>
              <w:t>(</w:t>
            </w:r>
            <w:r>
              <w:rPr>
                <w:rFonts w:eastAsia="ＭＳ 明朝" w:cs="ＭＳ 明朝"/>
                <w:color w:val="000000"/>
                <w:spacing w:val="12"/>
                <w:sz w:val="19"/>
                <w:lang w:val="ja-JP" w:eastAsia="ja-JP"/>
              </w:rPr>
              <w:t>B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)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341469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73" w:line="211" w:lineRule="exact"/>
              <w:ind w:left="109"/>
            </w:pPr>
            <w:r>
              <w:rPr>
                <w:rFonts w:eastAsia="ＭＳ 明朝" w:cs="ＭＳ 明朝"/>
                <w:color w:val="000000"/>
                <w:spacing w:val="26"/>
                <w:sz w:val="19"/>
                <w:lang w:val="ja-JP" w:eastAsia="ja-JP"/>
              </w:rPr>
              <w:t>比</w:t>
            </w:r>
            <w:r>
              <w:rPr>
                <w:rFonts w:eastAsia="ＭＳ 明朝" w:cs="ＭＳ 明朝"/>
                <w:color w:val="000000"/>
                <w:spacing w:val="29"/>
                <w:sz w:val="19"/>
                <w:lang w:val="ja-JP" w:eastAsia="ja-JP"/>
              </w:rPr>
              <w:t>率</w:t>
            </w:r>
            <w:r>
              <w:rPr>
                <w:rFonts w:eastAsia="ＭＳ 明朝" w:cs="ＭＳ 明朝"/>
                <w:color w:val="000000"/>
                <w:spacing w:val="14"/>
                <w:sz w:val="19"/>
                <w:lang w:val="ja-JP" w:eastAsia="ja-JP"/>
              </w:rPr>
              <w:t>(</w:t>
            </w:r>
            <w:r>
              <w:rPr>
                <w:rFonts w:eastAsia="ＭＳ 明朝" w:cs="ＭＳ 明朝"/>
                <w:color w:val="000000"/>
                <w:spacing w:val="12"/>
                <w:sz w:val="19"/>
                <w:lang w:val="ja-JP" w:eastAsia="ja-JP"/>
              </w:rPr>
              <w:t>%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)</w:t>
            </w:r>
          </w:p>
        </w:tc>
        <w:tc>
          <w:tcPr>
            <w:tcW w:w="109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FC41B" w14:textId="77777777" w:rsidR="00FB2F32" w:rsidRDefault="00FB2F32"/>
        </w:tc>
        <w:tc>
          <w:tcPr>
            <w:tcW w:w="10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30FFC" w14:textId="77777777" w:rsidR="00FB2F32" w:rsidRDefault="00FB2F32"/>
        </w:tc>
        <w:tc>
          <w:tcPr>
            <w:tcW w:w="11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8F7A9" w14:textId="77777777" w:rsidR="00FB2F32" w:rsidRDefault="00FB2F32"/>
        </w:tc>
      </w:tr>
      <w:tr w:rsidR="00FB2F32" w14:paraId="01BB6F77" w14:textId="77777777">
        <w:trPr>
          <w:cantSplit/>
          <w:trHeight w:val="527"/>
        </w:trPr>
        <w:tc>
          <w:tcPr>
            <w:tcW w:w="43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9F401AF" w14:textId="77777777" w:rsidR="00FB2F32" w:rsidRDefault="00FB2F32"/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0F182A0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C2CE4E7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1565547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81232E0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D368A0D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05AE3ED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9E6AE59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1486D288" w14:textId="77777777">
        <w:trPr>
          <w:cantSplit/>
          <w:trHeight w:val="527"/>
        </w:trPr>
        <w:tc>
          <w:tcPr>
            <w:tcW w:w="43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EAFE7A0" w14:textId="77777777" w:rsidR="00FB2F32" w:rsidRDefault="00FB2F32"/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D558BDE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5E38A9C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54936AD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4C34093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19103F2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3512BC3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C08B14F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3A2B982C" w14:textId="77777777">
        <w:trPr>
          <w:cantSplit/>
          <w:trHeight w:val="527"/>
        </w:trPr>
        <w:tc>
          <w:tcPr>
            <w:tcW w:w="43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7730A" w14:textId="77777777" w:rsidR="00FB2F32" w:rsidRDefault="00FB2F32"/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71512FC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E862AE8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C28EC8F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9080178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32D1211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31AD5DD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78B6842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6E575F78" w14:textId="77777777">
        <w:trPr>
          <w:cantSplit/>
          <w:trHeight w:val="457"/>
        </w:trPr>
        <w:tc>
          <w:tcPr>
            <w:tcW w:w="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79B4EA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71" w:line="211" w:lineRule="exact"/>
              <w:ind w:left="109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開</w:t>
            </w:r>
          </w:p>
          <w:p w14:paraId="191E4230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11" w:lineRule="exact"/>
              <w:ind w:left="109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発</w:t>
            </w:r>
          </w:p>
          <w:p w14:paraId="38DDE25C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11" w:lineRule="exact"/>
              <w:ind w:left="109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事</w:t>
            </w:r>
          </w:p>
          <w:p w14:paraId="3341C2BB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11" w:lineRule="exact"/>
              <w:ind w:left="109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業</w:t>
            </w:r>
          </w:p>
          <w:p w14:paraId="7CD85B91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11" w:lineRule="exact"/>
              <w:ind w:left="109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の</w:t>
            </w:r>
          </w:p>
          <w:p w14:paraId="133DCF80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11" w:lineRule="exact"/>
              <w:ind w:left="109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計</w:t>
            </w:r>
          </w:p>
          <w:p w14:paraId="454E24DC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11" w:lineRule="exact"/>
              <w:ind w:left="109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画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1E8F113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71" w:line="211" w:lineRule="exact"/>
              <w:ind w:left="227"/>
            </w:pPr>
            <w:r>
              <w:rPr>
                <w:rFonts w:eastAsia="ＭＳ 明朝" w:cs="ＭＳ 明朝"/>
                <w:color w:val="000000"/>
                <w:spacing w:val="77"/>
                <w:w w:val="50"/>
                <w:sz w:val="19"/>
                <w:lang w:val="ja-JP" w:eastAsia="ja-JP"/>
              </w:rPr>
              <w:t>主要施設及び工</w:t>
            </w:r>
            <w:r>
              <w:rPr>
                <w:rFonts w:eastAsia="ＭＳ 明朝" w:cs="ＭＳ 明朝"/>
                <w:color w:val="000000"/>
                <w:w w:val="50"/>
                <w:sz w:val="19"/>
                <w:lang w:val="ja-JP" w:eastAsia="ja-JP"/>
              </w:rPr>
              <w:t>種</w:t>
            </w:r>
          </w:p>
        </w:tc>
        <w:tc>
          <w:tcPr>
            <w:tcW w:w="6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07547FC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4012A981" w14:textId="77777777">
        <w:trPr>
          <w:cantSplit/>
          <w:trHeight w:val="1134"/>
        </w:trPr>
        <w:tc>
          <w:tcPr>
            <w:tcW w:w="43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65F07" w14:textId="77777777" w:rsidR="00FB2F32" w:rsidRDefault="00FB2F32"/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EA860B2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6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C923546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6CCC8CBB" w14:textId="77777777">
        <w:trPr>
          <w:cantSplit/>
          <w:trHeight w:val="1067"/>
        </w:trPr>
        <w:tc>
          <w:tcPr>
            <w:tcW w:w="2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FD8312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73" w:line="211" w:lineRule="exact"/>
              <w:ind w:left="121"/>
              <w:rPr>
                <w:lang w:eastAsia="ja-JP"/>
              </w:rPr>
            </w:pPr>
            <w:r>
              <w:rPr>
                <w:rFonts w:eastAsia="ＭＳ 明朝" w:cs="ＭＳ 明朝"/>
                <w:color w:val="000000"/>
                <w:spacing w:val="29"/>
                <w:sz w:val="19"/>
                <w:lang w:val="ja-JP" w:eastAsia="ja-JP"/>
              </w:rPr>
              <w:t>防災</w:t>
            </w:r>
            <w:r>
              <w:rPr>
                <w:rFonts w:eastAsia="ＭＳ 明朝" w:cs="ＭＳ 明朝"/>
                <w:color w:val="000000"/>
                <w:spacing w:val="26"/>
                <w:sz w:val="19"/>
                <w:lang w:val="ja-JP" w:eastAsia="ja-JP"/>
              </w:rPr>
              <w:t>施</w:t>
            </w:r>
            <w:r>
              <w:rPr>
                <w:rFonts w:eastAsia="ＭＳ 明朝" w:cs="ＭＳ 明朝"/>
                <w:color w:val="000000"/>
                <w:spacing w:val="29"/>
                <w:sz w:val="19"/>
                <w:lang w:val="ja-JP" w:eastAsia="ja-JP"/>
              </w:rPr>
              <w:t>設等</w:t>
            </w:r>
            <w:r>
              <w:rPr>
                <w:rFonts w:eastAsia="ＭＳ 明朝" w:cs="ＭＳ 明朝"/>
                <w:color w:val="000000"/>
                <w:spacing w:val="26"/>
                <w:sz w:val="19"/>
                <w:lang w:val="ja-JP" w:eastAsia="ja-JP"/>
              </w:rPr>
              <w:t>の</w:t>
            </w:r>
            <w:r>
              <w:rPr>
                <w:rFonts w:eastAsia="ＭＳ 明朝" w:cs="ＭＳ 明朝"/>
                <w:color w:val="000000"/>
                <w:spacing w:val="29"/>
                <w:sz w:val="19"/>
                <w:lang w:val="ja-JP" w:eastAsia="ja-JP"/>
              </w:rPr>
              <w:t>維</w:t>
            </w:r>
            <w:r>
              <w:rPr>
                <w:rFonts w:eastAsia="ＭＳ 明朝" w:cs="ＭＳ 明朝"/>
                <w:color w:val="000000"/>
                <w:spacing w:val="26"/>
                <w:sz w:val="19"/>
                <w:lang w:val="ja-JP" w:eastAsia="ja-JP"/>
              </w:rPr>
              <w:t>持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管</w:t>
            </w:r>
          </w:p>
          <w:p w14:paraId="669A0EC5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58" w:line="211" w:lineRule="exact"/>
              <w:ind w:left="109"/>
              <w:rPr>
                <w:lang w:eastAsia="ja-JP"/>
              </w:rPr>
            </w:pPr>
            <w:r>
              <w:rPr>
                <w:rFonts w:eastAsia="ＭＳ 明朝" w:cs="ＭＳ 明朝"/>
                <w:color w:val="000000"/>
                <w:spacing w:val="26"/>
                <w:sz w:val="19"/>
                <w:lang w:val="ja-JP" w:eastAsia="ja-JP"/>
              </w:rPr>
              <w:t>理</w:t>
            </w:r>
            <w:r>
              <w:rPr>
                <w:rFonts w:eastAsia="ＭＳ 明朝" w:cs="ＭＳ 明朝"/>
                <w:color w:val="000000"/>
                <w:spacing w:val="29"/>
                <w:sz w:val="19"/>
                <w:lang w:val="ja-JP" w:eastAsia="ja-JP"/>
              </w:rPr>
              <w:t>方法</w:t>
            </w:r>
            <w:r>
              <w:rPr>
                <w:rFonts w:eastAsia="ＭＳ 明朝" w:cs="ＭＳ 明朝"/>
                <w:color w:val="000000"/>
                <w:spacing w:val="26"/>
                <w:sz w:val="19"/>
                <w:lang w:val="ja-JP" w:eastAsia="ja-JP"/>
              </w:rPr>
              <w:t>、</w:t>
            </w:r>
            <w:r>
              <w:rPr>
                <w:rFonts w:eastAsia="ＭＳ 明朝" w:cs="ＭＳ 明朝"/>
                <w:color w:val="000000"/>
                <w:spacing w:val="29"/>
                <w:sz w:val="19"/>
                <w:lang w:val="ja-JP" w:eastAsia="ja-JP"/>
              </w:rPr>
              <w:t>開発</w:t>
            </w:r>
            <w:r>
              <w:rPr>
                <w:rFonts w:eastAsia="ＭＳ 明朝" w:cs="ＭＳ 明朝"/>
                <w:color w:val="000000"/>
                <w:spacing w:val="26"/>
                <w:sz w:val="19"/>
                <w:lang w:val="ja-JP" w:eastAsia="ja-JP"/>
              </w:rPr>
              <w:t>完</w:t>
            </w:r>
            <w:r>
              <w:rPr>
                <w:rFonts w:eastAsia="ＭＳ 明朝" w:cs="ＭＳ 明朝"/>
                <w:color w:val="000000"/>
                <w:spacing w:val="29"/>
                <w:sz w:val="19"/>
                <w:lang w:val="ja-JP" w:eastAsia="ja-JP"/>
              </w:rPr>
              <w:t>了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後</w:t>
            </w:r>
          </w:p>
          <w:p w14:paraId="3F35957A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60" w:line="211" w:lineRule="exact"/>
              <w:ind w:left="109"/>
            </w:pPr>
            <w:r>
              <w:rPr>
                <w:rFonts w:eastAsia="ＭＳ 明朝" w:cs="ＭＳ 明朝"/>
                <w:color w:val="000000"/>
                <w:spacing w:val="26"/>
                <w:sz w:val="19"/>
                <w:lang w:val="ja-JP" w:eastAsia="ja-JP"/>
              </w:rPr>
              <w:t>の</w:t>
            </w:r>
            <w:r>
              <w:rPr>
                <w:rFonts w:eastAsia="ＭＳ 明朝" w:cs="ＭＳ 明朝"/>
                <w:color w:val="000000"/>
                <w:spacing w:val="29"/>
                <w:sz w:val="19"/>
                <w:lang w:val="ja-JP" w:eastAsia="ja-JP"/>
              </w:rPr>
              <w:t>維持</w:t>
            </w:r>
            <w:r>
              <w:rPr>
                <w:rFonts w:eastAsia="ＭＳ 明朝" w:cs="ＭＳ 明朝"/>
                <w:color w:val="000000"/>
                <w:spacing w:val="26"/>
                <w:sz w:val="19"/>
                <w:lang w:val="ja-JP" w:eastAsia="ja-JP"/>
              </w:rPr>
              <w:t>管</w:t>
            </w:r>
            <w:r>
              <w:rPr>
                <w:rFonts w:eastAsia="ＭＳ 明朝" w:cs="ＭＳ 明朝"/>
                <w:color w:val="000000"/>
                <w:spacing w:val="29"/>
                <w:sz w:val="19"/>
                <w:lang w:val="ja-JP" w:eastAsia="ja-JP"/>
              </w:rPr>
              <w:t>理方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法</w:t>
            </w:r>
          </w:p>
        </w:tc>
        <w:tc>
          <w:tcPr>
            <w:tcW w:w="6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5B4311B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63B9E251" w14:textId="77777777">
        <w:trPr>
          <w:cantSplit/>
          <w:trHeight w:val="796"/>
        </w:trPr>
        <w:tc>
          <w:tcPr>
            <w:tcW w:w="2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3FDD69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73" w:line="211" w:lineRule="exact"/>
              <w:ind w:left="109"/>
            </w:pPr>
            <w:r>
              <w:rPr>
                <w:rFonts w:eastAsia="ＭＳ 明朝" w:cs="ＭＳ 明朝"/>
                <w:color w:val="000000"/>
                <w:spacing w:val="65"/>
                <w:sz w:val="19"/>
                <w:lang w:val="ja-JP" w:eastAsia="ja-JP"/>
              </w:rPr>
              <w:t>その他参考事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項</w:t>
            </w:r>
          </w:p>
        </w:tc>
        <w:tc>
          <w:tcPr>
            <w:tcW w:w="6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31E1288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</w:tbl>
    <w:p w14:paraId="6D2C2174" w14:textId="77777777" w:rsidR="00FB2F32" w:rsidRDefault="00FB2F32">
      <w:pPr>
        <w:widowControl w:val="0"/>
        <w:kinsoku w:val="0"/>
        <w:overflowPunct w:val="0"/>
        <w:autoSpaceDE w:val="0"/>
        <w:autoSpaceDN w:val="0"/>
        <w:snapToGrid w:val="0"/>
        <w:spacing w:line="20" w:lineRule="exact"/>
        <w:sectPr w:rsidR="00FB2F32">
          <w:footerReference w:type="default" r:id="rId9"/>
          <w:pgSz w:w="11906" w:h="16838"/>
          <w:pgMar w:top="700" w:right="460" w:bottom="1100" w:left="1000" w:header="240" w:footer="800" w:gutter="0"/>
          <w:cols w:space="720"/>
          <w:docGrid w:linePitch="360"/>
        </w:sectPr>
      </w:pPr>
    </w:p>
    <w:p w14:paraId="510C4BC9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434" w:line="187" w:lineRule="exact"/>
        <w:ind w:left="418"/>
      </w:pP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lastRenderedPageBreak/>
        <w:t>（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参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考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様式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２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－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１</w:t>
      </w:r>
      <w:r>
        <w:rPr>
          <w:rFonts w:eastAsia="ＭＳ 明朝" w:cs="ＭＳ 明朝"/>
          <w:color w:val="000000"/>
          <w:sz w:val="17"/>
          <w:lang w:val="ja-JP" w:eastAsia="ja-JP"/>
        </w:rPr>
        <w:t>）</w:t>
      </w:r>
    </w:p>
    <w:p w14:paraId="5FC4468B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26" w:line="187" w:lineRule="exact"/>
        <w:ind w:left="5094"/>
      </w:pPr>
      <w:r>
        <w:rPr>
          <w:rFonts w:eastAsia="ＭＳ 明朝" w:cs="ＭＳ 明朝"/>
          <w:color w:val="000000"/>
          <w:spacing w:val="46"/>
          <w:w w:val="203"/>
          <w:sz w:val="17"/>
          <w:lang w:val="ja-JP" w:eastAsia="ja-JP"/>
        </w:rPr>
        <w:t>開発</w:t>
      </w:r>
      <w:r>
        <w:rPr>
          <w:rFonts w:eastAsia="ＭＳ 明朝" w:cs="ＭＳ 明朝"/>
          <w:color w:val="000000"/>
          <w:spacing w:val="48"/>
          <w:w w:val="203"/>
          <w:sz w:val="17"/>
          <w:lang w:val="ja-JP" w:eastAsia="ja-JP"/>
        </w:rPr>
        <w:t>事</w:t>
      </w:r>
      <w:r>
        <w:rPr>
          <w:rFonts w:eastAsia="ＭＳ 明朝" w:cs="ＭＳ 明朝"/>
          <w:color w:val="000000"/>
          <w:spacing w:val="46"/>
          <w:w w:val="203"/>
          <w:sz w:val="17"/>
          <w:lang w:val="ja-JP" w:eastAsia="ja-JP"/>
        </w:rPr>
        <w:t>業区域内</w:t>
      </w:r>
      <w:r>
        <w:rPr>
          <w:rFonts w:eastAsia="ＭＳ 明朝" w:cs="ＭＳ 明朝"/>
          <w:color w:val="000000"/>
          <w:spacing w:val="48"/>
          <w:w w:val="203"/>
          <w:sz w:val="17"/>
          <w:lang w:val="ja-JP" w:eastAsia="ja-JP"/>
        </w:rPr>
        <w:t>土</w:t>
      </w:r>
      <w:r>
        <w:rPr>
          <w:rFonts w:eastAsia="ＭＳ 明朝" w:cs="ＭＳ 明朝"/>
          <w:color w:val="000000"/>
          <w:spacing w:val="46"/>
          <w:w w:val="203"/>
          <w:sz w:val="17"/>
          <w:lang w:val="ja-JP" w:eastAsia="ja-JP"/>
        </w:rPr>
        <w:t>地明細</w:t>
      </w:r>
      <w:r>
        <w:rPr>
          <w:rFonts w:eastAsia="ＭＳ 明朝" w:cs="ＭＳ 明朝"/>
          <w:color w:val="000000"/>
          <w:w w:val="203"/>
          <w:sz w:val="17"/>
          <w:lang w:val="ja-JP" w:eastAsia="ja-JP"/>
        </w:rPr>
        <w:t>表</w:t>
      </w:r>
    </w:p>
    <w:p w14:paraId="07D32B40" w14:textId="77777777" w:rsidR="00FB2F32" w:rsidRDefault="00FB2F32">
      <w:pPr>
        <w:widowControl w:val="0"/>
        <w:kinsoku w:val="0"/>
        <w:overflowPunct w:val="0"/>
        <w:autoSpaceDE w:val="0"/>
        <w:autoSpaceDN w:val="0"/>
        <w:snapToGrid w:val="0"/>
        <w:spacing w:line="217" w:lineRule="exact"/>
      </w:pPr>
    </w:p>
    <w:tbl>
      <w:tblPr>
        <w:tblW w:w="13807" w:type="dxa"/>
        <w:tblInd w:w="51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588"/>
        <w:gridCol w:w="588"/>
        <w:gridCol w:w="588"/>
        <w:gridCol w:w="586"/>
        <w:gridCol w:w="588"/>
        <w:gridCol w:w="588"/>
        <w:gridCol w:w="588"/>
        <w:gridCol w:w="588"/>
        <w:gridCol w:w="1663"/>
        <w:gridCol w:w="1666"/>
        <w:gridCol w:w="782"/>
        <w:gridCol w:w="1860"/>
        <w:gridCol w:w="1764"/>
        <w:gridCol w:w="782"/>
      </w:tblGrid>
      <w:tr w:rsidR="00FB2F32" w14:paraId="2DD4C848" w14:textId="77777777">
        <w:trPr>
          <w:cantSplit/>
          <w:trHeight w:val="306"/>
        </w:trPr>
        <w:tc>
          <w:tcPr>
            <w:tcW w:w="5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2EE72E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234" w:line="187" w:lineRule="exact"/>
              <w:ind w:left="110"/>
            </w:pPr>
            <w:r>
              <w:rPr>
                <w:rFonts w:eastAsia="ＭＳ 明朝" w:cs="ＭＳ 明朝"/>
                <w:color w:val="000000"/>
                <w:spacing w:val="26"/>
                <w:sz w:val="17"/>
                <w:lang w:val="ja-JP" w:eastAsia="ja-JP"/>
              </w:rPr>
              <w:t>番</w:t>
            </w:r>
            <w:r>
              <w:rPr>
                <w:rFonts w:eastAsia="ＭＳ 明朝" w:cs="ＭＳ 明朝"/>
                <w:color w:val="000000"/>
                <w:sz w:val="17"/>
                <w:lang w:val="ja-JP" w:eastAsia="ja-JP"/>
              </w:rPr>
              <w:t>号</w:t>
            </w:r>
          </w:p>
        </w:tc>
        <w:tc>
          <w:tcPr>
            <w:tcW w:w="23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1679AA3" w14:textId="77777777" w:rsidR="00FB2F32" w:rsidRDefault="00000000">
            <w:pPr>
              <w:widowControl w:val="0"/>
              <w:tabs>
                <w:tab w:val="left" w:pos="878"/>
                <w:tab w:val="left" w:pos="1301"/>
                <w:tab w:val="left" w:pos="1721"/>
              </w:tabs>
              <w:kinsoku w:val="0"/>
              <w:overflowPunct w:val="0"/>
              <w:autoSpaceDE w:val="0"/>
              <w:autoSpaceDN w:val="0"/>
              <w:snapToGrid w:val="0"/>
              <w:spacing w:before="73" w:line="187" w:lineRule="exact"/>
              <w:ind w:left="458"/>
            </w:pPr>
            <w:r>
              <w:rPr>
                <w:rFonts w:eastAsia="ＭＳ 明朝" w:cs="ＭＳ 明朝"/>
                <w:color w:val="000000"/>
                <w:sz w:val="17"/>
                <w:lang w:val="ja-JP" w:eastAsia="ja-JP"/>
              </w:rPr>
              <w:t>所</w:t>
            </w:r>
            <w:r>
              <w:rPr>
                <w:rFonts w:eastAsia="ＭＳ 明朝" w:cs="ＭＳ 明朝"/>
                <w:color w:val="000000"/>
                <w:sz w:val="17"/>
                <w:lang w:val="ja-JP" w:eastAsia="ja-JP"/>
              </w:rPr>
              <w:tab/>
              <w:t>在</w:t>
            </w:r>
            <w:r>
              <w:rPr>
                <w:rFonts w:eastAsia="ＭＳ 明朝" w:cs="ＭＳ 明朝"/>
                <w:color w:val="000000"/>
                <w:sz w:val="17"/>
                <w:lang w:val="ja-JP" w:eastAsia="ja-JP"/>
              </w:rPr>
              <w:tab/>
              <w:t>場</w:t>
            </w:r>
            <w:r>
              <w:rPr>
                <w:rFonts w:eastAsia="ＭＳ 明朝" w:cs="ＭＳ 明朝"/>
                <w:color w:val="000000"/>
                <w:sz w:val="17"/>
                <w:lang w:val="ja-JP" w:eastAsia="ja-JP"/>
              </w:rPr>
              <w:tab/>
              <w:t>所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A451A1" w14:textId="77777777" w:rsidR="00FB2F32" w:rsidRDefault="00000000">
            <w:pPr>
              <w:widowControl w:val="0"/>
              <w:tabs>
                <w:tab w:val="left" w:pos="797"/>
              </w:tabs>
              <w:kinsoku w:val="0"/>
              <w:overflowPunct w:val="0"/>
              <w:autoSpaceDE w:val="0"/>
              <w:autoSpaceDN w:val="0"/>
              <w:snapToGrid w:val="0"/>
              <w:spacing w:before="73" w:line="187" w:lineRule="exact"/>
              <w:ind w:left="209"/>
            </w:pPr>
            <w:r>
              <w:rPr>
                <w:rFonts w:eastAsia="ＭＳ 明朝" w:cs="ＭＳ 明朝"/>
                <w:color w:val="000000"/>
                <w:sz w:val="17"/>
                <w:lang w:val="ja-JP" w:eastAsia="ja-JP"/>
              </w:rPr>
              <w:t>地</w:t>
            </w:r>
            <w:r>
              <w:rPr>
                <w:rFonts w:eastAsia="ＭＳ 明朝" w:cs="ＭＳ 明朝"/>
                <w:color w:val="000000"/>
                <w:sz w:val="17"/>
                <w:lang w:val="ja-JP" w:eastAsia="ja-JP"/>
              </w:rPr>
              <w:tab/>
              <w:t>目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DC7556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73" w:line="187" w:lineRule="exact"/>
              <w:ind w:left="110"/>
            </w:pPr>
            <w:r>
              <w:rPr>
                <w:rFonts w:eastAsia="ＭＳ 明朝" w:cs="ＭＳ 明朝"/>
                <w:color w:val="000000"/>
                <w:spacing w:val="26"/>
                <w:sz w:val="17"/>
                <w:lang w:val="ja-JP" w:eastAsia="ja-JP"/>
              </w:rPr>
              <w:t>筆</w:t>
            </w:r>
            <w:r>
              <w:rPr>
                <w:rFonts w:eastAsia="ＭＳ 明朝" w:cs="ＭＳ 明朝"/>
                <w:color w:val="000000"/>
                <w:spacing w:val="24"/>
                <w:sz w:val="17"/>
                <w:lang w:val="ja-JP" w:eastAsia="ja-JP"/>
              </w:rPr>
              <w:t>毎</w:t>
            </w:r>
            <w:r>
              <w:rPr>
                <w:rFonts w:eastAsia="ＭＳ 明朝" w:cs="ＭＳ 明朝"/>
                <w:color w:val="000000"/>
                <w:spacing w:val="26"/>
                <w:sz w:val="17"/>
                <w:lang w:val="ja-JP" w:eastAsia="ja-JP"/>
              </w:rPr>
              <w:t>の</w:t>
            </w:r>
            <w:r>
              <w:rPr>
                <w:rFonts w:eastAsia="ＭＳ 明朝" w:cs="ＭＳ 明朝"/>
                <w:color w:val="000000"/>
                <w:spacing w:val="24"/>
                <w:sz w:val="17"/>
                <w:lang w:val="ja-JP" w:eastAsia="ja-JP"/>
              </w:rPr>
              <w:t>面</w:t>
            </w:r>
            <w:r>
              <w:rPr>
                <w:rFonts w:eastAsia="ＭＳ 明朝" w:cs="ＭＳ 明朝"/>
                <w:color w:val="000000"/>
                <w:sz w:val="17"/>
                <w:lang w:val="ja-JP" w:eastAsia="ja-JP"/>
              </w:rPr>
              <w:t>積</w:t>
            </w:r>
          </w:p>
        </w:tc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8E5B02" w14:textId="77777777" w:rsidR="00FB2F32" w:rsidRDefault="00000000">
            <w:pPr>
              <w:widowControl w:val="0"/>
              <w:tabs>
                <w:tab w:val="left" w:pos="1265"/>
                <w:tab w:val="left" w:pos="1579"/>
                <w:tab w:val="left" w:pos="1891"/>
                <w:tab w:val="left" w:pos="2206"/>
              </w:tabs>
              <w:kinsoku w:val="0"/>
              <w:overflowPunct w:val="0"/>
              <w:autoSpaceDE w:val="0"/>
              <w:autoSpaceDN w:val="0"/>
              <w:snapToGrid w:val="0"/>
              <w:spacing w:before="73" w:line="187" w:lineRule="exact"/>
              <w:ind w:left="950"/>
            </w:pPr>
            <w:r>
              <w:rPr>
                <w:rFonts w:eastAsia="ＭＳ 明朝" w:cs="ＭＳ 明朝"/>
                <w:color w:val="000000"/>
                <w:sz w:val="17"/>
                <w:lang w:val="ja-JP" w:eastAsia="ja-JP"/>
              </w:rPr>
              <w:t>土</w:t>
            </w:r>
            <w:r>
              <w:rPr>
                <w:rFonts w:eastAsia="ＭＳ 明朝" w:cs="ＭＳ 明朝"/>
                <w:color w:val="000000"/>
                <w:sz w:val="17"/>
                <w:lang w:val="ja-JP" w:eastAsia="ja-JP"/>
              </w:rPr>
              <w:tab/>
              <w:t>地</w:t>
            </w:r>
            <w:r>
              <w:rPr>
                <w:rFonts w:eastAsia="ＭＳ 明朝" w:cs="ＭＳ 明朝"/>
                <w:color w:val="000000"/>
                <w:sz w:val="17"/>
                <w:lang w:val="ja-JP" w:eastAsia="ja-JP"/>
              </w:rPr>
              <w:tab/>
              <w:t>所</w:t>
            </w:r>
            <w:r>
              <w:rPr>
                <w:rFonts w:eastAsia="ＭＳ 明朝" w:cs="ＭＳ 明朝"/>
                <w:color w:val="000000"/>
                <w:sz w:val="17"/>
                <w:lang w:val="ja-JP" w:eastAsia="ja-JP"/>
              </w:rPr>
              <w:tab/>
              <w:t>有</w:t>
            </w:r>
            <w:r>
              <w:rPr>
                <w:rFonts w:eastAsia="ＭＳ 明朝" w:cs="ＭＳ 明朝"/>
                <w:color w:val="000000"/>
                <w:sz w:val="17"/>
                <w:lang w:val="ja-JP" w:eastAsia="ja-JP"/>
              </w:rPr>
              <w:tab/>
              <w:t>者</w:t>
            </w:r>
          </w:p>
        </w:tc>
        <w:tc>
          <w:tcPr>
            <w:tcW w:w="44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460B61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73" w:line="187" w:lineRule="exact"/>
              <w:ind w:left="1430"/>
            </w:pPr>
            <w:r>
              <w:rPr>
                <w:rFonts w:eastAsia="ＭＳ 明朝" w:cs="ＭＳ 明朝"/>
                <w:color w:val="000000"/>
                <w:spacing w:val="26"/>
                <w:sz w:val="17"/>
                <w:lang w:val="ja-JP" w:eastAsia="ja-JP"/>
              </w:rPr>
              <w:t>左記</w:t>
            </w:r>
            <w:r>
              <w:rPr>
                <w:rFonts w:eastAsia="ＭＳ 明朝" w:cs="ＭＳ 明朝"/>
                <w:color w:val="000000"/>
                <w:spacing w:val="24"/>
                <w:sz w:val="17"/>
                <w:lang w:val="ja-JP" w:eastAsia="ja-JP"/>
              </w:rPr>
              <w:t>以</w:t>
            </w:r>
            <w:r>
              <w:rPr>
                <w:rFonts w:eastAsia="ＭＳ 明朝" w:cs="ＭＳ 明朝"/>
                <w:color w:val="000000"/>
                <w:spacing w:val="26"/>
                <w:sz w:val="17"/>
                <w:lang w:val="ja-JP" w:eastAsia="ja-JP"/>
              </w:rPr>
              <w:t>外</w:t>
            </w:r>
            <w:r>
              <w:rPr>
                <w:rFonts w:eastAsia="ＭＳ 明朝" w:cs="ＭＳ 明朝"/>
                <w:color w:val="000000"/>
                <w:spacing w:val="24"/>
                <w:sz w:val="17"/>
                <w:lang w:val="ja-JP" w:eastAsia="ja-JP"/>
              </w:rPr>
              <w:t>の</w:t>
            </w:r>
            <w:r>
              <w:rPr>
                <w:rFonts w:eastAsia="ＭＳ 明朝" w:cs="ＭＳ 明朝"/>
                <w:color w:val="000000"/>
                <w:spacing w:val="26"/>
                <w:sz w:val="17"/>
                <w:lang w:val="ja-JP" w:eastAsia="ja-JP"/>
              </w:rPr>
              <w:t>権利</w:t>
            </w:r>
            <w:r>
              <w:rPr>
                <w:rFonts w:eastAsia="ＭＳ 明朝" w:cs="ＭＳ 明朝"/>
                <w:color w:val="000000"/>
                <w:sz w:val="17"/>
                <w:lang w:val="ja-JP" w:eastAsia="ja-JP"/>
              </w:rPr>
              <w:t>者</w:t>
            </w:r>
          </w:p>
        </w:tc>
        <w:tc>
          <w:tcPr>
            <w:tcW w:w="7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2F7628" w14:textId="77777777" w:rsidR="00FB2F32" w:rsidRDefault="00000000">
            <w:pPr>
              <w:widowControl w:val="0"/>
              <w:tabs>
                <w:tab w:val="left" w:pos="502"/>
              </w:tabs>
              <w:kinsoku w:val="0"/>
              <w:overflowPunct w:val="0"/>
              <w:autoSpaceDE w:val="0"/>
              <w:autoSpaceDN w:val="0"/>
              <w:snapToGrid w:val="0"/>
              <w:spacing w:before="234" w:line="187" w:lineRule="exact"/>
              <w:ind w:left="110"/>
            </w:pPr>
            <w:r>
              <w:rPr>
                <w:rFonts w:eastAsia="ＭＳ 明朝" w:cs="ＭＳ 明朝"/>
                <w:color w:val="000000"/>
                <w:sz w:val="17"/>
                <w:lang w:val="ja-JP" w:eastAsia="ja-JP"/>
              </w:rPr>
              <w:t>備</w:t>
            </w:r>
            <w:r>
              <w:rPr>
                <w:rFonts w:eastAsia="ＭＳ 明朝" w:cs="ＭＳ 明朝"/>
                <w:color w:val="000000"/>
                <w:sz w:val="17"/>
                <w:lang w:val="ja-JP" w:eastAsia="ja-JP"/>
              </w:rPr>
              <w:tab/>
              <w:t>考</w:t>
            </w:r>
          </w:p>
        </w:tc>
      </w:tr>
      <w:tr w:rsidR="00FB2F32" w14:paraId="76DD3EEA" w14:textId="77777777">
        <w:trPr>
          <w:cantSplit/>
          <w:trHeight w:val="467"/>
        </w:trPr>
        <w:tc>
          <w:tcPr>
            <w:tcW w:w="5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42D6C" w14:textId="77777777" w:rsidR="00FB2F32" w:rsidRDefault="00FB2F32"/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1F7C13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76" w:line="187" w:lineRule="exact"/>
              <w:ind w:left="154"/>
            </w:pPr>
            <w:r>
              <w:rPr>
                <w:rFonts w:eastAsia="ＭＳ 明朝" w:cs="ＭＳ 明朝"/>
                <w:color w:val="000000"/>
                <w:spacing w:val="12"/>
                <w:w w:val="51"/>
                <w:sz w:val="17"/>
                <w:lang w:val="ja-JP" w:eastAsia="ja-JP"/>
              </w:rPr>
              <w:t>市</w:t>
            </w:r>
            <w:r>
              <w:rPr>
                <w:rFonts w:eastAsia="ＭＳ 明朝" w:cs="ＭＳ 明朝"/>
                <w:color w:val="000000"/>
                <w:spacing w:val="10"/>
                <w:w w:val="51"/>
                <w:sz w:val="17"/>
                <w:lang w:val="ja-JP" w:eastAsia="ja-JP"/>
              </w:rPr>
              <w:t>町</w:t>
            </w:r>
            <w:r>
              <w:rPr>
                <w:rFonts w:eastAsia="ＭＳ 明朝" w:cs="ＭＳ 明朝"/>
                <w:color w:val="000000"/>
                <w:w w:val="51"/>
                <w:sz w:val="17"/>
                <w:lang w:val="ja-JP" w:eastAsia="ja-JP"/>
              </w:rPr>
              <w:t>村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E7B7B3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76" w:line="187" w:lineRule="exact"/>
              <w:ind w:left="110"/>
            </w:pPr>
            <w:r>
              <w:rPr>
                <w:rFonts w:eastAsia="ＭＳ 明朝" w:cs="ＭＳ 明朝"/>
                <w:color w:val="000000"/>
                <w:spacing w:val="24"/>
                <w:sz w:val="17"/>
                <w:lang w:val="ja-JP" w:eastAsia="ja-JP"/>
              </w:rPr>
              <w:t>大</w:t>
            </w:r>
            <w:r>
              <w:rPr>
                <w:rFonts w:eastAsia="ＭＳ 明朝" w:cs="ＭＳ 明朝"/>
                <w:color w:val="000000"/>
                <w:sz w:val="17"/>
                <w:lang w:val="ja-JP" w:eastAsia="ja-JP"/>
              </w:rPr>
              <w:t>字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A7F1CDA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76" w:line="187" w:lineRule="exact"/>
              <w:ind w:left="206"/>
            </w:pPr>
            <w:r>
              <w:rPr>
                <w:rFonts w:eastAsia="ＭＳ 明朝" w:cs="ＭＳ 明朝"/>
                <w:color w:val="000000"/>
                <w:sz w:val="17"/>
                <w:lang w:val="ja-JP" w:eastAsia="ja-JP"/>
              </w:rPr>
              <w:t>字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82B455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76" w:line="187" w:lineRule="exact"/>
              <w:ind w:left="108"/>
            </w:pPr>
            <w:r>
              <w:rPr>
                <w:rFonts w:eastAsia="ＭＳ 明朝" w:cs="ＭＳ 明朝"/>
                <w:color w:val="000000"/>
                <w:spacing w:val="26"/>
                <w:sz w:val="17"/>
                <w:lang w:val="ja-JP" w:eastAsia="ja-JP"/>
              </w:rPr>
              <w:t>地</w:t>
            </w:r>
            <w:r>
              <w:rPr>
                <w:rFonts w:eastAsia="ＭＳ 明朝" w:cs="ＭＳ 明朝"/>
                <w:color w:val="000000"/>
                <w:sz w:val="17"/>
                <w:lang w:val="ja-JP" w:eastAsia="ja-JP"/>
              </w:rPr>
              <w:t>番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4CF240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76" w:line="187" w:lineRule="exact"/>
              <w:ind w:left="110"/>
            </w:pPr>
            <w:r>
              <w:rPr>
                <w:rFonts w:eastAsia="ＭＳ 明朝" w:cs="ＭＳ 明朝"/>
                <w:color w:val="000000"/>
                <w:spacing w:val="26"/>
                <w:sz w:val="17"/>
                <w:lang w:val="ja-JP" w:eastAsia="ja-JP"/>
              </w:rPr>
              <w:t>登</w:t>
            </w:r>
            <w:r>
              <w:rPr>
                <w:rFonts w:eastAsia="ＭＳ 明朝" w:cs="ＭＳ 明朝"/>
                <w:color w:val="000000"/>
                <w:sz w:val="17"/>
                <w:lang w:val="ja-JP" w:eastAsia="ja-JP"/>
              </w:rPr>
              <w:t>記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F66521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76" w:line="187" w:lineRule="exact"/>
              <w:ind w:left="110"/>
            </w:pPr>
            <w:r>
              <w:rPr>
                <w:rFonts w:eastAsia="ＭＳ 明朝" w:cs="ＭＳ 明朝"/>
                <w:color w:val="000000"/>
                <w:spacing w:val="26"/>
                <w:sz w:val="17"/>
                <w:lang w:val="ja-JP" w:eastAsia="ja-JP"/>
              </w:rPr>
              <w:t>現</w:t>
            </w:r>
            <w:r>
              <w:rPr>
                <w:rFonts w:eastAsia="ＭＳ 明朝" w:cs="ＭＳ 明朝"/>
                <w:color w:val="000000"/>
                <w:sz w:val="17"/>
                <w:lang w:val="ja-JP" w:eastAsia="ja-JP"/>
              </w:rPr>
              <w:t>況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9281B2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76" w:line="187" w:lineRule="exact"/>
              <w:ind w:left="110"/>
            </w:pPr>
            <w:r>
              <w:rPr>
                <w:rFonts w:eastAsia="ＭＳ 明朝" w:cs="ＭＳ 明朝"/>
                <w:color w:val="000000"/>
                <w:spacing w:val="26"/>
                <w:sz w:val="17"/>
                <w:lang w:val="ja-JP" w:eastAsia="ja-JP"/>
              </w:rPr>
              <w:t>登</w:t>
            </w:r>
            <w:r>
              <w:rPr>
                <w:rFonts w:eastAsia="ＭＳ 明朝" w:cs="ＭＳ 明朝"/>
                <w:color w:val="000000"/>
                <w:sz w:val="17"/>
                <w:lang w:val="ja-JP" w:eastAsia="ja-JP"/>
              </w:rPr>
              <w:t>記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867A48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76" w:line="187" w:lineRule="exact"/>
              <w:ind w:left="110"/>
            </w:pPr>
            <w:r>
              <w:rPr>
                <w:rFonts w:eastAsia="ＭＳ 明朝" w:cs="ＭＳ 明朝"/>
                <w:color w:val="000000"/>
                <w:spacing w:val="24"/>
                <w:sz w:val="17"/>
                <w:lang w:val="ja-JP" w:eastAsia="ja-JP"/>
              </w:rPr>
              <w:t>実</w:t>
            </w:r>
            <w:r>
              <w:rPr>
                <w:rFonts w:eastAsia="ＭＳ 明朝" w:cs="ＭＳ 明朝"/>
                <w:color w:val="000000"/>
                <w:sz w:val="17"/>
                <w:lang w:val="ja-JP" w:eastAsia="ja-JP"/>
              </w:rPr>
              <w:t>測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0DF64C" w14:textId="77777777" w:rsidR="00FB2F32" w:rsidRDefault="00000000">
            <w:pPr>
              <w:widowControl w:val="0"/>
              <w:tabs>
                <w:tab w:val="left" w:pos="1039"/>
              </w:tabs>
              <w:kinsoku w:val="0"/>
              <w:overflowPunct w:val="0"/>
              <w:autoSpaceDE w:val="0"/>
              <w:autoSpaceDN w:val="0"/>
              <w:snapToGrid w:val="0"/>
              <w:spacing w:before="76" w:line="187" w:lineRule="exact"/>
              <w:ind w:left="451"/>
            </w:pPr>
            <w:r>
              <w:rPr>
                <w:rFonts w:eastAsia="ＭＳ 明朝" w:cs="ＭＳ 明朝"/>
                <w:color w:val="000000"/>
                <w:sz w:val="17"/>
                <w:lang w:val="ja-JP" w:eastAsia="ja-JP"/>
              </w:rPr>
              <w:t>住</w:t>
            </w:r>
            <w:r>
              <w:rPr>
                <w:rFonts w:eastAsia="ＭＳ 明朝" w:cs="ＭＳ 明朝"/>
                <w:color w:val="000000"/>
                <w:sz w:val="17"/>
                <w:lang w:val="ja-JP" w:eastAsia="ja-JP"/>
              </w:rPr>
              <w:tab/>
              <w:t>所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AE88CB" w14:textId="77777777" w:rsidR="00FB2F32" w:rsidRDefault="00000000">
            <w:pPr>
              <w:widowControl w:val="0"/>
              <w:tabs>
                <w:tab w:val="left" w:pos="1042"/>
              </w:tabs>
              <w:kinsoku w:val="0"/>
              <w:overflowPunct w:val="0"/>
              <w:autoSpaceDE w:val="0"/>
              <w:autoSpaceDN w:val="0"/>
              <w:snapToGrid w:val="0"/>
              <w:spacing w:before="76" w:line="187" w:lineRule="exact"/>
              <w:ind w:left="454"/>
            </w:pPr>
            <w:r>
              <w:rPr>
                <w:rFonts w:eastAsia="ＭＳ 明朝" w:cs="ＭＳ 明朝"/>
                <w:color w:val="000000"/>
                <w:sz w:val="17"/>
                <w:lang w:val="ja-JP" w:eastAsia="ja-JP"/>
              </w:rPr>
              <w:t>氏</w:t>
            </w:r>
            <w:r>
              <w:rPr>
                <w:rFonts w:eastAsia="ＭＳ 明朝" w:cs="ＭＳ 明朝"/>
                <w:color w:val="000000"/>
                <w:sz w:val="17"/>
                <w:lang w:val="ja-JP" w:eastAsia="ja-JP"/>
              </w:rPr>
              <w:tab/>
              <w:t>名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C29CA7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76" w:line="187" w:lineRule="exact"/>
              <w:ind w:left="154"/>
            </w:pPr>
            <w:r>
              <w:rPr>
                <w:rFonts w:eastAsia="ＭＳ 明朝" w:cs="ＭＳ 明朝"/>
                <w:color w:val="000000"/>
                <w:spacing w:val="10"/>
                <w:w w:val="51"/>
                <w:sz w:val="17"/>
                <w:lang w:val="ja-JP" w:eastAsia="ja-JP"/>
              </w:rPr>
              <w:t>権</w:t>
            </w:r>
            <w:r>
              <w:rPr>
                <w:rFonts w:eastAsia="ＭＳ 明朝" w:cs="ＭＳ 明朝"/>
                <w:color w:val="000000"/>
                <w:spacing w:val="12"/>
                <w:w w:val="51"/>
                <w:sz w:val="17"/>
                <w:lang w:val="ja-JP" w:eastAsia="ja-JP"/>
              </w:rPr>
              <w:t>利の種</w:t>
            </w:r>
            <w:r>
              <w:rPr>
                <w:rFonts w:eastAsia="ＭＳ 明朝" w:cs="ＭＳ 明朝"/>
                <w:color w:val="000000"/>
                <w:w w:val="51"/>
                <w:sz w:val="17"/>
                <w:lang w:val="ja-JP" w:eastAsia="ja-JP"/>
              </w:rPr>
              <w:t>類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008265" w14:textId="77777777" w:rsidR="00FB2F32" w:rsidRDefault="00000000">
            <w:pPr>
              <w:widowControl w:val="0"/>
              <w:tabs>
                <w:tab w:val="left" w:pos="1236"/>
              </w:tabs>
              <w:kinsoku w:val="0"/>
              <w:overflowPunct w:val="0"/>
              <w:autoSpaceDE w:val="0"/>
              <w:autoSpaceDN w:val="0"/>
              <w:snapToGrid w:val="0"/>
              <w:spacing w:before="76" w:line="187" w:lineRule="exact"/>
              <w:ind w:left="454"/>
            </w:pPr>
            <w:r>
              <w:rPr>
                <w:rFonts w:eastAsia="ＭＳ 明朝" w:cs="ＭＳ 明朝"/>
                <w:color w:val="000000"/>
                <w:sz w:val="17"/>
                <w:lang w:val="ja-JP" w:eastAsia="ja-JP"/>
              </w:rPr>
              <w:t>住</w:t>
            </w:r>
            <w:r>
              <w:rPr>
                <w:rFonts w:eastAsia="ＭＳ 明朝" w:cs="ＭＳ 明朝"/>
                <w:color w:val="000000"/>
                <w:sz w:val="17"/>
                <w:lang w:val="ja-JP" w:eastAsia="ja-JP"/>
              </w:rPr>
              <w:tab/>
              <w:t>所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971A5B" w14:textId="77777777" w:rsidR="00FB2F32" w:rsidRDefault="00000000">
            <w:pPr>
              <w:widowControl w:val="0"/>
              <w:tabs>
                <w:tab w:val="left" w:pos="1188"/>
              </w:tabs>
              <w:kinsoku w:val="0"/>
              <w:overflowPunct w:val="0"/>
              <w:autoSpaceDE w:val="0"/>
              <w:autoSpaceDN w:val="0"/>
              <w:snapToGrid w:val="0"/>
              <w:spacing w:before="76" w:line="187" w:lineRule="exact"/>
              <w:ind w:left="406"/>
            </w:pPr>
            <w:r>
              <w:rPr>
                <w:rFonts w:eastAsia="ＭＳ 明朝" w:cs="ＭＳ 明朝"/>
                <w:color w:val="000000"/>
                <w:sz w:val="17"/>
                <w:lang w:val="ja-JP" w:eastAsia="ja-JP"/>
              </w:rPr>
              <w:t>氏</w:t>
            </w:r>
            <w:r>
              <w:rPr>
                <w:rFonts w:eastAsia="ＭＳ 明朝" w:cs="ＭＳ 明朝"/>
                <w:color w:val="000000"/>
                <w:sz w:val="17"/>
                <w:lang w:val="ja-JP" w:eastAsia="ja-JP"/>
              </w:rPr>
              <w:tab/>
              <w:t>名</w:t>
            </w:r>
          </w:p>
        </w:tc>
        <w:tc>
          <w:tcPr>
            <w:tcW w:w="78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B01B5" w14:textId="77777777" w:rsidR="00FB2F32" w:rsidRDefault="00FB2F32"/>
        </w:tc>
      </w:tr>
      <w:tr w:rsidR="00FB2F32" w14:paraId="1E0389FF" w14:textId="77777777">
        <w:trPr>
          <w:cantSplit/>
          <w:trHeight w:val="522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0C37FC3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7090CEC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1416C3D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5E223F8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F8AC9B3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A68867B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6FC0E32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EB99B7C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18EBFAE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C5C7C09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30F28A1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7968DA5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5C4AEA9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56D5A51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F2EB5DB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</w:tr>
      <w:tr w:rsidR="00FB2F32" w14:paraId="28F44781" w14:textId="77777777">
        <w:trPr>
          <w:cantSplit/>
          <w:trHeight w:val="520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8D1C3A6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24B59C5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FBFC9AF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BA926CE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3425359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284651B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C27ACAD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91849F4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3D9FF11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D1AF875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EBA6CB4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0E92B2D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C2A4BDF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DAD5A6B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E727B63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</w:tr>
      <w:tr w:rsidR="00FB2F32" w14:paraId="0C2E14F8" w14:textId="77777777">
        <w:trPr>
          <w:cantSplit/>
          <w:trHeight w:val="520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E67DEBB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1D86E9F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7189690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554F31E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6FFB9D1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B883A54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4327338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E7B08DB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10F8769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BCA966C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5F96773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C02AC25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D9313EF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E70817A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D24145E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</w:tr>
      <w:tr w:rsidR="00FB2F32" w14:paraId="16272013" w14:textId="77777777">
        <w:trPr>
          <w:cantSplit/>
          <w:trHeight w:val="520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EE7381F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760E8C8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BCF339A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6FB407C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FE5AEF7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975EC01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BEBDDFF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2B04E62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0BC0222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7AAA7D8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8F5ECFA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D90EEB1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C21B4CC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421CE4D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FF431CB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</w:tr>
      <w:tr w:rsidR="00FB2F32" w14:paraId="1D83DBD1" w14:textId="77777777">
        <w:trPr>
          <w:cantSplit/>
          <w:trHeight w:val="522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6063EE2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8A756F7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6C02D1A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58F2373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F4FC6ED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28F24E6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8876B3D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E29DB46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6CDFDA6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7888E64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CCB57F0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FF96236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D398B27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39C59B2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029C553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</w:tr>
      <w:tr w:rsidR="00FB2F32" w14:paraId="376D2AEE" w14:textId="77777777">
        <w:trPr>
          <w:cantSplit/>
          <w:trHeight w:val="520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694B285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1919119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87864CA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DBF8B33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84BFA11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5C55683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E94AEA3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8FC9542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CF6C9FC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2AFAD8D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8A1CE5F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276C551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17C6DBE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D8B1080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B04EFB7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</w:tr>
      <w:tr w:rsidR="00FB2F32" w14:paraId="5194A88A" w14:textId="77777777">
        <w:trPr>
          <w:cantSplit/>
          <w:trHeight w:val="520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214B237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F05EC4E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1473DC9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51A0C81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35E8B74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D18ABC5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6827B1C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6B9B325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D1A6157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8152AB6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F14555E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A1BDB67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9BCD99A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CF4EB52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AF484BA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</w:tr>
      <w:tr w:rsidR="00FB2F32" w14:paraId="52F84CBC" w14:textId="77777777">
        <w:trPr>
          <w:cantSplit/>
          <w:trHeight w:val="520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F128F39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60D566D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8B94979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7447170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7C09E4B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3857D75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32AE604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FC712AC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3244DEB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2CDE68B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01248D9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8818B78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CD03DE1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BE2BEEC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4C349F1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</w:tr>
      <w:tr w:rsidR="00FB2F32" w14:paraId="00E4EB9F" w14:textId="77777777">
        <w:trPr>
          <w:cantSplit/>
          <w:trHeight w:val="522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AA4AC41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A70F8EE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B0A8899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E2709A7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AAA5516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38F0BED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1C96242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5CB4BAD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323138D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3B1CAAF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6B979D6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483CD8C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F7166A7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C7BD2A3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54C7302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</w:tr>
      <w:tr w:rsidR="00FB2F32" w14:paraId="178BA732" w14:textId="77777777">
        <w:trPr>
          <w:cantSplit/>
          <w:trHeight w:val="520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92FE8B5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DFF5F90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9020D9F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ED185C5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705BDE5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252C02D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BA34AD9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27B5222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00A9A05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1C3B072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B54DE5B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1E313D6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F7CDD39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43F9D82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78A8134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</w:tr>
      <w:tr w:rsidR="00FB2F32" w14:paraId="187722AA" w14:textId="77777777">
        <w:trPr>
          <w:cantSplit/>
          <w:trHeight w:val="520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399F404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43328E7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9B4EB86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CBC6A12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33DE7B7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8EF33A4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B9D0474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1C0A2DF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634F87D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92DA515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722F005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25EBE0B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7AD77C0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4D7CCBA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5D5DC74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</w:tr>
      <w:tr w:rsidR="00FB2F32" w14:paraId="7C9AF281" w14:textId="77777777">
        <w:trPr>
          <w:cantSplit/>
          <w:trHeight w:val="522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D79830A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9A4E1B6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573DD1B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8F6346B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845BE04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69794CB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033F476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435F5A2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51D2C7C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B4050BC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D662545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2B0B443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0005344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7874B3F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C5E66CF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</w:tr>
      <w:tr w:rsidR="00FB2F32" w14:paraId="4BE06318" w14:textId="77777777">
        <w:trPr>
          <w:cantSplit/>
          <w:trHeight w:val="520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F5640DD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B033DD3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6676B79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892ADB1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E1E23A3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549F0DD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0AA4785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F868F43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832BDEE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DAD1CF8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53D10D6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2BBCB2A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96DF9E8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B18DF1E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43477AF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</w:tr>
      <w:tr w:rsidR="00FB2F32" w14:paraId="44BDF875" w14:textId="77777777">
        <w:trPr>
          <w:cantSplit/>
          <w:trHeight w:val="575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A46667C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9D689EC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6760BB6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9AC0B06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82FD115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D74B552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15CE872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44E5F91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DB504C9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48554F5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A190ED9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E5B7E7D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7104B37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7225399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AEDED85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</w:tr>
    </w:tbl>
    <w:p w14:paraId="46F18522" w14:textId="77777777" w:rsidR="00FB2F32" w:rsidRDefault="00000000">
      <w:pPr>
        <w:widowControl w:val="0"/>
        <w:tabs>
          <w:tab w:val="left" w:pos="1398"/>
        </w:tabs>
        <w:kinsoku w:val="0"/>
        <w:overflowPunct w:val="0"/>
        <w:autoSpaceDE w:val="0"/>
        <w:autoSpaceDN w:val="0"/>
        <w:snapToGrid w:val="0"/>
        <w:spacing w:before="126" w:line="187" w:lineRule="exact"/>
        <w:ind w:left="418"/>
        <w:rPr>
          <w:lang w:eastAsia="ja-JP"/>
        </w:rPr>
      </w:pP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（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注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）</w:t>
      </w:r>
      <w:r>
        <w:rPr>
          <w:rFonts w:eastAsia="ＭＳ 明朝" w:cs="ＭＳ 明朝"/>
          <w:color w:val="000000"/>
          <w:sz w:val="17"/>
          <w:lang w:val="ja-JP" w:eastAsia="ja-JP"/>
        </w:rPr>
        <w:t>１</w:t>
      </w:r>
      <w:r>
        <w:rPr>
          <w:rFonts w:eastAsia="ＭＳ 明朝" w:cs="ＭＳ 明朝"/>
          <w:color w:val="000000"/>
          <w:sz w:val="17"/>
          <w:lang w:val="ja-JP" w:eastAsia="ja-JP"/>
        </w:rPr>
        <w:tab/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開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発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面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積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の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詳細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を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別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紙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「付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属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表」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に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ま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と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める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こ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と</w:t>
      </w:r>
      <w:r>
        <w:rPr>
          <w:rFonts w:eastAsia="ＭＳ 明朝" w:cs="ＭＳ 明朝"/>
          <w:color w:val="000000"/>
          <w:sz w:val="17"/>
          <w:lang w:val="ja-JP" w:eastAsia="ja-JP"/>
        </w:rPr>
        <w:t>。</w:t>
      </w:r>
    </w:p>
    <w:p w14:paraId="3A8D4105" w14:textId="77777777" w:rsidR="00FB2F32" w:rsidRDefault="00000000">
      <w:pPr>
        <w:widowControl w:val="0"/>
        <w:tabs>
          <w:tab w:val="left" w:pos="1398"/>
        </w:tabs>
        <w:kinsoku w:val="0"/>
        <w:overflowPunct w:val="0"/>
        <w:autoSpaceDE w:val="0"/>
        <w:autoSpaceDN w:val="0"/>
        <w:snapToGrid w:val="0"/>
        <w:spacing w:before="26" w:line="187" w:lineRule="exact"/>
        <w:ind w:left="1004"/>
        <w:rPr>
          <w:lang w:eastAsia="ja-JP"/>
        </w:rPr>
      </w:pPr>
      <w:r>
        <w:rPr>
          <w:rFonts w:eastAsia="ＭＳ 明朝" w:cs="ＭＳ 明朝"/>
          <w:color w:val="000000"/>
          <w:sz w:val="17"/>
          <w:lang w:val="ja-JP" w:eastAsia="ja-JP"/>
        </w:rPr>
        <w:t>２</w:t>
      </w:r>
      <w:r>
        <w:rPr>
          <w:rFonts w:eastAsia="ＭＳ 明朝" w:cs="ＭＳ 明朝"/>
          <w:color w:val="000000"/>
          <w:sz w:val="17"/>
          <w:lang w:val="ja-JP" w:eastAsia="ja-JP"/>
        </w:rPr>
        <w:tab/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字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毎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に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字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計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、表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毎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に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小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計を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出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し、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最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後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に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合計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数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字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を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記入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す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る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こ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と</w:t>
      </w:r>
      <w:r>
        <w:rPr>
          <w:rFonts w:eastAsia="ＭＳ 明朝" w:cs="ＭＳ 明朝"/>
          <w:color w:val="000000"/>
          <w:sz w:val="17"/>
          <w:lang w:val="ja-JP" w:eastAsia="ja-JP"/>
        </w:rPr>
        <w:t>。</w:t>
      </w:r>
    </w:p>
    <w:p w14:paraId="58042439" w14:textId="77777777" w:rsidR="00FB2F32" w:rsidRDefault="00FB2F32">
      <w:pPr>
        <w:widowControl w:val="0"/>
        <w:kinsoku w:val="0"/>
        <w:overflowPunct w:val="0"/>
        <w:autoSpaceDE w:val="0"/>
        <w:autoSpaceDN w:val="0"/>
        <w:snapToGrid w:val="0"/>
        <w:spacing w:line="20" w:lineRule="exact"/>
        <w:rPr>
          <w:lang w:eastAsia="ja-JP"/>
        </w:rPr>
        <w:sectPr w:rsidR="00FB2F32">
          <w:footerReference w:type="default" r:id="rId10"/>
          <w:pgSz w:w="16838" w:h="11906" w:orient="landscape"/>
          <w:pgMar w:top="700" w:right="460" w:bottom="960" w:left="1000" w:header="240" w:footer="800" w:gutter="0"/>
          <w:cols w:space="720"/>
          <w:docGrid w:linePitch="360"/>
        </w:sectPr>
      </w:pPr>
    </w:p>
    <w:p w14:paraId="31EE7C85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434" w:line="187" w:lineRule="exact"/>
        <w:ind w:left="514"/>
      </w:pPr>
      <w:r w:rsidRPr="000020E5">
        <w:rPr>
          <w:rFonts w:eastAsia="ＭＳ 明朝" w:cs="ＭＳ 明朝"/>
          <w:color w:val="000000"/>
          <w:spacing w:val="26"/>
          <w:sz w:val="17"/>
          <w:lang w:eastAsia="ja-JP"/>
        </w:rPr>
        <w:lastRenderedPageBreak/>
        <w:t>（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参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考様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式</w:t>
      </w:r>
      <w:r w:rsidRPr="000020E5">
        <w:rPr>
          <w:rFonts w:eastAsia="ＭＳ 明朝" w:cs="ＭＳ 明朝"/>
          <w:color w:val="000000"/>
          <w:spacing w:val="26"/>
          <w:sz w:val="17"/>
          <w:lang w:eastAsia="ja-JP"/>
        </w:rPr>
        <w:t>２</w:t>
      </w:r>
      <w:r w:rsidRPr="000020E5">
        <w:rPr>
          <w:rFonts w:eastAsia="ＭＳ 明朝" w:cs="ＭＳ 明朝"/>
          <w:color w:val="000000"/>
          <w:spacing w:val="24"/>
          <w:sz w:val="17"/>
          <w:lang w:eastAsia="ja-JP"/>
        </w:rPr>
        <w:t>－</w:t>
      </w:r>
      <w:r w:rsidRPr="000020E5">
        <w:rPr>
          <w:rFonts w:eastAsia="ＭＳ 明朝" w:cs="ＭＳ 明朝"/>
          <w:color w:val="000000"/>
          <w:spacing w:val="26"/>
          <w:sz w:val="17"/>
          <w:lang w:eastAsia="ja-JP"/>
        </w:rPr>
        <w:t>１－</w:t>
      </w:r>
      <w:r w:rsidRPr="000020E5">
        <w:rPr>
          <w:rFonts w:eastAsia="ＭＳ 明朝" w:cs="ＭＳ 明朝"/>
          <w:color w:val="000000"/>
          <w:spacing w:val="24"/>
          <w:sz w:val="17"/>
          <w:lang w:eastAsia="ja-JP"/>
        </w:rPr>
        <w:t>１</w:t>
      </w:r>
      <w:r w:rsidRPr="000020E5">
        <w:rPr>
          <w:rFonts w:eastAsia="ＭＳ 明朝" w:cs="ＭＳ 明朝"/>
          <w:color w:val="000000"/>
          <w:sz w:val="17"/>
          <w:lang w:eastAsia="ja-JP"/>
        </w:rPr>
        <w:t>）</w:t>
      </w:r>
    </w:p>
    <w:p w14:paraId="252BBDAE" w14:textId="77777777" w:rsidR="00FB2F32" w:rsidRDefault="00000000">
      <w:pPr>
        <w:widowControl w:val="0"/>
        <w:tabs>
          <w:tab w:val="left" w:pos="6104"/>
          <w:tab w:val="left" w:pos="6603"/>
          <w:tab w:val="left" w:pos="7102"/>
          <w:tab w:val="left" w:pos="7602"/>
          <w:tab w:val="left" w:pos="8101"/>
          <w:tab w:val="left" w:pos="8600"/>
          <w:tab w:val="left" w:pos="9099"/>
        </w:tabs>
        <w:kinsoku w:val="0"/>
        <w:overflowPunct w:val="0"/>
        <w:autoSpaceDE w:val="0"/>
        <w:autoSpaceDN w:val="0"/>
        <w:snapToGrid w:val="0"/>
        <w:spacing w:before="26" w:line="187" w:lineRule="exact"/>
        <w:ind w:left="5605"/>
      </w:pPr>
      <w:r>
        <w:rPr>
          <w:rFonts w:eastAsia="ＭＳ 明朝" w:cs="ＭＳ 明朝"/>
          <w:color w:val="000000"/>
          <w:w w:val="203"/>
          <w:sz w:val="17"/>
          <w:lang w:val="ja-JP" w:eastAsia="ja-JP"/>
        </w:rPr>
        <w:t>付</w:t>
      </w:r>
      <w:r w:rsidRPr="000020E5">
        <w:rPr>
          <w:rFonts w:eastAsia="ＭＳ 明朝" w:cs="ＭＳ 明朝"/>
          <w:color w:val="000000"/>
          <w:sz w:val="17"/>
          <w:lang w:eastAsia="ja-JP"/>
        </w:rPr>
        <w:tab/>
      </w:r>
      <w:r>
        <w:rPr>
          <w:rFonts w:eastAsia="ＭＳ 明朝" w:cs="ＭＳ 明朝"/>
          <w:color w:val="000000"/>
          <w:w w:val="203"/>
          <w:sz w:val="17"/>
          <w:lang w:val="ja-JP" w:eastAsia="ja-JP"/>
        </w:rPr>
        <w:t>属</w:t>
      </w:r>
      <w:r w:rsidRPr="000020E5">
        <w:rPr>
          <w:rFonts w:eastAsia="ＭＳ 明朝" w:cs="ＭＳ 明朝"/>
          <w:color w:val="000000"/>
          <w:sz w:val="17"/>
          <w:lang w:eastAsia="ja-JP"/>
        </w:rPr>
        <w:tab/>
      </w:r>
      <w:r>
        <w:rPr>
          <w:rFonts w:eastAsia="ＭＳ 明朝" w:cs="ＭＳ 明朝"/>
          <w:color w:val="000000"/>
          <w:w w:val="203"/>
          <w:sz w:val="17"/>
          <w:lang w:val="ja-JP" w:eastAsia="ja-JP"/>
        </w:rPr>
        <w:t>表</w:t>
      </w:r>
      <w:r w:rsidRPr="000020E5">
        <w:rPr>
          <w:rFonts w:eastAsia="ＭＳ 明朝" w:cs="ＭＳ 明朝"/>
          <w:color w:val="000000"/>
          <w:sz w:val="17"/>
          <w:lang w:eastAsia="ja-JP"/>
        </w:rPr>
        <w:tab/>
      </w:r>
      <w:r w:rsidRPr="000020E5">
        <w:rPr>
          <w:rFonts w:eastAsia="ＭＳ 明朝" w:cs="ＭＳ 明朝"/>
          <w:color w:val="000000"/>
          <w:w w:val="203"/>
          <w:sz w:val="17"/>
          <w:lang w:eastAsia="ja-JP"/>
        </w:rPr>
        <w:t>Ⅰ</w:t>
      </w:r>
      <w:r w:rsidRPr="000020E5">
        <w:rPr>
          <w:rFonts w:eastAsia="ＭＳ 明朝" w:cs="ＭＳ 明朝"/>
          <w:color w:val="000000"/>
          <w:sz w:val="17"/>
          <w:lang w:eastAsia="ja-JP"/>
        </w:rPr>
        <w:tab/>
      </w:r>
      <w:r w:rsidRPr="000020E5">
        <w:rPr>
          <w:rFonts w:eastAsia="ＭＳ 明朝" w:cs="ＭＳ 明朝"/>
          <w:color w:val="000000"/>
          <w:w w:val="203"/>
          <w:sz w:val="17"/>
          <w:lang w:eastAsia="ja-JP"/>
        </w:rPr>
        <w:t>（</w:t>
      </w:r>
      <w:r w:rsidRPr="000020E5">
        <w:rPr>
          <w:rFonts w:eastAsia="ＭＳ 明朝" w:cs="ＭＳ 明朝"/>
          <w:color w:val="000000"/>
          <w:sz w:val="17"/>
          <w:lang w:eastAsia="ja-JP"/>
        </w:rPr>
        <w:tab/>
      </w:r>
      <w:r>
        <w:rPr>
          <w:rFonts w:eastAsia="ＭＳ 明朝" w:cs="ＭＳ 明朝"/>
          <w:color w:val="000000"/>
          <w:w w:val="203"/>
          <w:sz w:val="17"/>
          <w:lang w:val="ja-JP" w:eastAsia="ja-JP"/>
        </w:rPr>
        <w:t>森</w:t>
      </w:r>
      <w:r w:rsidRPr="000020E5">
        <w:rPr>
          <w:rFonts w:eastAsia="ＭＳ 明朝" w:cs="ＭＳ 明朝"/>
          <w:color w:val="000000"/>
          <w:sz w:val="17"/>
          <w:lang w:eastAsia="ja-JP"/>
        </w:rPr>
        <w:tab/>
      </w:r>
      <w:r>
        <w:rPr>
          <w:rFonts w:eastAsia="ＭＳ 明朝" w:cs="ＭＳ 明朝"/>
          <w:color w:val="000000"/>
          <w:w w:val="203"/>
          <w:sz w:val="17"/>
          <w:lang w:val="ja-JP" w:eastAsia="ja-JP"/>
        </w:rPr>
        <w:t>林</w:t>
      </w:r>
      <w:r w:rsidRPr="000020E5">
        <w:rPr>
          <w:rFonts w:eastAsia="ＭＳ 明朝" w:cs="ＭＳ 明朝"/>
          <w:color w:val="000000"/>
          <w:sz w:val="17"/>
          <w:lang w:eastAsia="ja-JP"/>
        </w:rPr>
        <w:tab/>
      </w:r>
      <w:r w:rsidRPr="000020E5">
        <w:rPr>
          <w:rFonts w:eastAsia="ＭＳ 明朝" w:cs="ＭＳ 明朝"/>
          <w:color w:val="000000"/>
          <w:w w:val="203"/>
          <w:sz w:val="17"/>
          <w:lang w:eastAsia="ja-JP"/>
        </w:rPr>
        <w:t>）</w:t>
      </w:r>
    </w:p>
    <w:p w14:paraId="1A187B01" w14:textId="77777777" w:rsidR="00FB2F32" w:rsidRDefault="00FB2F32">
      <w:pPr>
        <w:widowControl w:val="0"/>
        <w:kinsoku w:val="0"/>
        <w:overflowPunct w:val="0"/>
        <w:autoSpaceDE w:val="0"/>
        <w:autoSpaceDN w:val="0"/>
        <w:snapToGrid w:val="0"/>
        <w:spacing w:line="325" w:lineRule="exact"/>
      </w:pPr>
    </w:p>
    <w:tbl>
      <w:tblPr>
        <w:tblW w:w="13807" w:type="dxa"/>
        <w:tblInd w:w="51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785"/>
        <w:gridCol w:w="979"/>
        <w:gridCol w:w="979"/>
        <w:gridCol w:w="979"/>
        <w:gridCol w:w="1078"/>
        <w:gridCol w:w="979"/>
        <w:gridCol w:w="1075"/>
        <w:gridCol w:w="1176"/>
        <w:gridCol w:w="1176"/>
        <w:gridCol w:w="1078"/>
        <w:gridCol w:w="782"/>
        <w:gridCol w:w="782"/>
        <w:gridCol w:w="785"/>
        <w:gridCol w:w="1174"/>
      </w:tblGrid>
      <w:tr w:rsidR="00FB2F32" w14:paraId="0D13FFA0" w14:textId="77777777">
        <w:trPr>
          <w:cantSplit/>
          <w:trHeight w:val="414"/>
        </w:trPr>
        <w:tc>
          <w:tcPr>
            <w:tcW w:w="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339115" w14:textId="77777777" w:rsidR="00FB2F32" w:rsidRDefault="00000000">
            <w:pPr>
              <w:widowControl w:val="0"/>
              <w:tabs>
                <w:tab w:val="left" w:pos="502"/>
              </w:tabs>
              <w:kinsoku w:val="0"/>
              <w:overflowPunct w:val="0"/>
              <w:autoSpaceDE w:val="0"/>
              <w:autoSpaceDN w:val="0"/>
              <w:snapToGrid w:val="0"/>
              <w:spacing w:before="128" w:line="187" w:lineRule="exact"/>
              <w:ind w:left="110"/>
            </w:pPr>
            <w:r>
              <w:rPr>
                <w:rFonts w:eastAsia="ＭＳ 明朝" w:cs="ＭＳ 明朝"/>
                <w:color w:val="000000"/>
                <w:sz w:val="17"/>
                <w:lang w:val="ja-JP" w:eastAsia="ja-JP"/>
              </w:rPr>
              <w:t>土</w:t>
            </w:r>
            <w:r>
              <w:rPr>
                <w:rFonts w:eastAsia="ＭＳ 明朝" w:cs="ＭＳ 明朝"/>
                <w:color w:val="000000"/>
                <w:sz w:val="17"/>
                <w:lang w:val="ja-JP" w:eastAsia="ja-JP"/>
              </w:rPr>
              <w:tab/>
              <w:t>地</w:t>
            </w:r>
          </w:p>
          <w:p w14:paraId="2D51A38E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26" w:line="187" w:lineRule="exact"/>
              <w:ind w:left="110"/>
            </w:pPr>
            <w:r>
              <w:rPr>
                <w:rFonts w:eastAsia="ＭＳ 明朝" w:cs="ＭＳ 明朝"/>
                <w:color w:val="000000"/>
                <w:spacing w:val="26"/>
                <w:sz w:val="17"/>
                <w:lang w:val="ja-JP" w:eastAsia="ja-JP"/>
              </w:rPr>
              <w:t>明</w:t>
            </w:r>
            <w:r>
              <w:rPr>
                <w:rFonts w:eastAsia="ＭＳ 明朝" w:cs="ＭＳ 明朝"/>
                <w:color w:val="000000"/>
                <w:spacing w:val="24"/>
                <w:sz w:val="17"/>
                <w:lang w:val="ja-JP" w:eastAsia="ja-JP"/>
              </w:rPr>
              <w:t>細</w:t>
            </w:r>
            <w:r>
              <w:rPr>
                <w:rFonts w:eastAsia="ＭＳ 明朝" w:cs="ＭＳ 明朝"/>
                <w:color w:val="000000"/>
                <w:sz w:val="17"/>
                <w:lang w:val="ja-JP" w:eastAsia="ja-JP"/>
              </w:rPr>
              <w:t>表</w:t>
            </w:r>
          </w:p>
          <w:p w14:paraId="2FFC38A8" w14:textId="77777777" w:rsidR="00FB2F32" w:rsidRDefault="00000000">
            <w:pPr>
              <w:widowControl w:val="0"/>
              <w:tabs>
                <w:tab w:val="left" w:pos="502"/>
              </w:tabs>
              <w:kinsoku w:val="0"/>
              <w:overflowPunct w:val="0"/>
              <w:autoSpaceDE w:val="0"/>
              <w:autoSpaceDN w:val="0"/>
              <w:snapToGrid w:val="0"/>
              <w:spacing w:before="26" w:line="187" w:lineRule="exact"/>
              <w:ind w:left="110"/>
            </w:pPr>
            <w:r>
              <w:rPr>
                <w:rFonts w:eastAsia="ＭＳ 明朝" w:cs="ＭＳ 明朝"/>
                <w:color w:val="000000"/>
                <w:sz w:val="17"/>
                <w:lang w:val="ja-JP" w:eastAsia="ja-JP"/>
              </w:rPr>
              <w:t>番</w:t>
            </w:r>
            <w:r>
              <w:rPr>
                <w:rFonts w:eastAsia="ＭＳ 明朝" w:cs="ＭＳ 明朝"/>
                <w:color w:val="000000"/>
                <w:sz w:val="17"/>
                <w:lang w:val="ja-JP" w:eastAsia="ja-JP"/>
              </w:rPr>
              <w:tab/>
              <w:t>号</w:t>
            </w:r>
          </w:p>
        </w:tc>
        <w:tc>
          <w:tcPr>
            <w:tcW w:w="2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16561A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28" w:line="187" w:lineRule="exact"/>
              <w:ind w:left="305"/>
              <w:rPr>
                <w:lang w:eastAsia="ja-JP"/>
              </w:rPr>
            </w:pPr>
            <w:r>
              <w:rPr>
                <w:rFonts w:eastAsia="ＭＳ 明朝" w:cs="ＭＳ 明朝"/>
                <w:color w:val="000000"/>
                <w:spacing w:val="26"/>
                <w:sz w:val="17"/>
                <w:lang w:val="ja-JP" w:eastAsia="ja-JP"/>
              </w:rPr>
              <w:t>１</w:t>
            </w:r>
            <w:r>
              <w:rPr>
                <w:rFonts w:eastAsia="ＭＳ 明朝" w:cs="ＭＳ 明朝"/>
                <w:color w:val="000000"/>
                <w:spacing w:val="24"/>
                <w:sz w:val="17"/>
                <w:lang w:val="ja-JP" w:eastAsia="ja-JP"/>
              </w:rPr>
              <w:t>５</w:t>
            </w:r>
            <w:r>
              <w:rPr>
                <w:rFonts w:eastAsia="ＭＳ 明朝" w:cs="ＭＳ 明朝"/>
                <w:color w:val="000000"/>
                <w:spacing w:val="26"/>
                <w:sz w:val="17"/>
                <w:lang w:val="ja-JP" w:eastAsia="ja-JP"/>
              </w:rPr>
              <w:t>年生</w:t>
            </w:r>
            <w:r>
              <w:rPr>
                <w:rFonts w:eastAsia="ＭＳ 明朝" w:cs="ＭＳ 明朝"/>
                <w:color w:val="000000"/>
                <w:spacing w:val="24"/>
                <w:sz w:val="17"/>
                <w:lang w:val="ja-JP" w:eastAsia="ja-JP"/>
              </w:rPr>
              <w:t>以</w:t>
            </w:r>
            <w:r>
              <w:rPr>
                <w:rFonts w:eastAsia="ＭＳ 明朝" w:cs="ＭＳ 明朝"/>
                <w:color w:val="000000"/>
                <w:spacing w:val="26"/>
                <w:sz w:val="17"/>
                <w:lang w:val="ja-JP" w:eastAsia="ja-JP"/>
              </w:rPr>
              <w:t>下</w:t>
            </w:r>
            <w:r>
              <w:rPr>
                <w:rFonts w:eastAsia="ＭＳ 明朝" w:cs="ＭＳ 明朝"/>
                <w:color w:val="000000"/>
                <w:spacing w:val="24"/>
                <w:sz w:val="17"/>
                <w:lang w:val="ja-JP" w:eastAsia="ja-JP"/>
              </w:rPr>
              <w:t>の</w:t>
            </w:r>
            <w:r>
              <w:rPr>
                <w:rFonts w:eastAsia="ＭＳ 明朝" w:cs="ＭＳ 明朝"/>
                <w:color w:val="000000"/>
                <w:spacing w:val="26"/>
                <w:sz w:val="17"/>
                <w:lang w:val="ja-JP" w:eastAsia="ja-JP"/>
              </w:rPr>
              <w:t>森林</w:t>
            </w:r>
            <w:r>
              <w:rPr>
                <w:rFonts w:eastAsia="ＭＳ 明朝" w:cs="ＭＳ 明朝"/>
                <w:color w:val="000000"/>
                <w:spacing w:val="24"/>
                <w:sz w:val="17"/>
                <w:lang w:val="ja-JP" w:eastAsia="ja-JP"/>
              </w:rPr>
              <w:t>（</w:t>
            </w:r>
            <w:r>
              <w:rPr>
                <w:rFonts w:eastAsia="ＭＳ 明朝" w:cs="ＭＳ 明朝"/>
                <w:color w:val="000000"/>
                <w:spacing w:val="26"/>
                <w:sz w:val="17"/>
                <w:lang w:val="ja-JP" w:eastAsia="ja-JP"/>
              </w:rPr>
              <w:t>㎡</w:t>
            </w:r>
            <w:r>
              <w:rPr>
                <w:rFonts w:eastAsia="ＭＳ 明朝" w:cs="ＭＳ 明朝"/>
                <w:color w:val="000000"/>
                <w:sz w:val="17"/>
                <w:lang w:val="ja-JP" w:eastAsia="ja-JP"/>
              </w:rPr>
              <w:t>）</w:t>
            </w:r>
          </w:p>
        </w:tc>
        <w:tc>
          <w:tcPr>
            <w:tcW w:w="3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F211D1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28" w:line="187" w:lineRule="exact"/>
              <w:ind w:left="305"/>
              <w:rPr>
                <w:lang w:eastAsia="ja-JP"/>
              </w:rPr>
            </w:pPr>
            <w:r>
              <w:rPr>
                <w:rFonts w:eastAsia="ＭＳ 明朝" w:cs="ＭＳ 明朝"/>
                <w:color w:val="000000"/>
                <w:spacing w:val="26"/>
                <w:sz w:val="17"/>
                <w:lang w:val="ja-JP" w:eastAsia="ja-JP"/>
              </w:rPr>
              <w:t>１５</w:t>
            </w:r>
            <w:r>
              <w:rPr>
                <w:rFonts w:eastAsia="ＭＳ 明朝" w:cs="ＭＳ 明朝"/>
                <w:color w:val="000000"/>
                <w:spacing w:val="24"/>
                <w:sz w:val="17"/>
                <w:lang w:val="ja-JP" w:eastAsia="ja-JP"/>
              </w:rPr>
              <w:t>年</w:t>
            </w:r>
            <w:r>
              <w:rPr>
                <w:rFonts w:eastAsia="ＭＳ 明朝" w:cs="ＭＳ 明朝"/>
                <w:color w:val="000000"/>
                <w:spacing w:val="26"/>
                <w:sz w:val="17"/>
                <w:lang w:val="ja-JP" w:eastAsia="ja-JP"/>
              </w:rPr>
              <w:t>生</w:t>
            </w:r>
            <w:r>
              <w:rPr>
                <w:rFonts w:eastAsia="ＭＳ 明朝" w:cs="ＭＳ 明朝"/>
                <w:color w:val="000000"/>
                <w:spacing w:val="24"/>
                <w:sz w:val="17"/>
                <w:lang w:val="ja-JP" w:eastAsia="ja-JP"/>
              </w:rPr>
              <w:t>を</w:t>
            </w:r>
            <w:r>
              <w:rPr>
                <w:rFonts w:eastAsia="ＭＳ 明朝" w:cs="ＭＳ 明朝"/>
                <w:color w:val="000000"/>
                <w:spacing w:val="26"/>
                <w:sz w:val="17"/>
                <w:lang w:val="ja-JP" w:eastAsia="ja-JP"/>
              </w:rPr>
              <w:t>超</w:t>
            </w:r>
            <w:r>
              <w:rPr>
                <w:rFonts w:eastAsia="ＭＳ 明朝" w:cs="ＭＳ 明朝"/>
                <w:color w:val="000000"/>
                <w:spacing w:val="24"/>
                <w:sz w:val="17"/>
                <w:lang w:val="ja-JP" w:eastAsia="ja-JP"/>
              </w:rPr>
              <w:t>え</w:t>
            </w:r>
            <w:r>
              <w:rPr>
                <w:rFonts w:eastAsia="ＭＳ 明朝" w:cs="ＭＳ 明朝"/>
                <w:color w:val="000000"/>
                <w:spacing w:val="26"/>
                <w:sz w:val="17"/>
                <w:lang w:val="ja-JP" w:eastAsia="ja-JP"/>
              </w:rPr>
              <w:t>る森</w:t>
            </w:r>
            <w:r>
              <w:rPr>
                <w:rFonts w:eastAsia="ＭＳ 明朝" w:cs="ＭＳ 明朝"/>
                <w:color w:val="000000"/>
                <w:spacing w:val="24"/>
                <w:sz w:val="17"/>
                <w:lang w:val="ja-JP" w:eastAsia="ja-JP"/>
              </w:rPr>
              <w:t>林</w:t>
            </w:r>
            <w:r>
              <w:rPr>
                <w:rFonts w:eastAsia="ＭＳ 明朝" w:cs="ＭＳ 明朝"/>
                <w:color w:val="000000"/>
                <w:spacing w:val="26"/>
                <w:sz w:val="17"/>
                <w:lang w:val="ja-JP" w:eastAsia="ja-JP"/>
              </w:rPr>
              <w:t>（</w:t>
            </w:r>
            <w:r>
              <w:rPr>
                <w:rFonts w:eastAsia="ＭＳ 明朝" w:cs="ＭＳ 明朝"/>
                <w:color w:val="000000"/>
                <w:spacing w:val="24"/>
                <w:sz w:val="17"/>
                <w:lang w:val="ja-JP" w:eastAsia="ja-JP"/>
              </w:rPr>
              <w:t>㎡</w:t>
            </w:r>
            <w:r>
              <w:rPr>
                <w:rFonts w:eastAsia="ＭＳ 明朝" w:cs="ＭＳ 明朝"/>
                <w:color w:val="000000"/>
                <w:sz w:val="17"/>
                <w:lang w:val="ja-JP" w:eastAsia="ja-JP"/>
              </w:rPr>
              <w:t>）</w:t>
            </w:r>
          </w:p>
        </w:tc>
        <w:tc>
          <w:tcPr>
            <w:tcW w:w="11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2A247D4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342" w:line="187" w:lineRule="exact"/>
              <w:ind w:left="110"/>
            </w:pPr>
            <w:r>
              <w:rPr>
                <w:rFonts w:eastAsia="ＭＳ 明朝" w:cs="ＭＳ 明朝"/>
                <w:color w:val="000000"/>
                <w:spacing w:val="26"/>
                <w:sz w:val="17"/>
                <w:lang w:val="ja-JP" w:eastAsia="ja-JP"/>
              </w:rPr>
              <w:t>森林</w:t>
            </w:r>
            <w:r>
              <w:rPr>
                <w:rFonts w:eastAsia="ＭＳ 明朝" w:cs="ＭＳ 明朝"/>
                <w:color w:val="000000"/>
                <w:spacing w:val="24"/>
                <w:sz w:val="17"/>
                <w:lang w:val="ja-JP" w:eastAsia="ja-JP"/>
              </w:rPr>
              <w:t>面</w:t>
            </w:r>
            <w:r>
              <w:rPr>
                <w:rFonts w:eastAsia="ＭＳ 明朝" w:cs="ＭＳ 明朝"/>
                <w:color w:val="000000"/>
                <w:spacing w:val="26"/>
                <w:sz w:val="17"/>
                <w:lang w:val="ja-JP" w:eastAsia="ja-JP"/>
              </w:rPr>
              <w:t>積</w:t>
            </w:r>
            <w:r>
              <w:rPr>
                <w:rFonts w:eastAsia="ＭＳ 明朝" w:cs="ＭＳ 明朝"/>
                <w:color w:val="000000"/>
                <w:sz w:val="17"/>
                <w:lang w:val="ja-JP" w:eastAsia="ja-JP"/>
              </w:rPr>
              <w:t>計</w:t>
            </w:r>
          </w:p>
          <w:p w14:paraId="56AA861A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26" w:line="187" w:lineRule="exact"/>
              <w:ind w:left="307"/>
            </w:pPr>
            <w:r>
              <w:rPr>
                <w:rFonts w:eastAsia="ＭＳ 明朝" w:cs="ＭＳ 明朝"/>
                <w:color w:val="000000"/>
                <w:spacing w:val="24"/>
                <w:sz w:val="17"/>
                <w:lang w:val="ja-JP" w:eastAsia="ja-JP"/>
              </w:rPr>
              <w:t>（</w:t>
            </w:r>
            <w:r>
              <w:rPr>
                <w:rFonts w:eastAsia="ＭＳ 明朝" w:cs="ＭＳ 明朝"/>
                <w:color w:val="000000"/>
                <w:spacing w:val="26"/>
                <w:sz w:val="17"/>
                <w:lang w:val="ja-JP" w:eastAsia="ja-JP"/>
              </w:rPr>
              <w:t>㎡</w:t>
            </w:r>
            <w:r>
              <w:rPr>
                <w:rFonts w:eastAsia="ＭＳ 明朝" w:cs="ＭＳ 明朝"/>
                <w:color w:val="000000"/>
                <w:sz w:val="17"/>
                <w:lang w:val="ja-JP" w:eastAsia="ja-JP"/>
              </w:rPr>
              <w:t>）</w:t>
            </w:r>
          </w:p>
        </w:tc>
        <w:tc>
          <w:tcPr>
            <w:tcW w:w="11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E77779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28" w:line="187" w:lineRule="exact"/>
              <w:ind w:left="209"/>
            </w:pPr>
            <w:r>
              <w:rPr>
                <w:rFonts w:eastAsia="ＭＳ 明朝" w:cs="ＭＳ 明朝"/>
                <w:color w:val="000000"/>
                <w:spacing w:val="24"/>
                <w:sz w:val="17"/>
                <w:lang w:val="ja-JP" w:eastAsia="ja-JP"/>
              </w:rPr>
              <w:t>造</w:t>
            </w:r>
            <w:r>
              <w:rPr>
                <w:rFonts w:eastAsia="ＭＳ 明朝" w:cs="ＭＳ 明朝"/>
                <w:color w:val="000000"/>
                <w:spacing w:val="26"/>
                <w:sz w:val="17"/>
                <w:lang w:val="ja-JP" w:eastAsia="ja-JP"/>
              </w:rPr>
              <w:t>成森</w:t>
            </w:r>
            <w:r>
              <w:rPr>
                <w:rFonts w:eastAsia="ＭＳ 明朝" w:cs="ＭＳ 明朝"/>
                <w:color w:val="000000"/>
                <w:sz w:val="17"/>
                <w:lang w:val="ja-JP" w:eastAsia="ja-JP"/>
              </w:rPr>
              <w:t>林</w:t>
            </w:r>
          </w:p>
          <w:p w14:paraId="58DF499A" w14:textId="77777777" w:rsidR="00FB2F32" w:rsidRDefault="00000000">
            <w:pPr>
              <w:widowControl w:val="0"/>
              <w:tabs>
                <w:tab w:val="left" w:pos="797"/>
              </w:tabs>
              <w:kinsoku w:val="0"/>
              <w:overflowPunct w:val="0"/>
              <w:autoSpaceDE w:val="0"/>
              <w:autoSpaceDN w:val="0"/>
              <w:snapToGrid w:val="0"/>
              <w:spacing w:before="26" w:line="187" w:lineRule="exact"/>
              <w:ind w:left="209"/>
            </w:pPr>
            <w:r>
              <w:rPr>
                <w:rFonts w:eastAsia="ＭＳ 明朝" w:cs="ＭＳ 明朝"/>
                <w:color w:val="000000"/>
                <w:sz w:val="17"/>
                <w:lang w:val="ja-JP" w:eastAsia="ja-JP"/>
              </w:rPr>
              <w:t>面</w:t>
            </w:r>
            <w:r>
              <w:rPr>
                <w:rFonts w:eastAsia="ＭＳ 明朝" w:cs="ＭＳ 明朝"/>
                <w:color w:val="000000"/>
                <w:sz w:val="17"/>
                <w:lang w:val="ja-JP" w:eastAsia="ja-JP"/>
              </w:rPr>
              <w:tab/>
              <w:t>積</w:t>
            </w:r>
          </w:p>
          <w:p w14:paraId="09178153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26" w:line="187" w:lineRule="exact"/>
              <w:ind w:left="307"/>
            </w:pPr>
            <w:r>
              <w:rPr>
                <w:rFonts w:eastAsia="ＭＳ 明朝" w:cs="ＭＳ 明朝"/>
                <w:color w:val="000000"/>
                <w:spacing w:val="24"/>
                <w:sz w:val="17"/>
                <w:lang w:val="ja-JP" w:eastAsia="ja-JP"/>
              </w:rPr>
              <w:t>（</w:t>
            </w:r>
            <w:r>
              <w:rPr>
                <w:rFonts w:eastAsia="ＭＳ 明朝" w:cs="ＭＳ 明朝"/>
                <w:color w:val="000000"/>
                <w:spacing w:val="26"/>
                <w:sz w:val="17"/>
                <w:lang w:val="ja-JP" w:eastAsia="ja-JP"/>
              </w:rPr>
              <w:t>㎡</w:t>
            </w:r>
            <w:r>
              <w:rPr>
                <w:rFonts w:eastAsia="ＭＳ 明朝" w:cs="ＭＳ 明朝"/>
                <w:color w:val="000000"/>
                <w:sz w:val="17"/>
                <w:lang w:val="ja-JP" w:eastAsia="ja-JP"/>
              </w:rPr>
              <w:t>）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5C9019A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28" w:line="187" w:lineRule="exact"/>
              <w:ind w:left="158"/>
            </w:pPr>
            <w:r>
              <w:rPr>
                <w:rFonts w:eastAsia="ＭＳ 明朝" w:cs="ＭＳ 明朝"/>
                <w:color w:val="000000"/>
                <w:spacing w:val="26"/>
                <w:sz w:val="17"/>
                <w:lang w:val="ja-JP" w:eastAsia="ja-JP"/>
              </w:rPr>
              <w:t>造</w:t>
            </w:r>
            <w:r>
              <w:rPr>
                <w:rFonts w:eastAsia="ＭＳ 明朝" w:cs="ＭＳ 明朝"/>
                <w:color w:val="000000"/>
                <w:spacing w:val="24"/>
                <w:sz w:val="17"/>
                <w:lang w:val="ja-JP" w:eastAsia="ja-JP"/>
              </w:rPr>
              <w:t>成</w:t>
            </w:r>
            <w:r>
              <w:rPr>
                <w:rFonts w:eastAsia="ＭＳ 明朝" w:cs="ＭＳ 明朝"/>
                <w:color w:val="000000"/>
                <w:spacing w:val="26"/>
                <w:sz w:val="17"/>
                <w:lang w:val="ja-JP" w:eastAsia="ja-JP"/>
              </w:rPr>
              <w:t>緑</w:t>
            </w:r>
            <w:r>
              <w:rPr>
                <w:rFonts w:eastAsia="ＭＳ 明朝" w:cs="ＭＳ 明朝"/>
                <w:color w:val="000000"/>
                <w:sz w:val="17"/>
                <w:lang w:val="ja-JP" w:eastAsia="ja-JP"/>
              </w:rPr>
              <w:t>地</w:t>
            </w:r>
          </w:p>
          <w:p w14:paraId="6B4F507A" w14:textId="77777777" w:rsidR="00FB2F32" w:rsidRDefault="00000000">
            <w:pPr>
              <w:widowControl w:val="0"/>
              <w:tabs>
                <w:tab w:val="left" w:pos="746"/>
              </w:tabs>
              <w:kinsoku w:val="0"/>
              <w:overflowPunct w:val="0"/>
              <w:autoSpaceDE w:val="0"/>
              <w:autoSpaceDN w:val="0"/>
              <w:snapToGrid w:val="0"/>
              <w:spacing w:before="26" w:line="187" w:lineRule="exact"/>
              <w:ind w:left="158"/>
            </w:pPr>
            <w:r>
              <w:rPr>
                <w:rFonts w:eastAsia="ＭＳ 明朝" w:cs="ＭＳ 明朝"/>
                <w:color w:val="000000"/>
                <w:sz w:val="17"/>
                <w:lang w:val="ja-JP" w:eastAsia="ja-JP"/>
              </w:rPr>
              <w:t>面</w:t>
            </w:r>
            <w:r>
              <w:rPr>
                <w:rFonts w:eastAsia="ＭＳ 明朝" w:cs="ＭＳ 明朝"/>
                <w:color w:val="000000"/>
                <w:sz w:val="17"/>
                <w:lang w:val="ja-JP" w:eastAsia="ja-JP"/>
              </w:rPr>
              <w:tab/>
              <w:t>積</w:t>
            </w:r>
          </w:p>
          <w:p w14:paraId="5CCF48DC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26" w:line="187" w:lineRule="exact"/>
              <w:ind w:left="257"/>
            </w:pPr>
            <w:r>
              <w:rPr>
                <w:rFonts w:eastAsia="ＭＳ 明朝" w:cs="ＭＳ 明朝"/>
                <w:color w:val="000000"/>
                <w:spacing w:val="24"/>
                <w:sz w:val="17"/>
                <w:lang w:val="ja-JP" w:eastAsia="ja-JP"/>
              </w:rPr>
              <w:t>（</w:t>
            </w:r>
            <w:r>
              <w:rPr>
                <w:rFonts w:eastAsia="ＭＳ 明朝" w:cs="ＭＳ 明朝"/>
                <w:color w:val="000000"/>
                <w:spacing w:val="26"/>
                <w:sz w:val="17"/>
                <w:lang w:val="ja-JP" w:eastAsia="ja-JP"/>
              </w:rPr>
              <w:t>㎡</w:t>
            </w:r>
            <w:r>
              <w:rPr>
                <w:rFonts w:eastAsia="ＭＳ 明朝" w:cs="ＭＳ 明朝"/>
                <w:color w:val="000000"/>
                <w:sz w:val="17"/>
                <w:lang w:val="ja-JP" w:eastAsia="ja-JP"/>
              </w:rPr>
              <w:t>）</w:t>
            </w:r>
          </w:p>
        </w:tc>
        <w:tc>
          <w:tcPr>
            <w:tcW w:w="2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2B1989" w14:textId="77777777" w:rsidR="00FB2F32" w:rsidRDefault="00000000">
            <w:pPr>
              <w:widowControl w:val="0"/>
              <w:tabs>
                <w:tab w:val="left" w:pos="1382"/>
              </w:tabs>
              <w:kinsoku w:val="0"/>
              <w:overflowPunct w:val="0"/>
              <w:autoSpaceDE w:val="0"/>
              <w:autoSpaceDN w:val="0"/>
              <w:snapToGrid w:val="0"/>
              <w:spacing w:before="128" w:line="187" w:lineRule="exact"/>
              <w:ind w:left="794"/>
            </w:pPr>
            <w:r>
              <w:rPr>
                <w:rFonts w:eastAsia="ＭＳ 明朝" w:cs="ＭＳ 明朝"/>
                <w:color w:val="000000"/>
                <w:sz w:val="17"/>
                <w:lang w:val="ja-JP" w:eastAsia="ja-JP"/>
              </w:rPr>
              <w:t>林</w:t>
            </w:r>
            <w:r>
              <w:rPr>
                <w:rFonts w:eastAsia="ＭＳ 明朝" w:cs="ＭＳ 明朝"/>
                <w:color w:val="000000"/>
                <w:sz w:val="17"/>
                <w:lang w:val="ja-JP" w:eastAsia="ja-JP"/>
              </w:rPr>
              <w:tab/>
              <w:t>況</w:t>
            </w:r>
          </w:p>
        </w:tc>
        <w:tc>
          <w:tcPr>
            <w:tcW w:w="11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7F48AD" w14:textId="77777777" w:rsidR="00FB2F32" w:rsidRDefault="00000000">
            <w:pPr>
              <w:widowControl w:val="0"/>
              <w:tabs>
                <w:tab w:val="left" w:pos="893"/>
              </w:tabs>
              <w:kinsoku w:val="0"/>
              <w:overflowPunct w:val="0"/>
              <w:autoSpaceDE w:val="0"/>
              <w:autoSpaceDN w:val="0"/>
              <w:snapToGrid w:val="0"/>
              <w:spacing w:before="342" w:line="187" w:lineRule="exact"/>
              <w:ind w:left="110"/>
            </w:pPr>
            <w:r>
              <w:rPr>
                <w:rFonts w:eastAsia="ＭＳ 明朝" w:cs="ＭＳ 明朝"/>
                <w:color w:val="000000"/>
                <w:sz w:val="17"/>
                <w:lang w:val="ja-JP" w:eastAsia="ja-JP"/>
              </w:rPr>
              <w:t>備</w:t>
            </w:r>
            <w:r>
              <w:rPr>
                <w:rFonts w:eastAsia="ＭＳ 明朝" w:cs="ＭＳ 明朝"/>
                <w:color w:val="000000"/>
                <w:sz w:val="17"/>
                <w:lang w:val="ja-JP" w:eastAsia="ja-JP"/>
              </w:rPr>
              <w:tab/>
              <w:t>考</w:t>
            </w:r>
          </w:p>
        </w:tc>
      </w:tr>
      <w:tr w:rsidR="00FB2F32" w14:paraId="140B8F69" w14:textId="77777777">
        <w:trPr>
          <w:cantSplit/>
          <w:trHeight w:val="414"/>
        </w:trPr>
        <w:tc>
          <w:tcPr>
            <w:tcW w:w="7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24A75" w14:textId="77777777" w:rsidR="00FB2F32" w:rsidRDefault="00FB2F32"/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2F4039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28" w:line="187" w:lineRule="exact"/>
              <w:ind w:left="110"/>
            </w:pPr>
            <w:r>
              <w:rPr>
                <w:rFonts w:eastAsia="ＭＳ 明朝" w:cs="ＭＳ 明朝"/>
                <w:color w:val="000000"/>
                <w:spacing w:val="24"/>
                <w:sz w:val="17"/>
                <w:lang w:val="ja-JP" w:eastAsia="ja-JP"/>
              </w:rPr>
              <w:t>開</w:t>
            </w:r>
            <w:r>
              <w:rPr>
                <w:rFonts w:eastAsia="ＭＳ 明朝" w:cs="ＭＳ 明朝"/>
                <w:color w:val="000000"/>
                <w:spacing w:val="26"/>
                <w:sz w:val="17"/>
                <w:lang w:val="ja-JP" w:eastAsia="ja-JP"/>
              </w:rPr>
              <w:t>発</w:t>
            </w:r>
            <w:r>
              <w:rPr>
                <w:rFonts w:eastAsia="ＭＳ 明朝" w:cs="ＭＳ 明朝"/>
                <w:color w:val="000000"/>
                <w:spacing w:val="24"/>
                <w:sz w:val="17"/>
                <w:lang w:val="ja-JP" w:eastAsia="ja-JP"/>
              </w:rPr>
              <w:t>面</w:t>
            </w:r>
            <w:r>
              <w:rPr>
                <w:rFonts w:eastAsia="ＭＳ 明朝" w:cs="ＭＳ 明朝"/>
                <w:color w:val="000000"/>
                <w:sz w:val="17"/>
                <w:lang w:val="ja-JP" w:eastAsia="ja-JP"/>
              </w:rPr>
              <w:t>積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BF9CC0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28" w:line="187" w:lineRule="exact"/>
              <w:ind w:left="110"/>
            </w:pPr>
            <w:r>
              <w:rPr>
                <w:rFonts w:eastAsia="ＭＳ 明朝" w:cs="ＭＳ 明朝"/>
                <w:color w:val="000000"/>
                <w:spacing w:val="24"/>
                <w:sz w:val="17"/>
                <w:lang w:val="ja-JP" w:eastAsia="ja-JP"/>
              </w:rPr>
              <w:t>残</w:t>
            </w:r>
            <w:r>
              <w:rPr>
                <w:rFonts w:eastAsia="ＭＳ 明朝" w:cs="ＭＳ 明朝"/>
                <w:color w:val="000000"/>
                <w:spacing w:val="26"/>
                <w:sz w:val="17"/>
                <w:lang w:val="ja-JP" w:eastAsia="ja-JP"/>
              </w:rPr>
              <w:t>置</w:t>
            </w:r>
            <w:r>
              <w:rPr>
                <w:rFonts w:eastAsia="ＭＳ 明朝" w:cs="ＭＳ 明朝"/>
                <w:color w:val="000000"/>
                <w:spacing w:val="24"/>
                <w:sz w:val="17"/>
                <w:lang w:val="ja-JP" w:eastAsia="ja-JP"/>
              </w:rPr>
              <w:t>面</w:t>
            </w:r>
            <w:r>
              <w:rPr>
                <w:rFonts w:eastAsia="ＭＳ 明朝" w:cs="ＭＳ 明朝"/>
                <w:color w:val="000000"/>
                <w:sz w:val="17"/>
                <w:lang w:val="ja-JP" w:eastAsia="ja-JP"/>
              </w:rPr>
              <w:t>積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ED6DFB" w14:textId="77777777" w:rsidR="00FB2F32" w:rsidRDefault="00000000">
            <w:pPr>
              <w:widowControl w:val="0"/>
              <w:tabs>
                <w:tab w:val="left" w:pos="598"/>
              </w:tabs>
              <w:kinsoku w:val="0"/>
              <w:overflowPunct w:val="0"/>
              <w:autoSpaceDE w:val="0"/>
              <w:autoSpaceDN w:val="0"/>
              <w:snapToGrid w:val="0"/>
              <w:spacing w:before="128" w:line="187" w:lineRule="exact"/>
              <w:ind w:left="206"/>
            </w:pPr>
            <w:r>
              <w:rPr>
                <w:rFonts w:eastAsia="ＭＳ 明朝" w:cs="ＭＳ 明朝"/>
                <w:color w:val="000000"/>
                <w:sz w:val="17"/>
                <w:lang w:val="ja-JP" w:eastAsia="ja-JP"/>
              </w:rPr>
              <w:t>小</w:t>
            </w:r>
            <w:r>
              <w:rPr>
                <w:rFonts w:eastAsia="ＭＳ 明朝" w:cs="ＭＳ 明朝"/>
                <w:color w:val="000000"/>
                <w:sz w:val="17"/>
                <w:lang w:val="ja-JP" w:eastAsia="ja-JP"/>
              </w:rPr>
              <w:tab/>
              <w:t>計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A11650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28" w:line="187" w:lineRule="exact"/>
              <w:ind w:left="158"/>
            </w:pPr>
            <w:r>
              <w:rPr>
                <w:rFonts w:eastAsia="ＭＳ 明朝" w:cs="ＭＳ 明朝"/>
                <w:color w:val="000000"/>
                <w:spacing w:val="26"/>
                <w:sz w:val="17"/>
                <w:lang w:val="ja-JP" w:eastAsia="ja-JP"/>
              </w:rPr>
              <w:t>開</w:t>
            </w:r>
            <w:r>
              <w:rPr>
                <w:rFonts w:eastAsia="ＭＳ 明朝" w:cs="ＭＳ 明朝"/>
                <w:color w:val="000000"/>
                <w:spacing w:val="24"/>
                <w:sz w:val="17"/>
                <w:lang w:val="ja-JP" w:eastAsia="ja-JP"/>
              </w:rPr>
              <w:t>発</w:t>
            </w:r>
            <w:r>
              <w:rPr>
                <w:rFonts w:eastAsia="ＭＳ 明朝" w:cs="ＭＳ 明朝"/>
                <w:color w:val="000000"/>
                <w:spacing w:val="26"/>
                <w:sz w:val="17"/>
                <w:lang w:val="ja-JP" w:eastAsia="ja-JP"/>
              </w:rPr>
              <w:t>面</w:t>
            </w:r>
            <w:r>
              <w:rPr>
                <w:rFonts w:eastAsia="ＭＳ 明朝" w:cs="ＭＳ 明朝"/>
                <w:color w:val="000000"/>
                <w:sz w:val="17"/>
                <w:lang w:val="ja-JP" w:eastAsia="ja-JP"/>
              </w:rPr>
              <w:t>積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E1FCFD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28" w:line="187" w:lineRule="exact"/>
              <w:ind w:left="110"/>
            </w:pPr>
            <w:r>
              <w:rPr>
                <w:rFonts w:eastAsia="ＭＳ 明朝" w:cs="ＭＳ 明朝"/>
                <w:color w:val="000000"/>
                <w:spacing w:val="24"/>
                <w:sz w:val="17"/>
                <w:lang w:val="ja-JP" w:eastAsia="ja-JP"/>
              </w:rPr>
              <w:t>残</w:t>
            </w:r>
            <w:r>
              <w:rPr>
                <w:rFonts w:eastAsia="ＭＳ 明朝" w:cs="ＭＳ 明朝"/>
                <w:color w:val="000000"/>
                <w:spacing w:val="26"/>
                <w:sz w:val="17"/>
                <w:lang w:val="ja-JP" w:eastAsia="ja-JP"/>
              </w:rPr>
              <w:t>置</w:t>
            </w:r>
            <w:r>
              <w:rPr>
                <w:rFonts w:eastAsia="ＭＳ 明朝" w:cs="ＭＳ 明朝"/>
                <w:color w:val="000000"/>
                <w:spacing w:val="24"/>
                <w:sz w:val="17"/>
                <w:lang w:val="ja-JP" w:eastAsia="ja-JP"/>
              </w:rPr>
              <w:t>面</w:t>
            </w:r>
            <w:r>
              <w:rPr>
                <w:rFonts w:eastAsia="ＭＳ 明朝" w:cs="ＭＳ 明朝"/>
                <w:color w:val="000000"/>
                <w:sz w:val="17"/>
                <w:lang w:val="ja-JP" w:eastAsia="ja-JP"/>
              </w:rPr>
              <w:t>積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B34E8D" w14:textId="77777777" w:rsidR="00FB2F32" w:rsidRDefault="00000000">
            <w:pPr>
              <w:widowControl w:val="0"/>
              <w:tabs>
                <w:tab w:val="left" w:pos="648"/>
              </w:tabs>
              <w:kinsoku w:val="0"/>
              <w:overflowPunct w:val="0"/>
              <w:autoSpaceDE w:val="0"/>
              <w:autoSpaceDN w:val="0"/>
              <w:snapToGrid w:val="0"/>
              <w:spacing w:before="128" w:line="187" w:lineRule="exact"/>
              <w:ind w:left="257"/>
            </w:pPr>
            <w:r>
              <w:rPr>
                <w:rFonts w:eastAsia="ＭＳ 明朝" w:cs="ＭＳ 明朝"/>
                <w:color w:val="000000"/>
                <w:sz w:val="17"/>
                <w:lang w:val="ja-JP" w:eastAsia="ja-JP"/>
              </w:rPr>
              <w:t>小</w:t>
            </w:r>
            <w:r>
              <w:rPr>
                <w:rFonts w:eastAsia="ＭＳ 明朝" w:cs="ＭＳ 明朝"/>
                <w:color w:val="000000"/>
                <w:sz w:val="17"/>
                <w:lang w:val="ja-JP" w:eastAsia="ja-JP"/>
              </w:rPr>
              <w:tab/>
              <w:t>計</w:t>
            </w: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94C7E" w14:textId="77777777" w:rsidR="00FB2F32" w:rsidRDefault="00FB2F32"/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84C61" w14:textId="77777777" w:rsidR="00FB2F32" w:rsidRDefault="00FB2F32"/>
        </w:tc>
        <w:tc>
          <w:tcPr>
            <w:tcW w:w="1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6C71C" w14:textId="77777777" w:rsidR="00FB2F32" w:rsidRDefault="00FB2F32"/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C1348B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28" w:line="187" w:lineRule="exact"/>
              <w:ind w:left="108"/>
            </w:pPr>
            <w:r>
              <w:rPr>
                <w:rFonts w:eastAsia="ＭＳ 明朝" w:cs="ＭＳ 明朝"/>
                <w:color w:val="000000"/>
                <w:spacing w:val="26"/>
                <w:sz w:val="17"/>
                <w:lang w:val="ja-JP" w:eastAsia="ja-JP"/>
              </w:rPr>
              <w:t>人天</w:t>
            </w:r>
            <w:r>
              <w:rPr>
                <w:rFonts w:eastAsia="ＭＳ 明朝" w:cs="ＭＳ 明朝"/>
                <w:color w:val="000000"/>
                <w:sz w:val="17"/>
                <w:lang w:val="ja-JP" w:eastAsia="ja-JP"/>
              </w:rPr>
              <w:t>別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099B41" w14:textId="77777777" w:rsidR="00FB2F32" w:rsidRDefault="00000000">
            <w:pPr>
              <w:widowControl w:val="0"/>
              <w:tabs>
                <w:tab w:val="left" w:pos="502"/>
              </w:tabs>
              <w:kinsoku w:val="0"/>
              <w:overflowPunct w:val="0"/>
              <w:autoSpaceDE w:val="0"/>
              <w:autoSpaceDN w:val="0"/>
              <w:snapToGrid w:val="0"/>
              <w:spacing w:before="128" w:line="187" w:lineRule="exact"/>
              <w:ind w:left="110"/>
            </w:pPr>
            <w:r>
              <w:rPr>
                <w:rFonts w:eastAsia="ＭＳ 明朝" w:cs="ＭＳ 明朝"/>
                <w:color w:val="000000"/>
                <w:sz w:val="17"/>
                <w:lang w:val="ja-JP" w:eastAsia="ja-JP"/>
              </w:rPr>
              <w:t>樹</w:t>
            </w:r>
            <w:r>
              <w:rPr>
                <w:rFonts w:eastAsia="ＭＳ 明朝" w:cs="ＭＳ 明朝"/>
                <w:color w:val="000000"/>
                <w:sz w:val="17"/>
                <w:lang w:val="ja-JP" w:eastAsia="ja-JP"/>
              </w:rPr>
              <w:tab/>
              <w:t>種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95CF86" w14:textId="77777777" w:rsidR="00FB2F32" w:rsidRDefault="00000000">
            <w:pPr>
              <w:widowControl w:val="0"/>
              <w:tabs>
                <w:tab w:val="left" w:pos="502"/>
              </w:tabs>
              <w:kinsoku w:val="0"/>
              <w:overflowPunct w:val="0"/>
              <w:autoSpaceDE w:val="0"/>
              <w:autoSpaceDN w:val="0"/>
              <w:snapToGrid w:val="0"/>
              <w:spacing w:before="128" w:line="187" w:lineRule="exact"/>
              <w:ind w:left="110"/>
            </w:pPr>
            <w:r>
              <w:rPr>
                <w:rFonts w:eastAsia="ＭＳ 明朝" w:cs="ＭＳ 明朝"/>
                <w:color w:val="000000"/>
                <w:sz w:val="17"/>
                <w:lang w:val="ja-JP" w:eastAsia="ja-JP"/>
              </w:rPr>
              <w:t>林</w:t>
            </w:r>
            <w:r>
              <w:rPr>
                <w:rFonts w:eastAsia="ＭＳ 明朝" w:cs="ＭＳ 明朝"/>
                <w:color w:val="000000"/>
                <w:sz w:val="17"/>
                <w:lang w:val="ja-JP" w:eastAsia="ja-JP"/>
              </w:rPr>
              <w:tab/>
              <w:t>齢</w:t>
            </w:r>
          </w:p>
        </w:tc>
        <w:tc>
          <w:tcPr>
            <w:tcW w:w="11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72964" w14:textId="77777777" w:rsidR="00FB2F32" w:rsidRDefault="00FB2F32"/>
        </w:tc>
      </w:tr>
      <w:tr w:rsidR="00FB2F32" w14:paraId="1B82FAAE" w14:textId="77777777">
        <w:trPr>
          <w:cantSplit/>
          <w:trHeight w:val="628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A897DD2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7ACB07D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6FB8507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A2B1A50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29D2E75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30BE53D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A6651D8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25E9F8A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31B4355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7F2D151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9550E87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F1B45C7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450E358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E2E9124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116B637F" w14:textId="77777777">
        <w:trPr>
          <w:cantSplit/>
          <w:trHeight w:val="630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AD7AE92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F50C3D9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8762723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7C8323F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63C6E22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759E09F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E0B1E88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B9F4163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79C6814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6519D83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41460B1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CCE1F52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A946F65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B825108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346F1C07" w14:textId="77777777">
        <w:trPr>
          <w:cantSplit/>
          <w:trHeight w:val="628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FD4AC77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CE94D4F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D47C81D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5D4B01D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B752F7D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9AB97EA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6EFCD1D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89CBAF6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FBD38A6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9330481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540BEA7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FDED4D2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297796B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819E4E6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2D09BF7A" w14:textId="77777777">
        <w:trPr>
          <w:cantSplit/>
          <w:trHeight w:val="628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5931588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6ADC5D8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38BB53B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1B45008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D6F1434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966EBCD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C70FA4E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53F4C38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85BB790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19E0A7F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705754A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77178D7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735AB99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104B7BF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1FFF52A8" w14:textId="77777777">
        <w:trPr>
          <w:cantSplit/>
          <w:trHeight w:val="628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A0381C9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396F8E4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1D6FE2B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FE1B26D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086F4B5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466C04A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4EB8629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A86C457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F26F161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40703C9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C28FF13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BCE5990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64EC51A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6EC3D7A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751C5548" w14:textId="77777777">
        <w:trPr>
          <w:cantSplit/>
          <w:trHeight w:val="628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112A8A3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3DC3221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17C0FAE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F724B12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EB6C89B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53ABEB3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9B28B15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18E64FF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EC53F3D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017CE45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C50EF00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7EDCD35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8E64DFD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64A8D53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0C31749C" w14:textId="77777777">
        <w:trPr>
          <w:cantSplit/>
          <w:trHeight w:val="628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B00AAD5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3A69B00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9951EDF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8CE42FB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BEC553A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48E54D4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3594327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271E5A4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683A071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2AEDD0D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96318EF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9C06129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45C6804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80F40B0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18DA045C" w14:textId="77777777">
        <w:trPr>
          <w:cantSplit/>
          <w:trHeight w:val="630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05341E3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5138AA9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9BB7680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7BDBEC6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54CAD90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9AB3C10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92C07FB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93AFDAE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722B95B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A2D93ED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190C9F6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AA09432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D6213FD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6A591E0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3D3B5E0C" w14:textId="77777777">
        <w:trPr>
          <w:cantSplit/>
          <w:trHeight w:val="628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EE609EC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A178E08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4B0A6F1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80143D2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39381B8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CE42CAF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893224B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F978696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313258D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0944BD8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42E6B18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3CF5874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48120BA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8D13717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439BFE4F" w14:textId="77777777">
        <w:trPr>
          <w:cantSplit/>
          <w:trHeight w:val="628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993D365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72185C9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C163D6C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C3F2411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D574CC1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9288B3D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3727834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97A42F3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26738DE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CFD9F9F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8E18415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E94F411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364133B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1429D5F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</w:tbl>
    <w:p w14:paraId="5277EA66" w14:textId="77777777" w:rsidR="00FB2F32" w:rsidRDefault="00000000">
      <w:pPr>
        <w:widowControl w:val="0"/>
        <w:tabs>
          <w:tab w:val="left" w:pos="1494"/>
        </w:tabs>
        <w:kinsoku w:val="0"/>
        <w:overflowPunct w:val="0"/>
        <w:autoSpaceDE w:val="0"/>
        <w:autoSpaceDN w:val="0"/>
        <w:snapToGrid w:val="0"/>
        <w:spacing w:before="128" w:line="187" w:lineRule="exact"/>
        <w:ind w:left="514"/>
        <w:rPr>
          <w:lang w:eastAsia="ja-JP"/>
        </w:rPr>
      </w:pP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（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注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）</w:t>
      </w:r>
      <w:r>
        <w:rPr>
          <w:rFonts w:eastAsia="ＭＳ 明朝" w:cs="ＭＳ 明朝"/>
          <w:color w:val="000000"/>
          <w:sz w:val="17"/>
          <w:lang w:val="ja-JP" w:eastAsia="ja-JP"/>
        </w:rPr>
        <w:t>１</w:t>
      </w:r>
      <w:r>
        <w:rPr>
          <w:rFonts w:eastAsia="ＭＳ 明朝" w:cs="ＭＳ 明朝"/>
          <w:color w:val="000000"/>
          <w:sz w:val="17"/>
          <w:lang w:val="ja-JP" w:eastAsia="ja-JP"/>
        </w:rPr>
        <w:tab/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「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開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発事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業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区域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内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土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地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明細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表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」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の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う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ち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現況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森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林部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分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に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つ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いて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の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み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ま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とめ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る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こ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と</w:t>
      </w:r>
      <w:r>
        <w:rPr>
          <w:rFonts w:eastAsia="ＭＳ 明朝" w:cs="ＭＳ 明朝"/>
          <w:color w:val="000000"/>
          <w:sz w:val="17"/>
          <w:lang w:val="ja-JP" w:eastAsia="ja-JP"/>
        </w:rPr>
        <w:t>。</w:t>
      </w:r>
    </w:p>
    <w:p w14:paraId="5D6832C1" w14:textId="77777777" w:rsidR="00FB2F32" w:rsidRDefault="00000000">
      <w:pPr>
        <w:widowControl w:val="0"/>
        <w:tabs>
          <w:tab w:val="left" w:pos="1494"/>
        </w:tabs>
        <w:kinsoku w:val="0"/>
        <w:overflowPunct w:val="0"/>
        <w:autoSpaceDE w:val="0"/>
        <w:autoSpaceDN w:val="0"/>
        <w:snapToGrid w:val="0"/>
        <w:spacing w:before="26" w:line="187" w:lineRule="exact"/>
        <w:ind w:left="1102"/>
        <w:rPr>
          <w:lang w:eastAsia="ja-JP"/>
        </w:rPr>
      </w:pPr>
      <w:r>
        <w:rPr>
          <w:rFonts w:eastAsia="ＭＳ 明朝" w:cs="ＭＳ 明朝"/>
          <w:color w:val="000000"/>
          <w:sz w:val="17"/>
          <w:lang w:val="ja-JP" w:eastAsia="ja-JP"/>
        </w:rPr>
        <w:t>２</w:t>
      </w:r>
      <w:r>
        <w:rPr>
          <w:rFonts w:eastAsia="ＭＳ 明朝" w:cs="ＭＳ 明朝"/>
          <w:color w:val="000000"/>
          <w:sz w:val="17"/>
          <w:lang w:val="ja-JP" w:eastAsia="ja-JP"/>
        </w:rPr>
        <w:tab/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１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５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年生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以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下、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１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５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年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生を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超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え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る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森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林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区分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は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、開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発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目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的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が「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別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荘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地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、ス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キ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ー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場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、ゴ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ル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フ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場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、宿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泊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施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設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・レ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ジ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ャ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ー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施設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・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太陽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光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発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電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設備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の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設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置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」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の</w:t>
      </w:r>
      <w:r>
        <w:rPr>
          <w:rFonts w:eastAsia="ＭＳ 明朝" w:cs="ＭＳ 明朝"/>
          <w:color w:val="000000"/>
          <w:sz w:val="17"/>
          <w:lang w:val="ja-JP" w:eastAsia="ja-JP"/>
        </w:rPr>
        <w:t>場</w:t>
      </w:r>
    </w:p>
    <w:p w14:paraId="016FFEF1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26" w:line="187" w:lineRule="exact"/>
        <w:ind w:left="1299"/>
        <w:rPr>
          <w:lang w:eastAsia="ja-JP"/>
        </w:rPr>
      </w:pP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合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の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み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行う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も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のと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し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、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他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は１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５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年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生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以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下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の欄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に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記入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す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る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こ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と</w:t>
      </w:r>
      <w:r>
        <w:rPr>
          <w:rFonts w:eastAsia="ＭＳ 明朝" w:cs="ＭＳ 明朝"/>
          <w:color w:val="000000"/>
          <w:sz w:val="17"/>
          <w:lang w:val="ja-JP" w:eastAsia="ja-JP"/>
        </w:rPr>
        <w:t>。</w:t>
      </w:r>
    </w:p>
    <w:p w14:paraId="40941B73" w14:textId="77777777" w:rsidR="00FB2F32" w:rsidRDefault="00000000">
      <w:pPr>
        <w:widowControl w:val="0"/>
        <w:tabs>
          <w:tab w:val="left" w:pos="1494"/>
        </w:tabs>
        <w:kinsoku w:val="0"/>
        <w:overflowPunct w:val="0"/>
        <w:autoSpaceDE w:val="0"/>
        <w:autoSpaceDN w:val="0"/>
        <w:snapToGrid w:val="0"/>
        <w:spacing w:before="26" w:line="187" w:lineRule="exact"/>
        <w:ind w:left="1102"/>
        <w:rPr>
          <w:lang w:eastAsia="ja-JP"/>
        </w:rPr>
      </w:pPr>
      <w:r>
        <w:rPr>
          <w:rFonts w:eastAsia="ＭＳ 明朝" w:cs="ＭＳ 明朝"/>
          <w:color w:val="000000"/>
          <w:sz w:val="17"/>
          <w:lang w:val="ja-JP" w:eastAsia="ja-JP"/>
        </w:rPr>
        <w:t>３</w:t>
      </w:r>
      <w:r>
        <w:rPr>
          <w:rFonts w:eastAsia="ＭＳ 明朝" w:cs="ＭＳ 明朝"/>
          <w:color w:val="000000"/>
          <w:sz w:val="17"/>
          <w:lang w:val="ja-JP" w:eastAsia="ja-JP"/>
        </w:rPr>
        <w:tab/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各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面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積は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、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１枚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毎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に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小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計を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出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し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最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後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に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合計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を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記入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す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る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こ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と</w:t>
      </w:r>
      <w:r>
        <w:rPr>
          <w:rFonts w:eastAsia="ＭＳ 明朝" w:cs="ＭＳ 明朝"/>
          <w:color w:val="000000"/>
          <w:sz w:val="17"/>
          <w:lang w:val="ja-JP" w:eastAsia="ja-JP"/>
        </w:rPr>
        <w:t>。</w:t>
      </w:r>
    </w:p>
    <w:p w14:paraId="0CEDD197" w14:textId="77777777" w:rsidR="00FB2F32" w:rsidRDefault="00000000">
      <w:pPr>
        <w:widowControl w:val="0"/>
        <w:tabs>
          <w:tab w:val="left" w:pos="1494"/>
        </w:tabs>
        <w:kinsoku w:val="0"/>
        <w:overflowPunct w:val="0"/>
        <w:autoSpaceDE w:val="0"/>
        <w:autoSpaceDN w:val="0"/>
        <w:snapToGrid w:val="0"/>
        <w:spacing w:before="26" w:line="187" w:lineRule="exact"/>
        <w:ind w:left="1102"/>
        <w:rPr>
          <w:lang w:eastAsia="ja-JP"/>
        </w:rPr>
      </w:pPr>
      <w:r>
        <w:rPr>
          <w:rFonts w:eastAsia="ＭＳ 明朝" w:cs="ＭＳ 明朝"/>
          <w:color w:val="000000"/>
          <w:sz w:val="17"/>
          <w:lang w:val="ja-JP" w:eastAsia="ja-JP"/>
        </w:rPr>
        <w:t>４</w:t>
      </w:r>
      <w:r>
        <w:rPr>
          <w:rFonts w:eastAsia="ＭＳ 明朝" w:cs="ＭＳ 明朝"/>
          <w:color w:val="000000"/>
          <w:sz w:val="17"/>
          <w:lang w:val="ja-JP" w:eastAsia="ja-JP"/>
        </w:rPr>
        <w:tab/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備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考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欄に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は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、林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業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投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資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状況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等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を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記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入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す</w:t>
      </w:r>
      <w:r>
        <w:rPr>
          <w:rFonts w:eastAsia="ＭＳ 明朝" w:cs="ＭＳ 明朝"/>
          <w:color w:val="000000"/>
          <w:spacing w:val="26"/>
          <w:sz w:val="17"/>
          <w:lang w:val="ja-JP" w:eastAsia="ja-JP"/>
        </w:rPr>
        <w:t>るこ</w:t>
      </w:r>
      <w:r>
        <w:rPr>
          <w:rFonts w:eastAsia="ＭＳ 明朝" w:cs="ＭＳ 明朝"/>
          <w:color w:val="000000"/>
          <w:spacing w:val="24"/>
          <w:sz w:val="17"/>
          <w:lang w:val="ja-JP" w:eastAsia="ja-JP"/>
        </w:rPr>
        <w:t>と</w:t>
      </w:r>
      <w:r>
        <w:rPr>
          <w:rFonts w:eastAsia="ＭＳ 明朝" w:cs="ＭＳ 明朝"/>
          <w:color w:val="000000"/>
          <w:sz w:val="17"/>
          <w:lang w:val="ja-JP" w:eastAsia="ja-JP"/>
        </w:rPr>
        <w:t>。</w:t>
      </w:r>
    </w:p>
    <w:p w14:paraId="1A8E3F63" w14:textId="77777777" w:rsidR="00FB2F32" w:rsidRDefault="00FB2F32">
      <w:pPr>
        <w:widowControl w:val="0"/>
        <w:kinsoku w:val="0"/>
        <w:overflowPunct w:val="0"/>
        <w:autoSpaceDE w:val="0"/>
        <w:autoSpaceDN w:val="0"/>
        <w:snapToGrid w:val="0"/>
        <w:spacing w:line="20" w:lineRule="exact"/>
        <w:rPr>
          <w:lang w:eastAsia="ja-JP"/>
        </w:rPr>
        <w:sectPr w:rsidR="00FB2F32">
          <w:footerReference w:type="default" r:id="rId11"/>
          <w:pgSz w:w="16838" w:h="11906" w:orient="landscape"/>
          <w:pgMar w:top="700" w:right="460" w:bottom="960" w:left="1000" w:header="240" w:footer="800" w:gutter="0"/>
          <w:cols w:space="720"/>
          <w:docGrid w:linePitch="360"/>
        </w:sectPr>
      </w:pPr>
    </w:p>
    <w:p w14:paraId="5E226EE9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1002" w:line="198" w:lineRule="exact"/>
        <w:ind w:left="702"/>
      </w:pPr>
      <w:r w:rsidRPr="000020E5">
        <w:rPr>
          <w:rFonts w:ascii="ＭＳ Ｐ明朝" w:eastAsia="ＭＳ Ｐ明朝" w:hAnsi="ＭＳ Ｐ明朝" w:cs="ＭＳ Ｐ明朝"/>
          <w:color w:val="000000"/>
          <w:spacing w:val="4"/>
          <w:sz w:val="18"/>
          <w:lang w:eastAsia="ja-JP"/>
        </w:rPr>
        <w:lastRenderedPageBreak/>
        <w:t>（</w:t>
      </w:r>
      <w:r>
        <w:rPr>
          <w:rFonts w:ascii="ＭＳ Ｐ明朝" w:eastAsia="ＭＳ Ｐ明朝" w:hAnsi="ＭＳ Ｐ明朝" w:cs="ＭＳ Ｐ明朝"/>
          <w:color w:val="000000"/>
          <w:spacing w:val="5"/>
          <w:sz w:val="18"/>
          <w:lang w:val="ja-JP" w:eastAsia="ja-JP"/>
        </w:rPr>
        <w:t>参考様式</w:t>
      </w:r>
      <w:r w:rsidRPr="000020E5">
        <w:rPr>
          <w:rFonts w:ascii="ＭＳ Ｐ明朝" w:eastAsia="ＭＳ Ｐ明朝" w:hAnsi="ＭＳ Ｐ明朝" w:cs="ＭＳ Ｐ明朝"/>
          <w:color w:val="000000"/>
          <w:spacing w:val="6"/>
          <w:sz w:val="18"/>
          <w:lang w:eastAsia="ja-JP"/>
        </w:rPr>
        <w:t>２</w:t>
      </w:r>
      <w:r w:rsidRPr="000020E5">
        <w:rPr>
          <w:rFonts w:ascii="ＭＳ Ｐ明朝" w:eastAsia="ＭＳ Ｐ明朝" w:hAnsi="ＭＳ Ｐ明朝" w:cs="ＭＳ Ｐ明朝"/>
          <w:color w:val="000000"/>
          <w:spacing w:val="5"/>
          <w:sz w:val="18"/>
          <w:lang w:eastAsia="ja-JP"/>
        </w:rPr>
        <w:t>－</w:t>
      </w:r>
      <w:r w:rsidRPr="000020E5">
        <w:rPr>
          <w:rFonts w:ascii="ＭＳ Ｐ明朝" w:eastAsia="ＭＳ Ｐ明朝" w:hAnsi="ＭＳ Ｐ明朝" w:cs="ＭＳ Ｐ明朝"/>
          <w:color w:val="000000"/>
          <w:spacing w:val="3"/>
          <w:sz w:val="18"/>
          <w:lang w:eastAsia="ja-JP"/>
        </w:rPr>
        <w:t>１</w:t>
      </w:r>
      <w:r w:rsidRPr="000020E5">
        <w:rPr>
          <w:rFonts w:ascii="ＭＳ Ｐ明朝" w:eastAsia="ＭＳ Ｐ明朝" w:hAnsi="ＭＳ Ｐ明朝" w:cs="ＭＳ Ｐ明朝"/>
          <w:color w:val="000000"/>
          <w:spacing w:val="5"/>
          <w:sz w:val="18"/>
          <w:lang w:eastAsia="ja-JP"/>
        </w:rPr>
        <w:t>－</w:t>
      </w:r>
      <w:r w:rsidRPr="000020E5">
        <w:rPr>
          <w:rFonts w:ascii="ＭＳ Ｐ明朝" w:eastAsia="ＭＳ Ｐ明朝" w:hAnsi="ＭＳ Ｐ明朝" w:cs="ＭＳ Ｐ明朝"/>
          <w:color w:val="000000"/>
          <w:spacing w:val="3"/>
          <w:sz w:val="18"/>
          <w:lang w:eastAsia="ja-JP"/>
        </w:rPr>
        <w:t>２</w:t>
      </w:r>
      <w:r w:rsidRPr="000020E5">
        <w:rPr>
          <w:rFonts w:ascii="ＭＳ Ｐ明朝" w:eastAsia="ＭＳ Ｐ明朝" w:hAnsi="ＭＳ Ｐ明朝" w:cs="ＭＳ Ｐ明朝"/>
          <w:color w:val="000000"/>
          <w:sz w:val="18"/>
          <w:lang w:eastAsia="ja-JP"/>
        </w:rPr>
        <w:t>）</w:t>
      </w:r>
    </w:p>
    <w:p w14:paraId="6A05D874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54" w:line="198" w:lineRule="exact"/>
        <w:ind w:left="3289"/>
      </w:pPr>
      <w:r>
        <w:rPr>
          <w:rFonts w:ascii="ＭＳ Ｐ明朝" w:eastAsia="ＭＳ Ｐ明朝" w:hAnsi="ＭＳ Ｐ明朝" w:cs="ＭＳ Ｐ明朝"/>
          <w:color w:val="000000"/>
          <w:spacing w:val="7"/>
          <w:w w:val="202"/>
          <w:sz w:val="18"/>
          <w:lang w:val="ja-JP" w:eastAsia="ja-JP"/>
        </w:rPr>
        <w:t>付属表</w:t>
      </w:r>
      <w:r w:rsidRPr="000020E5">
        <w:rPr>
          <w:rFonts w:ascii="ＭＳ Ｐ明朝" w:eastAsia="ＭＳ Ｐ明朝" w:hAnsi="ＭＳ Ｐ明朝" w:cs="ＭＳ Ｐ明朝"/>
          <w:color w:val="000000"/>
          <w:spacing w:val="7"/>
          <w:w w:val="202"/>
          <w:sz w:val="18"/>
          <w:lang w:eastAsia="ja-JP"/>
        </w:rPr>
        <w:t>Ⅱ</w:t>
      </w:r>
      <w:r w:rsidRPr="000020E5">
        <w:rPr>
          <w:rFonts w:ascii="ＭＳ Ｐ明朝" w:eastAsia="ＭＳ Ｐ明朝" w:hAnsi="ＭＳ Ｐ明朝" w:cs="ＭＳ Ｐ明朝"/>
          <w:color w:val="000000"/>
          <w:spacing w:val="8"/>
          <w:w w:val="202"/>
          <w:sz w:val="18"/>
          <w:lang w:eastAsia="ja-JP"/>
        </w:rPr>
        <w:t>（</w:t>
      </w:r>
      <w:r>
        <w:rPr>
          <w:rFonts w:ascii="ＭＳ Ｐ明朝" w:eastAsia="ＭＳ Ｐ明朝" w:hAnsi="ＭＳ Ｐ明朝" w:cs="ＭＳ Ｐ明朝"/>
          <w:color w:val="000000"/>
          <w:spacing w:val="7"/>
          <w:w w:val="202"/>
          <w:sz w:val="18"/>
          <w:lang w:val="ja-JP" w:eastAsia="ja-JP"/>
        </w:rPr>
        <w:t>森林以外</w:t>
      </w:r>
      <w:r w:rsidRPr="000020E5">
        <w:rPr>
          <w:rFonts w:ascii="ＭＳ Ｐ明朝" w:eastAsia="ＭＳ Ｐ明朝" w:hAnsi="ＭＳ Ｐ明朝" w:cs="ＭＳ Ｐ明朝"/>
          <w:color w:val="000000"/>
          <w:w w:val="202"/>
          <w:sz w:val="18"/>
          <w:lang w:eastAsia="ja-JP"/>
        </w:rPr>
        <w:t>）</w:t>
      </w:r>
    </w:p>
    <w:p w14:paraId="7D4DC4FC" w14:textId="77777777" w:rsidR="00FB2F32" w:rsidRDefault="00FB2F32">
      <w:pPr>
        <w:widowControl w:val="0"/>
        <w:kinsoku w:val="0"/>
        <w:overflowPunct w:val="0"/>
        <w:autoSpaceDE w:val="0"/>
        <w:autoSpaceDN w:val="0"/>
        <w:snapToGrid w:val="0"/>
        <w:spacing w:line="146" w:lineRule="exact"/>
      </w:pPr>
    </w:p>
    <w:tbl>
      <w:tblPr>
        <w:tblW w:w="8318" w:type="dxa"/>
        <w:tblInd w:w="79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831"/>
        <w:gridCol w:w="1109"/>
        <w:gridCol w:w="1109"/>
        <w:gridCol w:w="1109"/>
        <w:gridCol w:w="1387"/>
        <w:gridCol w:w="1387"/>
        <w:gridCol w:w="1386"/>
      </w:tblGrid>
      <w:tr w:rsidR="00FB2F32" w14:paraId="28462FFB" w14:textId="77777777">
        <w:trPr>
          <w:cantSplit/>
          <w:trHeight w:val="495"/>
        </w:trPr>
        <w:tc>
          <w:tcPr>
            <w:tcW w:w="8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8AF880" w14:textId="77777777" w:rsidR="00FB2F32" w:rsidRDefault="00000000">
            <w:pPr>
              <w:widowControl w:val="0"/>
              <w:tabs>
                <w:tab w:val="left" w:pos="510"/>
              </w:tabs>
              <w:kinsoku w:val="0"/>
              <w:overflowPunct w:val="0"/>
              <w:autoSpaceDE w:val="0"/>
              <w:autoSpaceDN w:val="0"/>
              <w:snapToGrid w:val="0"/>
              <w:spacing w:before="162" w:line="198" w:lineRule="exact"/>
              <w:ind w:left="140"/>
            </w:pPr>
            <w:r>
              <w:rPr>
                <w:rFonts w:ascii="ＭＳ Ｐ明朝" w:eastAsia="ＭＳ Ｐ明朝" w:hAnsi="ＭＳ Ｐ明朝" w:cs="ＭＳ Ｐ明朝"/>
                <w:color w:val="000000"/>
                <w:sz w:val="18"/>
                <w:lang w:val="ja-JP" w:eastAsia="ja-JP"/>
              </w:rPr>
              <w:t>土</w:t>
            </w:r>
            <w:r>
              <w:rPr>
                <w:rFonts w:ascii="ＭＳ Ｐ明朝" w:eastAsia="ＭＳ Ｐ明朝" w:hAnsi="ＭＳ Ｐ明朝" w:cs="ＭＳ Ｐ明朝"/>
                <w:color w:val="000000"/>
                <w:sz w:val="18"/>
                <w:lang w:val="ja-JP" w:eastAsia="ja-JP"/>
              </w:rPr>
              <w:tab/>
              <w:t>地</w:t>
            </w:r>
          </w:p>
          <w:p w14:paraId="0D6C1135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56" w:line="198" w:lineRule="exact"/>
              <w:ind w:left="140"/>
            </w:pPr>
            <w:r>
              <w:rPr>
                <w:rFonts w:ascii="ＭＳ Ｐ明朝" w:eastAsia="ＭＳ Ｐ明朝" w:hAnsi="ＭＳ Ｐ明朝" w:cs="ＭＳ Ｐ明朝"/>
                <w:color w:val="000000"/>
                <w:spacing w:val="5"/>
                <w:sz w:val="18"/>
                <w:lang w:val="ja-JP" w:eastAsia="ja-JP"/>
              </w:rPr>
              <w:t>明細</w:t>
            </w:r>
            <w:r>
              <w:rPr>
                <w:rFonts w:ascii="ＭＳ Ｐ明朝" w:eastAsia="ＭＳ Ｐ明朝" w:hAnsi="ＭＳ Ｐ明朝" w:cs="ＭＳ Ｐ明朝"/>
                <w:color w:val="000000"/>
                <w:sz w:val="18"/>
                <w:lang w:val="ja-JP" w:eastAsia="ja-JP"/>
              </w:rPr>
              <w:t>表</w:t>
            </w:r>
          </w:p>
          <w:p w14:paraId="05DCD568" w14:textId="77777777" w:rsidR="00FB2F32" w:rsidRDefault="00000000">
            <w:pPr>
              <w:widowControl w:val="0"/>
              <w:tabs>
                <w:tab w:val="left" w:pos="510"/>
              </w:tabs>
              <w:kinsoku w:val="0"/>
              <w:overflowPunct w:val="0"/>
              <w:autoSpaceDE w:val="0"/>
              <w:autoSpaceDN w:val="0"/>
              <w:snapToGrid w:val="0"/>
              <w:spacing w:before="56" w:line="198" w:lineRule="exact"/>
              <w:ind w:left="140"/>
            </w:pPr>
            <w:r>
              <w:rPr>
                <w:rFonts w:ascii="ＭＳ Ｐ明朝" w:eastAsia="ＭＳ Ｐ明朝" w:hAnsi="ＭＳ Ｐ明朝" w:cs="ＭＳ Ｐ明朝"/>
                <w:color w:val="000000"/>
                <w:sz w:val="18"/>
                <w:lang w:val="ja-JP" w:eastAsia="ja-JP"/>
              </w:rPr>
              <w:t>番</w:t>
            </w:r>
            <w:r>
              <w:rPr>
                <w:rFonts w:ascii="ＭＳ Ｐ明朝" w:eastAsia="ＭＳ Ｐ明朝" w:hAnsi="ＭＳ Ｐ明朝" w:cs="ＭＳ Ｐ明朝"/>
                <w:color w:val="000000"/>
                <w:sz w:val="18"/>
                <w:lang w:val="ja-JP" w:eastAsia="ja-JP"/>
              </w:rPr>
              <w:tab/>
              <w:t>号</w:t>
            </w:r>
          </w:p>
        </w:tc>
        <w:tc>
          <w:tcPr>
            <w:tcW w:w="33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F39E46" w14:textId="77777777" w:rsidR="00FB2F32" w:rsidRDefault="00000000">
            <w:pPr>
              <w:widowControl w:val="0"/>
              <w:tabs>
                <w:tab w:val="left" w:pos="1126"/>
                <w:tab w:val="left" w:pos="1555"/>
                <w:tab w:val="left" w:pos="1987"/>
              </w:tabs>
              <w:kinsoku w:val="0"/>
              <w:overflowPunct w:val="0"/>
              <w:autoSpaceDE w:val="0"/>
              <w:autoSpaceDN w:val="0"/>
              <w:snapToGrid w:val="0"/>
              <w:spacing w:before="162" w:line="198" w:lineRule="exact"/>
              <w:ind w:left="694"/>
            </w:pPr>
            <w:r>
              <w:rPr>
                <w:rFonts w:ascii="ＭＳ Ｐ明朝" w:eastAsia="ＭＳ Ｐ明朝" w:hAnsi="ＭＳ Ｐ明朝" w:cs="ＭＳ Ｐ明朝"/>
                <w:color w:val="000000"/>
                <w:sz w:val="18"/>
                <w:lang w:val="ja-JP" w:eastAsia="ja-JP"/>
              </w:rPr>
              <w:t>面</w:t>
            </w:r>
            <w:r>
              <w:rPr>
                <w:rFonts w:ascii="ＭＳ Ｐ明朝" w:eastAsia="ＭＳ Ｐ明朝" w:hAnsi="ＭＳ Ｐ明朝" w:cs="ＭＳ Ｐ明朝"/>
                <w:color w:val="000000"/>
                <w:sz w:val="18"/>
                <w:lang w:val="ja-JP" w:eastAsia="ja-JP"/>
              </w:rPr>
              <w:tab/>
              <w:t>積</w:t>
            </w:r>
            <w:r>
              <w:rPr>
                <w:rFonts w:ascii="ＭＳ Ｐ明朝" w:eastAsia="ＭＳ Ｐ明朝" w:hAnsi="ＭＳ Ｐ明朝" w:cs="ＭＳ Ｐ明朝"/>
                <w:color w:val="000000"/>
                <w:sz w:val="18"/>
                <w:lang w:val="ja-JP" w:eastAsia="ja-JP"/>
              </w:rPr>
              <w:tab/>
              <w:t>区</w:t>
            </w:r>
            <w:r>
              <w:rPr>
                <w:rFonts w:ascii="ＭＳ Ｐ明朝" w:eastAsia="ＭＳ Ｐ明朝" w:hAnsi="ＭＳ Ｐ明朝" w:cs="ＭＳ Ｐ明朝"/>
                <w:color w:val="000000"/>
                <w:sz w:val="18"/>
                <w:lang w:val="ja-JP" w:eastAsia="ja-JP"/>
              </w:rPr>
              <w:tab/>
            </w:r>
            <w:r>
              <w:rPr>
                <w:rFonts w:ascii="ＭＳ Ｐ明朝" w:eastAsia="ＭＳ Ｐ明朝" w:hAnsi="ＭＳ Ｐ明朝" w:cs="ＭＳ Ｐ明朝"/>
                <w:color w:val="000000"/>
                <w:spacing w:val="5"/>
                <w:sz w:val="18"/>
                <w:lang w:val="ja-JP" w:eastAsia="ja-JP"/>
              </w:rPr>
              <w:t>分</w:t>
            </w:r>
            <w:r>
              <w:rPr>
                <w:rFonts w:ascii="ＭＳ Ｐ明朝" w:eastAsia="ＭＳ Ｐ明朝" w:hAnsi="ＭＳ Ｐ明朝" w:cs="ＭＳ Ｐ明朝"/>
                <w:color w:val="000000"/>
                <w:spacing w:val="6"/>
                <w:sz w:val="18"/>
                <w:lang w:val="ja-JP" w:eastAsia="ja-JP"/>
              </w:rPr>
              <w:t>（</w:t>
            </w:r>
            <w:r>
              <w:rPr>
                <w:rFonts w:eastAsia="ＭＳ 明朝" w:cs="ＭＳ 明朝"/>
                <w:color w:val="000000"/>
                <w:spacing w:val="5"/>
                <w:sz w:val="18"/>
                <w:lang w:val="ja-JP" w:eastAsia="ja-JP"/>
              </w:rPr>
              <w:t>㎡</w:t>
            </w:r>
            <w:r>
              <w:rPr>
                <w:rFonts w:eastAsia="ＭＳ 明朝" w:cs="ＭＳ 明朝"/>
                <w:color w:val="000000"/>
                <w:sz w:val="18"/>
                <w:lang w:val="ja-JP" w:eastAsia="ja-JP"/>
              </w:rPr>
              <w:t>）</w:t>
            </w:r>
          </w:p>
        </w:tc>
        <w:tc>
          <w:tcPr>
            <w:tcW w:w="1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0B8C57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62" w:line="198" w:lineRule="exact"/>
              <w:ind w:left="142"/>
            </w:pPr>
            <w:r>
              <w:rPr>
                <w:rFonts w:ascii="ＭＳ Ｐ明朝" w:eastAsia="ＭＳ Ｐ明朝" w:hAnsi="ＭＳ Ｐ明朝" w:cs="ＭＳ Ｐ明朝"/>
                <w:color w:val="000000"/>
                <w:spacing w:val="5"/>
                <w:sz w:val="18"/>
                <w:lang w:val="ja-JP" w:eastAsia="ja-JP"/>
              </w:rPr>
              <w:t>造成森林面</w:t>
            </w:r>
            <w:r>
              <w:rPr>
                <w:rFonts w:ascii="ＭＳ Ｐ明朝" w:eastAsia="ＭＳ Ｐ明朝" w:hAnsi="ＭＳ Ｐ明朝" w:cs="ＭＳ Ｐ明朝"/>
                <w:color w:val="000000"/>
                <w:sz w:val="18"/>
                <w:lang w:val="ja-JP" w:eastAsia="ja-JP"/>
              </w:rPr>
              <w:t>積</w:t>
            </w:r>
          </w:p>
          <w:p w14:paraId="3A13C630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56" w:line="198" w:lineRule="exact"/>
              <w:ind w:left="463"/>
            </w:pPr>
            <w:r>
              <w:rPr>
                <w:rFonts w:ascii="ＭＳ Ｐ明朝" w:eastAsia="ＭＳ Ｐ明朝" w:hAnsi="ＭＳ Ｐ明朝" w:cs="ＭＳ Ｐ明朝"/>
                <w:color w:val="000000"/>
                <w:spacing w:val="6"/>
                <w:sz w:val="18"/>
                <w:lang w:val="ja-JP" w:eastAsia="ja-JP"/>
              </w:rPr>
              <w:t>（</w:t>
            </w:r>
            <w:r>
              <w:rPr>
                <w:rFonts w:eastAsia="ＭＳ 明朝" w:cs="ＭＳ 明朝"/>
                <w:color w:val="000000"/>
                <w:spacing w:val="5"/>
                <w:sz w:val="18"/>
                <w:lang w:val="ja-JP" w:eastAsia="ja-JP"/>
              </w:rPr>
              <w:t>㎡</w:t>
            </w:r>
            <w:r>
              <w:rPr>
                <w:rFonts w:eastAsia="ＭＳ 明朝" w:cs="ＭＳ 明朝"/>
                <w:color w:val="000000"/>
                <w:sz w:val="18"/>
                <w:lang w:val="ja-JP" w:eastAsia="ja-JP"/>
              </w:rPr>
              <w:t>）</w:t>
            </w:r>
          </w:p>
        </w:tc>
        <w:tc>
          <w:tcPr>
            <w:tcW w:w="1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A6FE73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62" w:line="198" w:lineRule="exact"/>
              <w:ind w:left="324"/>
            </w:pPr>
            <w:r>
              <w:rPr>
                <w:rFonts w:ascii="ＭＳ Ｐ明朝" w:eastAsia="ＭＳ Ｐ明朝" w:hAnsi="ＭＳ Ｐ明朝" w:cs="ＭＳ Ｐ明朝"/>
                <w:color w:val="000000"/>
                <w:spacing w:val="5"/>
                <w:sz w:val="18"/>
                <w:lang w:val="ja-JP" w:eastAsia="ja-JP"/>
              </w:rPr>
              <w:t>造成緑</w:t>
            </w:r>
            <w:r>
              <w:rPr>
                <w:rFonts w:ascii="ＭＳ Ｐ明朝" w:eastAsia="ＭＳ Ｐ明朝" w:hAnsi="ＭＳ Ｐ明朝" w:cs="ＭＳ Ｐ明朝"/>
                <w:color w:val="000000"/>
                <w:sz w:val="18"/>
                <w:lang w:val="ja-JP" w:eastAsia="ja-JP"/>
              </w:rPr>
              <w:t>地</w:t>
            </w:r>
          </w:p>
          <w:p w14:paraId="587C418A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56" w:line="198" w:lineRule="exact"/>
              <w:ind w:left="278"/>
            </w:pPr>
            <w:r>
              <w:rPr>
                <w:rFonts w:ascii="ＭＳ Ｐ明朝" w:eastAsia="ＭＳ Ｐ明朝" w:hAnsi="ＭＳ Ｐ明朝" w:cs="ＭＳ Ｐ明朝"/>
                <w:color w:val="000000"/>
                <w:spacing w:val="5"/>
                <w:sz w:val="18"/>
                <w:lang w:val="ja-JP" w:eastAsia="ja-JP"/>
              </w:rPr>
              <w:t>面積</w:t>
            </w:r>
            <w:r>
              <w:rPr>
                <w:rFonts w:ascii="ＭＳ Ｐ明朝" w:eastAsia="ＭＳ Ｐ明朝" w:hAnsi="ＭＳ Ｐ明朝" w:cs="ＭＳ Ｐ明朝"/>
                <w:color w:val="000000"/>
                <w:spacing w:val="4"/>
                <w:sz w:val="18"/>
                <w:lang w:val="ja-JP" w:eastAsia="ja-JP"/>
              </w:rPr>
              <w:t>（</w:t>
            </w:r>
            <w:r>
              <w:rPr>
                <w:rFonts w:eastAsia="ＭＳ 明朝" w:cs="ＭＳ 明朝"/>
                <w:color w:val="000000"/>
                <w:spacing w:val="7"/>
                <w:sz w:val="18"/>
                <w:lang w:val="ja-JP" w:eastAsia="ja-JP"/>
              </w:rPr>
              <w:t>㎡</w:t>
            </w:r>
            <w:r>
              <w:rPr>
                <w:rFonts w:eastAsia="ＭＳ 明朝" w:cs="ＭＳ 明朝"/>
                <w:color w:val="000000"/>
                <w:sz w:val="18"/>
                <w:lang w:val="ja-JP" w:eastAsia="ja-JP"/>
              </w:rPr>
              <w:t>）</w:t>
            </w:r>
          </w:p>
        </w:tc>
        <w:tc>
          <w:tcPr>
            <w:tcW w:w="1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EB3B14" w14:textId="77777777" w:rsidR="00FB2F32" w:rsidRDefault="00000000">
            <w:pPr>
              <w:widowControl w:val="0"/>
              <w:tabs>
                <w:tab w:val="left" w:pos="787"/>
              </w:tabs>
              <w:kinsoku w:val="0"/>
              <w:overflowPunct w:val="0"/>
              <w:autoSpaceDE w:val="0"/>
              <w:autoSpaceDN w:val="0"/>
              <w:snapToGrid w:val="0"/>
              <w:spacing w:before="162" w:line="198" w:lineRule="exact"/>
              <w:ind w:left="418"/>
            </w:pPr>
            <w:r>
              <w:rPr>
                <w:rFonts w:ascii="ＭＳ Ｐ明朝" w:eastAsia="ＭＳ Ｐ明朝" w:hAnsi="ＭＳ Ｐ明朝" w:cs="ＭＳ Ｐ明朝"/>
                <w:color w:val="000000"/>
                <w:sz w:val="18"/>
                <w:lang w:val="ja-JP" w:eastAsia="ja-JP"/>
              </w:rPr>
              <w:t>備</w:t>
            </w:r>
            <w:r>
              <w:rPr>
                <w:rFonts w:ascii="ＭＳ Ｐ明朝" w:eastAsia="ＭＳ Ｐ明朝" w:hAnsi="ＭＳ Ｐ明朝" w:cs="ＭＳ Ｐ明朝"/>
                <w:color w:val="000000"/>
                <w:sz w:val="18"/>
                <w:lang w:val="ja-JP" w:eastAsia="ja-JP"/>
              </w:rPr>
              <w:tab/>
              <w:t>考</w:t>
            </w:r>
          </w:p>
        </w:tc>
      </w:tr>
      <w:tr w:rsidR="00FB2F32" w14:paraId="4DE0893E" w14:textId="77777777">
        <w:trPr>
          <w:cantSplit/>
          <w:trHeight w:val="493"/>
        </w:trPr>
        <w:tc>
          <w:tcPr>
            <w:tcW w:w="8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B6F20" w14:textId="77777777" w:rsidR="00FB2F32" w:rsidRDefault="00FB2F32"/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6D2E847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63" w:line="198" w:lineRule="exact"/>
              <w:ind w:left="187"/>
            </w:pPr>
            <w:r>
              <w:rPr>
                <w:rFonts w:ascii="ＭＳ Ｐ明朝" w:eastAsia="ＭＳ Ｐ明朝" w:hAnsi="ＭＳ Ｐ明朝" w:cs="ＭＳ Ｐ明朝"/>
                <w:color w:val="000000"/>
                <w:spacing w:val="5"/>
                <w:sz w:val="18"/>
                <w:lang w:val="ja-JP" w:eastAsia="ja-JP"/>
              </w:rPr>
              <w:t>開発面</w:t>
            </w:r>
            <w:r>
              <w:rPr>
                <w:rFonts w:ascii="ＭＳ Ｐ明朝" w:eastAsia="ＭＳ Ｐ明朝" w:hAnsi="ＭＳ Ｐ明朝" w:cs="ＭＳ Ｐ明朝"/>
                <w:color w:val="000000"/>
                <w:sz w:val="18"/>
                <w:lang w:val="ja-JP" w:eastAsia="ja-JP"/>
              </w:rPr>
              <w:t>積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25DAD7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63" w:line="198" w:lineRule="exact"/>
              <w:ind w:left="187"/>
            </w:pPr>
            <w:r>
              <w:rPr>
                <w:rFonts w:ascii="ＭＳ Ｐ明朝" w:eastAsia="ＭＳ Ｐ明朝" w:hAnsi="ＭＳ Ｐ明朝" w:cs="ＭＳ Ｐ明朝"/>
                <w:color w:val="000000"/>
                <w:spacing w:val="5"/>
                <w:sz w:val="18"/>
                <w:lang w:val="ja-JP" w:eastAsia="ja-JP"/>
              </w:rPr>
              <w:t>残置面</w:t>
            </w:r>
            <w:r>
              <w:rPr>
                <w:rFonts w:ascii="ＭＳ Ｐ明朝" w:eastAsia="ＭＳ Ｐ明朝" w:hAnsi="ＭＳ Ｐ明朝" w:cs="ＭＳ Ｐ明朝"/>
                <w:color w:val="000000"/>
                <w:sz w:val="18"/>
                <w:lang w:val="ja-JP" w:eastAsia="ja-JP"/>
              </w:rPr>
              <w:t>積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492514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63" w:line="198" w:lineRule="exact"/>
              <w:ind w:left="463"/>
            </w:pPr>
            <w:r>
              <w:rPr>
                <w:rFonts w:ascii="ＭＳ Ｐ明朝" w:eastAsia="ＭＳ Ｐ明朝" w:hAnsi="ＭＳ Ｐ明朝" w:cs="ＭＳ Ｐ明朝"/>
                <w:color w:val="000000"/>
                <w:sz w:val="18"/>
                <w:lang w:val="ja-JP" w:eastAsia="ja-JP"/>
              </w:rPr>
              <w:t>計</w:t>
            </w:r>
          </w:p>
        </w:tc>
        <w:tc>
          <w:tcPr>
            <w:tcW w:w="13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021DF" w14:textId="77777777" w:rsidR="00FB2F32" w:rsidRDefault="00FB2F32"/>
        </w:tc>
        <w:tc>
          <w:tcPr>
            <w:tcW w:w="13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024EE" w14:textId="77777777" w:rsidR="00FB2F32" w:rsidRDefault="00FB2F32"/>
        </w:tc>
        <w:tc>
          <w:tcPr>
            <w:tcW w:w="138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58BC9" w14:textId="77777777" w:rsidR="00FB2F32" w:rsidRDefault="00FB2F32"/>
        </w:tc>
      </w:tr>
      <w:tr w:rsidR="00FB2F32" w14:paraId="310406E2" w14:textId="77777777">
        <w:trPr>
          <w:cantSplit/>
          <w:trHeight w:val="748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9FDE697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C840B3E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0B021F0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012DAEB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E651DF9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83BA090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28B9C9D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1C2E53C2" w14:textId="77777777">
        <w:trPr>
          <w:cantSplit/>
          <w:trHeight w:val="745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288C966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4A2F17F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A176BC3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F8DBB0E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B4DF029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8033A33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EDC802E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095E4D1B" w14:textId="77777777">
        <w:trPr>
          <w:cantSplit/>
          <w:trHeight w:val="748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84FF472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E619161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0131985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7C6D0B7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141EEAC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96E0F6E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E52CBB9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7AFACF6E" w14:textId="77777777">
        <w:trPr>
          <w:cantSplit/>
          <w:trHeight w:val="748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1C0B092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8428783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B558875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B60AF24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72BF295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C063DBB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67B15A9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502012E2" w14:textId="77777777">
        <w:trPr>
          <w:cantSplit/>
          <w:trHeight w:val="748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2F4A367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E2D6461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E70E5C3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C2B3272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03B19A0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65303A3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9BF6F5D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0A6B0164" w14:textId="77777777">
        <w:trPr>
          <w:cantSplit/>
          <w:trHeight w:val="745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981489B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FCB60B6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84A1070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C658F4C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F37450D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660FA08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164FDD7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64347BC0" w14:textId="77777777">
        <w:trPr>
          <w:cantSplit/>
          <w:trHeight w:val="748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6211C77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F4DD17A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76A23C3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DEAE626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78C38BD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9698B19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109E8CB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0756BBE1" w14:textId="77777777">
        <w:trPr>
          <w:cantSplit/>
          <w:trHeight w:val="748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C7C63F1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B1303AB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3809F47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86B0656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CDEFD24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1A21722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25E5103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2AF0358E" w14:textId="77777777">
        <w:trPr>
          <w:cantSplit/>
          <w:trHeight w:val="748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5726DC6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1E9FFE6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90AF284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406BB99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157A9FD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B20F460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A4BD9D2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15E32DCD" w14:textId="77777777">
        <w:trPr>
          <w:cantSplit/>
          <w:trHeight w:val="745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C4345BA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BD6D2CE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B61E156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50E5213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16F4E5C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61E06C0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8F5B9BC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476BB592" w14:textId="77777777">
        <w:trPr>
          <w:cantSplit/>
          <w:trHeight w:val="748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760D668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90E31D0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099F731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DACEB98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DD6E310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7D1A32B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06D97F7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46C32055" w14:textId="77777777">
        <w:trPr>
          <w:cantSplit/>
          <w:trHeight w:val="1002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A218FE3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499B5E1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7E35E57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8A71522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CE297E9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BEAA854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4485A75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59194333" w14:textId="77777777">
        <w:trPr>
          <w:cantSplit/>
          <w:trHeight w:val="745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6BC30F3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CAEAC79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41B81C4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E4DED94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EA03B82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4179DB4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909D411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73E4D5A9" w14:textId="77777777">
        <w:trPr>
          <w:cantSplit/>
          <w:trHeight w:val="749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933F01E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88F7AA7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36124A5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0C7AED3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78AA92D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D88D2A1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5053591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</w:tbl>
    <w:p w14:paraId="2CE5BA5E" w14:textId="77777777" w:rsidR="00FB2F32" w:rsidRDefault="00000000">
      <w:pPr>
        <w:widowControl w:val="0"/>
        <w:tabs>
          <w:tab w:val="left" w:pos="1376"/>
        </w:tabs>
        <w:kinsoku w:val="0"/>
        <w:overflowPunct w:val="0"/>
        <w:autoSpaceDE w:val="0"/>
        <w:autoSpaceDN w:val="0"/>
        <w:snapToGrid w:val="0"/>
        <w:spacing w:before="162" w:line="198" w:lineRule="exact"/>
        <w:ind w:left="702"/>
        <w:rPr>
          <w:lang w:eastAsia="ja-JP"/>
        </w:rPr>
      </w:pPr>
      <w:r>
        <w:rPr>
          <w:rFonts w:ascii="ＭＳ Ｐ明朝" w:eastAsia="ＭＳ Ｐ明朝" w:hAnsi="ＭＳ Ｐ明朝" w:cs="ＭＳ Ｐ明朝"/>
          <w:color w:val="000000"/>
          <w:spacing w:val="4"/>
          <w:sz w:val="18"/>
          <w:lang w:val="ja-JP" w:eastAsia="ja-JP"/>
        </w:rPr>
        <w:t>（</w:t>
      </w:r>
      <w:r>
        <w:rPr>
          <w:rFonts w:ascii="ＭＳ Ｐ明朝" w:eastAsia="ＭＳ Ｐ明朝" w:hAnsi="ＭＳ Ｐ明朝" w:cs="ＭＳ Ｐ明朝"/>
          <w:color w:val="000000"/>
          <w:spacing w:val="5"/>
          <w:sz w:val="18"/>
          <w:lang w:val="ja-JP" w:eastAsia="ja-JP"/>
        </w:rPr>
        <w:t>注</w:t>
      </w:r>
      <w:r>
        <w:rPr>
          <w:rFonts w:ascii="ＭＳ Ｐ明朝" w:eastAsia="ＭＳ Ｐ明朝" w:hAnsi="ＭＳ Ｐ明朝" w:cs="ＭＳ Ｐ明朝"/>
          <w:color w:val="000000"/>
          <w:spacing w:val="6"/>
          <w:sz w:val="18"/>
          <w:lang w:val="ja-JP" w:eastAsia="ja-JP"/>
        </w:rPr>
        <w:t>）</w:t>
      </w:r>
      <w:r>
        <w:rPr>
          <w:rFonts w:ascii="ＭＳ Ｐ明朝" w:eastAsia="ＭＳ Ｐ明朝" w:hAnsi="ＭＳ Ｐ明朝" w:cs="ＭＳ Ｐ明朝"/>
          <w:color w:val="000000"/>
          <w:sz w:val="18"/>
          <w:lang w:val="ja-JP" w:eastAsia="ja-JP"/>
        </w:rPr>
        <w:t>１</w:t>
      </w:r>
      <w:r>
        <w:rPr>
          <w:rFonts w:ascii="ＭＳ Ｐ明朝" w:eastAsia="ＭＳ Ｐ明朝" w:hAnsi="ＭＳ Ｐ明朝" w:cs="ＭＳ Ｐ明朝"/>
          <w:color w:val="000000"/>
          <w:sz w:val="18"/>
          <w:lang w:val="ja-JP" w:eastAsia="ja-JP"/>
        </w:rPr>
        <w:tab/>
      </w:r>
      <w:r>
        <w:rPr>
          <w:rFonts w:ascii="ＭＳ Ｐ明朝" w:eastAsia="ＭＳ Ｐ明朝" w:hAnsi="ＭＳ Ｐ明朝" w:cs="ＭＳ Ｐ明朝"/>
          <w:color w:val="000000"/>
          <w:spacing w:val="4"/>
          <w:sz w:val="18"/>
          <w:lang w:val="ja-JP" w:eastAsia="ja-JP"/>
        </w:rPr>
        <w:t>「</w:t>
      </w:r>
      <w:r>
        <w:rPr>
          <w:rFonts w:ascii="ＭＳ Ｐ明朝" w:eastAsia="ＭＳ Ｐ明朝" w:hAnsi="ＭＳ Ｐ明朝" w:cs="ＭＳ Ｐ明朝"/>
          <w:color w:val="000000"/>
          <w:spacing w:val="5"/>
          <w:sz w:val="18"/>
          <w:lang w:val="ja-JP" w:eastAsia="ja-JP"/>
        </w:rPr>
        <w:t>開発事業区域</w:t>
      </w:r>
      <w:r>
        <w:rPr>
          <w:rFonts w:ascii="ＭＳ Ｐ明朝" w:eastAsia="ＭＳ Ｐ明朝" w:hAnsi="ＭＳ Ｐ明朝" w:cs="ＭＳ Ｐ明朝"/>
          <w:color w:val="000000"/>
          <w:spacing w:val="7"/>
          <w:sz w:val="18"/>
          <w:lang w:val="ja-JP" w:eastAsia="ja-JP"/>
        </w:rPr>
        <w:t>内</w:t>
      </w:r>
      <w:r>
        <w:rPr>
          <w:rFonts w:ascii="ＭＳ Ｐ明朝" w:eastAsia="ＭＳ Ｐ明朝" w:hAnsi="ＭＳ Ｐ明朝" w:cs="ＭＳ Ｐ明朝"/>
          <w:color w:val="000000"/>
          <w:spacing w:val="5"/>
          <w:sz w:val="18"/>
          <w:lang w:val="ja-JP" w:eastAsia="ja-JP"/>
        </w:rPr>
        <w:t>土地明細表</w:t>
      </w:r>
      <w:r>
        <w:rPr>
          <w:rFonts w:ascii="ＭＳ Ｐ明朝" w:eastAsia="ＭＳ Ｐ明朝" w:hAnsi="ＭＳ Ｐ明朝" w:cs="ＭＳ Ｐ明朝"/>
          <w:color w:val="000000"/>
          <w:spacing w:val="4"/>
          <w:sz w:val="18"/>
          <w:lang w:val="ja-JP" w:eastAsia="ja-JP"/>
        </w:rPr>
        <w:t>」のう</w:t>
      </w:r>
      <w:r>
        <w:rPr>
          <w:rFonts w:ascii="ＭＳ Ｐ明朝" w:eastAsia="ＭＳ Ｐ明朝" w:hAnsi="ＭＳ Ｐ明朝" w:cs="ＭＳ Ｐ明朝"/>
          <w:color w:val="000000"/>
          <w:spacing w:val="6"/>
          <w:sz w:val="18"/>
          <w:lang w:val="ja-JP" w:eastAsia="ja-JP"/>
        </w:rPr>
        <w:t>ち</w:t>
      </w:r>
      <w:r>
        <w:rPr>
          <w:rFonts w:ascii="ＭＳ Ｐ明朝" w:eastAsia="ＭＳ Ｐ明朝" w:hAnsi="ＭＳ Ｐ明朝" w:cs="ＭＳ Ｐ明朝"/>
          <w:color w:val="000000"/>
          <w:spacing w:val="5"/>
          <w:sz w:val="18"/>
          <w:lang w:val="ja-JP" w:eastAsia="ja-JP"/>
        </w:rPr>
        <w:t>森林以外部分</w:t>
      </w:r>
      <w:r>
        <w:rPr>
          <w:rFonts w:ascii="ＭＳ Ｐ明朝" w:eastAsia="ＭＳ Ｐ明朝" w:hAnsi="ＭＳ Ｐ明朝" w:cs="ＭＳ Ｐ明朝"/>
          <w:color w:val="000000"/>
          <w:spacing w:val="4"/>
          <w:sz w:val="18"/>
          <w:lang w:val="ja-JP" w:eastAsia="ja-JP"/>
        </w:rPr>
        <w:t>に</w:t>
      </w:r>
      <w:r>
        <w:rPr>
          <w:rFonts w:ascii="ＭＳ Ｐ明朝" w:eastAsia="ＭＳ Ｐ明朝" w:hAnsi="ＭＳ Ｐ明朝" w:cs="ＭＳ Ｐ明朝"/>
          <w:color w:val="000000"/>
          <w:spacing w:val="5"/>
          <w:sz w:val="18"/>
          <w:lang w:val="ja-JP" w:eastAsia="ja-JP"/>
        </w:rPr>
        <w:t>つ</w:t>
      </w:r>
      <w:r>
        <w:rPr>
          <w:rFonts w:ascii="ＭＳ Ｐ明朝" w:eastAsia="ＭＳ Ｐ明朝" w:hAnsi="ＭＳ Ｐ明朝" w:cs="ＭＳ Ｐ明朝"/>
          <w:color w:val="000000"/>
          <w:spacing w:val="6"/>
          <w:sz w:val="18"/>
          <w:lang w:val="ja-JP" w:eastAsia="ja-JP"/>
        </w:rPr>
        <w:t>い</w:t>
      </w:r>
      <w:r>
        <w:rPr>
          <w:rFonts w:ascii="ＭＳ Ｐ明朝" w:eastAsia="ＭＳ Ｐ明朝" w:hAnsi="ＭＳ Ｐ明朝" w:cs="ＭＳ Ｐ明朝"/>
          <w:color w:val="000000"/>
          <w:spacing w:val="3"/>
          <w:sz w:val="18"/>
          <w:lang w:val="ja-JP" w:eastAsia="ja-JP"/>
        </w:rPr>
        <w:t>て</w:t>
      </w:r>
      <w:r>
        <w:rPr>
          <w:rFonts w:ascii="ＭＳ Ｐ明朝" w:eastAsia="ＭＳ Ｐ明朝" w:hAnsi="ＭＳ Ｐ明朝" w:cs="ＭＳ Ｐ明朝"/>
          <w:color w:val="000000"/>
          <w:spacing w:val="4"/>
          <w:sz w:val="18"/>
          <w:lang w:val="ja-JP" w:eastAsia="ja-JP"/>
        </w:rPr>
        <w:t>の</w:t>
      </w:r>
      <w:r>
        <w:rPr>
          <w:rFonts w:ascii="ＭＳ Ｐ明朝" w:eastAsia="ＭＳ Ｐ明朝" w:hAnsi="ＭＳ Ｐ明朝" w:cs="ＭＳ Ｐ明朝"/>
          <w:color w:val="000000"/>
          <w:spacing w:val="5"/>
          <w:sz w:val="18"/>
          <w:lang w:val="ja-JP" w:eastAsia="ja-JP"/>
        </w:rPr>
        <w:t>みま</w:t>
      </w:r>
      <w:r>
        <w:rPr>
          <w:rFonts w:ascii="ＭＳ Ｐ明朝" w:eastAsia="ＭＳ Ｐ明朝" w:hAnsi="ＭＳ Ｐ明朝" w:cs="ＭＳ Ｐ明朝"/>
          <w:color w:val="000000"/>
          <w:spacing w:val="3"/>
          <w:sz w:val="18"/>
          <w:lang w:val="ja-JP" w:eastAsia="ja-JP"/>
        </w:rPr>
        <w:t>と</w:t>
      </w:r>
      <w:r>
        <w:rPr>
          <w:rFonts w:ascii="ＭＳ Ｐ明朝" w:eastAsia="ＭＳ Ｐ明朝" w:hAnsi="ＭＳ Ｐ明朝" w:cs="ＭＳ Ｐ明朝"/>
          <w:color w:val="000000"/>
          <w:spacing w:val="6"/>
          <w:sz w:val="18"/>
          <w:lang w:val="ja-JP" w:eastAsia="ja-JP"/>
        </w:rPr>
        <w:t>め</w:t>
      </w:r>
      <w:r>
        <w:rPr>
          <w:rFonts w:ascii="ＭＳ Ｐ明朝" w:eastAsia="ＭＳ Ｐ明朝" w:hAnsi="ＭＳ Ｐ明朝" w:cs="ＭＳ Ｐ明朝"/>
          <w:color w:val="000000"/>
          <w:spacing w:val="4"/>
          <w:sz w:val="18"/>
          <w:lang w:val="ja-JP" w:eastAsia="ja-JP"/>
        </w:rPr>
        <w:t>る</w:t>
      </w:r>
      <w:r>
        <w:rPr>
          <w:rFonts w:ascii="ＭＳ Ｐ明朝" w:eastAsia="ＭＳ Ｐ明朝" w:hAnsi="ＭＳ Ｐ明朝" w:cs="ＭＳ Ｐ明朝"/>
          <w:color w:val="000000"/>
          <w:spacing w:val="6"/>
          <w:sz w:val="18"/>
          <w:lang w:val="ja-JP" w:eastAsia="ja-JP"/>
        </w:rPr>
        <w:t>こ</w:t>
      </w:r>
      <w:r>
        <w:rPr>
          <w:rFonts w:ascii="ＭＳ Ｐ明朝" w:eastAsia="ＭＳ Ｐ明朝" w:hAnsi="ＭＳ Ｐ明朝" w:cs="ＭＳ Ｐ明朝"/>
          <w:color w:val="000000"/>
          <w:spacing w:val="3"/>
          <w:sz w:val="18"/>
          <w:lang w:val="ja-JP" w:eastAsia="ja-JP"/>
        </w:rPr>
        <w:t>と</w:t>
      </w:r>
      <w:r>
        <w:rPr>
          <w:rFonts w:ascii="ＭＳ Ｐ明朝" w:eastAsia="ＭＳ Ｐ明朝" w:hAnsi="ＭＳ Ｐ明朝" w:cs="ＭＳ Ｐ明朝"/>
          <w:color w:val="000000"/>
          <w:sz w:val="18"/>
          <w:lang w:val="ja-JP" w:eastAsia="ja-JP"/>
        </w:rPr>
        <w:t>。</w:t>
      </w:r>
    </w:p>
    <w:p w14:paraId="042B794D" w14:textId="77777777" w:rsidR="00FB2F32" w:rsidRDefault="00000000">
      <w:pPr>
        <w:widowControl w:val="0"/>
        <w:tabs>
          <w:tab w:val="left" w:pos="1371"/>
        </w:tabs>
        <w:kinsoku w:val="0"/>
        <w:overflowPunct w:val="0"/>
        <w:autoSpaceDE w:val="0"/>
        <w:autoSpaceDN w:val="0"/>
        <w:snapToGrid w:val="0"/>
        <w:spacing w:before="56" w:line="198" w:lineRule="exact"/>
        <w:ind w:left="1071"/>
        <w:rPr>
          <w:lang w:eastAsia="ja-JP"/>
        </w:rPr>
      </w:pPr>
      <w:r>
        <w:rPr>
          <w:rFonts w:ascii="ＭＳ Ｐ明朝" w:eastAsia="ＭＳ Ｐ明朝" w:hAnsi="ＭＳ Ｐ明朝" w:cs="ＭＳ Ｐ明朝"/>
          <w:color w:val="000000"/>
          <w:sz w:val="18"/>
          <w:lang w:val="ja-JP" w:eastAsia="ja-JP"/>
        </w:rPr>
        <w:t>２</w:t>
      </w:r>
      <w:r>
        <w:rPr>
          <w:rFonts w:ascii="ＭＳ Ｐ明朝" w:eastAsia="ＭＳ Ｐ明朝" w:hAnsi="ＭＳ Ｐ明朝" w:cs="ＭＳ Ｐ明朝"/>
          <w:color w:val="000000"/>
          <w:sz w:val="18"/>
          <w:lang w:val="ja-JP" w:eastAsia="ja-JP"/>
        </w:rPr>
        <w:tab/>
      </w:r>
      <w:r>
        <w:rPr>
          <w:rFonts w:ascii="ＭＳ Ｐ明朝" w:eastAsia="ＭＳ Ｐ明朝" w:hAnsi="ＭＳ Ｐ明朝" w:cs="ＭＳ Ｐ明朝"/>
          <w:color w:val="000000"/>
          <w:spacing w:val="5"/>
          <w:sz w:val="18"/>
          <w:lang w:val="ja-JP" w:eastAsia="ja-JP"/>
        </w:rPr>
        <w:t>各面積</w:t>
      </w:r>
      <w:r>
        <w:rPr>
          <w:rFonts w:ascii="ＭＳ Ｐ明朝" w:eastAsia="ＭＳ Ｐ明朝" w:hAnsi="ＭＳ Ｐ明朝" w:cs="ＭＳ Ｐ明朝"/>
          <w:color w:val="000000"/>
          <w:spacing w:val="4"/>
          <w:sz w:val="18"/>
          <w:lang w:val="ja-JP" w:eastAsia="ja-JP"/>
        </w:rPr>
        <w:t>に</w:t>
      </w:r>
      <w:r>
        <w:rPr>
          <w:rFonts w:ascii="ＭＳ Ｐ明朝" w:eastAsia="ＭＳ Ｐ明朝" w:hAnsi="ＭＳ Ｐ明朝" w:cs="ＭＳ Ｐ明朝"/>
          <w:color w:val="000000"/>
          <w:spacing w:val="5"/>
          <w:sz w:val="18"/>
          <w:lang w:val="ja-JP" w:eastAsia="ja-JP"/>
        </w:rPr>
        <w:t>つ</w:t>
      </w:r>
      <w:r>
        <w:rPr>
          <w:rFonts w:ascii="ＭＳ Ｐ明朝" w:eastAsia="ＭＳ Ｐ明朝" w:hAnsi="ＭＳ Ｐ明朝" w:cs="ＭＳ Ｐ明朝"/>
          <w:color w:val="000000"/>
          <w:spacing w:val="6"/>
          <w:sz w:val="18"/>
          <w:lang w:val="ja-JP" w:eastAsia="ja-JP"/>
        </w:rPr>
        <w:t>い</w:t>
      </w:r>
      <w:r>
        <w:rPr>
          <w:rFonts w:ascii="ＭＳ Ｐ明朝" w:eastAsia="ＭＳ Ｐ明朝" w:hAnsi="ＭＳ Ｐ明朝" w:cs="ＭＳ Ｐ明朝"/>
          <w:color w:val="000000"/>
          <w:spacing w:val="3"/>
          <w:sz w:val="18"/>
          <w:lang w:val="ja-JP" w:eastAsia="ja-JP"/>
        </w:rPr>
        <w:t>て</w:t>
      </w:r>
      <w:r>
        <w:rPr>
          <w:rFonts w:ascii="ＭＳ Ｐ明朝" w:eastAsia="ＭＳ Ｐ明朝" w:hAnsi="ＭＳ Ｐ明朝" w:cs="ＭＳ Ｐ明朝"/>
          <w:color w:val="000000"/>
          <w:spacing w:val="6"/>
          <w:sz w:val="18"/>
          <w:lang w:val="ja-JP" w:eastAsia="ja-JP"/>
        </w:rPr>
        <w:t>は</w:t>
      </w:r>
      <w:r>
        <w:rPr>
          <w:rFonts w:ascii="ＭＳ Ｐ明朝" w:eastAsia="ＭＳ Ｐ明朝" w:hAnsi="ＭＳ Ｐ明朝" w:cs="ＭＳ Ｐ明朝"/>
          <w:color w:val="000000"/>
          <w:spacing w:val="5"/>
          <w:sz w:val="18"/>
          <w:lang w:val="ja-JP" w:eastAsia="ja-JP"/>
        </w:rPr>
        <w:t>、</w:t>
      </w:r>
      <w:r>
        <w:rPr>
          <w:rFonts w:ascii="ＭＳ Ｐ明朝" w:eastAsia="ＭＳ Ｐ明朝" w:hAnsi="ＭＳ Ｐ明朝" w:cs="ＭＳ Ｐ明朝"/>
          <w:color w:val="000000"/>
          <w:spacing w:val="3"/>
          <w:sz w:val="18"/>
          <w:lang w:val="ja-JP" w:eastAsia="ja-JP"/>
        </w:rPr>
        <w:t>１</w:t>
      </w:r>
      <w:r>
        <w:rPr>
          <w:rFonts w:ascii="ＭＳ Ｐ明朝" w:eastAsia="ＭＳ Ｐ明朝" w:hAnsi="ＭＳ Ｐ明朝" w:cs="ＭＳ Ｐ明朝"/>
          <w:color w:val="000000"/>
          <w:spacing w:val="5"/>
          <w:sz w:val="18"/>
          <w:lang w:val="ja-JP" w:eastAsia="ja-JP"/>
        </w:rPr>
        <w:t>枚毎</w:t>
      </w:r>
      <w:r>
        <w:rPr>
          <w:rFonts w:ascii="ＭＳ Ｐ明朝" w:eastAsia="ＭＳ Ｐ明朝" w:hAnsi="ＭＳ Ｐ明朝" w:cs="ＭＳ Ｐ明朝"/>
          <w:color w:val="000000"/>
          <w:spacing w:val="4"/>
          <w:sz w:val="18"/>
          <w:lang w:val="ja-JP" w:eastAsia="ja-JP"/>
        </w:rPr>
        <w:t>に</w:t>
      </w:r>
      <w:r>
        <w:rPr>
          <w:rFonts w:ascii="ＭＳ Ｐ明朝" w:eastAsia="ＭＳ Ｐ明朝" w:hAnsi="ＭＳ Ｐ明朝" w:cs="ＭＳ Ｐ明朝"/>
          <w:color w:val="000000"/>
          <w:spacing w:val="5"/>
          <w:sz w:val="18"/>
          <w:lang w:val="ja-JP" w:eastAsia="ja-JP"/>
        </w:rPr>
        <w:t>小計を出</w:t>
      </w:r>
      <w:r>
        <w:rPr>
          <w:rFonts w:ascii="ＭＳ Ｐ明朝" w:eastAsia="ＭＳ Ｐ明朝" w:hAnsi="ＭＳ Ｐ明朝" w:cs="ＭＳ Ｐ明朝"/>
          <w:color w:val="000000"/>
          <w:spacing w:val="4"/>
          <w:sz w:val="18"/>
          <w:lang w:val="ja-JP" w:eastAsia="ja-JP"/>
        </w:rPr>
        <w:t>し</w:t>
      </w:r>
      <w:r>
        <w:rPr>
          <w:rFonts w:ascii="ＭＳ Ｐ明朝" w:eastAsia="ＭＳ Ｐ明朝" w:hAnsi="ＭＳ Ｐ明朝" w:cs="ＭＳ Ｐ明朝"/>
          <w:color w:val="000000"/>
          <w:spacing w:val="7"/>
          <w:sz w:val="18"/>
          <w:lang w:val="ja-JP" w:eastAsia="ja-JP"/>
        </w:rPr>
        <w:t>最</w:t>
      </w:r>
      <w:r>
        <w:rPr>
          <w:rFonts w:ascii="ＭＳ Ｐ明朝" w:eastAsia="ＭＳ Ｐ明朝" w:hAnsi="ＭＳ Ｐ明朝" w:cs="ＭＳ Ｐ明朝"/>
          <w:color w:val="000000"/>
          <w:spacing w:val="5"/>
          <w:sz w:val="18"/>
          <w:lang w:val="ja-JP" w:eastAsia="ja-JP"/>
        </w:rPr>
        <w:t>後</w:t>
      </w:r>
      <w:r>
        <w:rPr>
          <w:rFonts w:ascii="ＭＳ Ｐ明朝" w:eastAsia="ＭＳ Ｐ明朝" w:hAnsi="ＭＳ Ｐ明朝" w:cs="ＭＳ Ｐ明朝"/>
          <w:color w:val="000000"/>
          <w:spacing w:val="4"/>
          <w:sz w:val="18"/>
          <w:lang w:val="ja-JP" w:eastAsia="ja-JP"/>
        </w:rPr>
        <w:t>に</w:t>
      </w:r>
      <w:r>
        <w:rPr>
          <w:rFonts w:ascii="ＭＳ Ｐ明朝" w:eastAsia="ＭＳ Ｐ明朝" w:hAnsi="ＭＳ Ｐ明朝" w:cs="ＭＳ Ｐ明朝"/>
          <w:color w:val="000000"/>
          <w:spacing w:val="5"/>
          <w:sz w:val="18"/>
          <w:lang w:val="ja-JP" w:eastAsia="ja-JP"/>
        </w:rPr>
        <w:t>合計を記入す</w:t>
      </w:r>
      <w:r>
        <w:rPr>
          <w:rFonts w:ascii="ＭＳ Ｐ明朝" w:eastAsia="ＭＳ Ｐ明朝" w:hAnsi="ＭＳ Ｐ明朝" w:cs="ＭＳ Ｐ明朝"/>
          <w:color w:val="000000"/>
          <w:spacing w:val="4"/>
          <w:sz w:val="18"/>
          <w:lang w:val="ja-JP" w:eastAsia="ja-JP"/>
        </w:rPr>
        <w:t>る</w:t>
      </w:r>
      <w:r>
        <w:rPr>
          <w:rFonts w:ascii="ＭＳ Ｐ明朝" w:eastAsia="ＭＳ Ｐ明朝" w:hAnsi="ＭＳ Ｐ明朝" w:cs="ＭＳ Ｐ明朝"/>
          <w:color w:val="000000"/>
          <w:spacing w:val="6"/>
          <w:sz w:val="18"/>
          <w:lang w:val="ja-JP" w:eastAsia="ja-JP"/>
        </w:rPr>
        <w:t>こ</w:t>
      </w:r>
      <w:r>
        <w:rPr>
          <w:rFonts w:ascii="ＭＳ Ｐ明朝" w:eastAsia="ＭＳ Ｐ明朝" w:hAnsi="ＭＳ Ｐ明朝" w:cs="ＭＳ Ｐ明朝"/>
          <w:color w:val="000000"/>
          <w:spacing w:val="3"/>
          <w:sz w:val="18"/>
          <w:lang w:val="ja-JP" w:eastAsia="ja-JP"/>
        </w:rPr>
        <w:t>と</w:t>
      </w:r>
      <w:r>
        <w:rPr>
          <w:rFonts w:ascii="ＭＳ Ｐ明朝" w:eastAsia="ＭＳ Ｐ明朝" w:hAnsi="ＭＳ Ｐ明朝" w:cs="ＭＳ Ｐ明朝"/>
          <w:color w:val="000000"/>
          <w:sz w:val="18"/>
          <w:lang w:val="ja-JP" w:eastAsia="ja-JP"/>
        </w:rPr>
        <w:t>。</w:t>
      </w:r>
    </w:p>
    <w:p w14:paraId="12D92796" w14:textId="77777777" w:rsidR="00FB2F32" w:rsidRDefault="00FB2F32">
      <w:pPr>
        <w:widowControl w:val="0"/>
        <w:kinsoku w:val="0"/>
        <w:overflowPunct w:val="0"/>
        <w:autoSpaceDE w:val="0"/>
        <w:autoSpaceDN w:val="0"/>
        <w:snapToGrid w:val="0"/>
        <w:spacing w:line="20" w:lineRule="exact"/>
        <w:rPr>
          <w:lang w:eastAsia="ja-JP"/>
        </w:rPr>
        <w:sectPr w:rsidR="00FB2F32">
          <w:footerReference w:type="default" r:id="rId12"/>
          <w:pgSz w:w="11906" w:h="16838"/>
          <w:pgMar w:top="700" w:right="460" w:bottom="1100" w:left="1000" w:header="240" w:footer="800" w:gutter="0"/>
          <w:cols w:space="720"/>
          <w:docGrid w:linePitch="360"/>
        </w:sectPr>
      </w:pPr>
    </w:p>
    <w:p w14:paraId="2FD06A34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716" w:line="222" w:lineRule="exact"/>
        <w:ind w:left="248"/>
      </w:pPr>
      <w:r w:rsidRPr="000020E5">
        <w:rPr>
          <w:rFonts w:eastAsia="ＭＳ 明朝" w:cs="ＭＳ 明朝"/>
          <w:color w:val="000000"/>
          <w:lang w:eastAsia="ja-JP"/>
        </w:rPr>
        <w:lastRenderedPageBreak/>
        <w:t>（</w:t>
      </w:r>
      <w:r>
        <w:rPr>
          <w:rFonts w:eastAsia="ＭＳ 明朝" w:cs="ＭＳ 明朝"/>
          <w:color w:val="000000"/>
          <w:spacing w:val="-2"/>
          <w:lang w:val="ja-JP" w:eastAsia="ja-JP"/>
        </w:rPr>
        <w:t>参</w:t>
      </w:r>
      <w:r>
        <w:rPr>
          <w:rFonts w:eastAsia="ＭＳ 明朝" w:cs="ＭＳ 明朝"/>
          <w:color w:val="000000"/>
          <w:lang w:val="ja-JP" w:eastAsia="ja-JP"/>
        </w:rPr>
        <w:t>考様式</w:t>
      </w:r>
      <w:r w:rsidRPr="000020E5">
        <w:rPr>
          <w:rFonts w:eastAsia="ＭＳ 明朝" w:cs="ＭＳ 明朝"/>
          <w:color w:val="000000"/>
          <w:lang w:eastAsia="ja-JP"/>
        </w:rPr>
        <w:t>３）</w:t>
      </w:r>
    </w:p>
    <w:p w14:paraId="69871605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361" w:line="309" w:lineRule="exact"/>
        <w:ind w:left="2766"/>
      </w:pPr>
      <w:r>
        <w:rPr>
          <w:rFonts w:eastAsia="ＭＳ 明朝" w:cs="ＭＳ 明朝"/>
          <w:color w:val="000000"/>
          <w:spacing w:val="38"/>
          <w:sz w:val="28"/>
          <w:lang w:val="ja-JP" w:eastAsia="ja-JP"/>
        </w:rPr>
        <w:t>残置森林等保全管理計画概要</w:t>
      </w:r>
      <w:r>
        <w:rPr>
          <w:rFonts w:eastAsia="ＭＳ 明朝" w:cs="ＭＳ 明朝"/>
          <w:color w:val="000000"/>
          <w:sz w:val="28"/>
          <w:lang w:val="ja-JP" w:eastAsia="ja-JP"/>
        </w:rPr>
        <w:t>書</w:t>
      </w:r>
    </w:p>
    <w:p w14:paraId="7E64A271" w14:textId="77777777" w:rsidR="00FB2F32" w:rsidRDefault="00FB2F32">
      <w:pPr>
        <w:widowControl w:val="0"/>
        <w:kinsoku w:val="0"/>
        <w:overflowPunct w:val="0"/>
        <w:autoSpaceDE w:val="0"/>
        <w:autoSpaceDN w:val="0"/>
        <w:snapToGrid w:val="0"/>
        <w:spacing w:line="455" w:lineRule="exact"/>
      </w:pPr>
    </w:p>
    <w:tbl>
      <w:tblPr>
        <w:tblW w:w="8866" w:type="dxa"/>
        <w:tblInd w:w="54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2417"/>
        <w:gridCol w:w="1008"/>
        <w:gridCol w:w="2417"/>
        <w:gridCol w:w="1008"/>
        <w:gridCol w:w="1008"/>
      </w:tblGrid>
      <w:tr w:rsidR="00FB2F32" w14:paraId="4CBA382F" w14:textId="77777777">
        <w:trPr>
          <w:cantSplit/>
          <w:trHeight w:val="570"/>
        </w:trPr>
        <w:tc>
          <w:tcPr>
            <w:tcW w:w="88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B8C714" w14:textId="77777777" w:rsidR="00FB2F32" w:rsidRDefault="00000000">
            <w:pPr>
              <w:widowControl w:val="0"/>
              <w:tabs>
                <w:tab w:val="left" w:pos="503"/>
              </w:tabs>
              <w:kinsoku w:val="0"/>
              <w:overflowPunct w:val="0"/>
              <w:autoSpaceDE w:val="0"/>
              <w:autoSpaceDN w:val="0"/>
              <w:snapToGrid w:val="0"/>
              <w:spacing w:before="189" w:line="222" w:lineRule="exact"/>
              <w:ind w:left="100"/>
              <w:rPr>
                <w:lang w:eastAsia="ja-JP"/>
              </w:rPr>
            </w:pPr>
            <w:r>
              <w:rPr>
                <w:rFonts w:eastAsia="ＭＳ 明朝" w:cs="ＭＳ 明朝"/>
                <w:color w:val="000000"/>
                <w:lang w:val="ja-JP" w:eastAsia="ja-JP"/>
              </w:rPr>
              <w:t>１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ab/>
              <w:t>残置又は造成する森林、緑</w:t>
            </w:r>
            <w:r>
              <w:rPr>
                <w:rFonts w:eastAsia="ＭＳ 明朝" w:cs="ＭＳ 明朝"/>
                <w:color w:val="000000"/>
                <w:spacing w:val="-2"/>
                <w:lang w:val="ja-JP" w:eastAsia="ja-JP"/>
              </w:rPr>
              <w:t>地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>の場所及び面積</w:t>
            </w:r>
          </w:p>
        </w:tc>
      </w:tr>
      <w:tr w:rsidR="00FB2F32" w14:paraId="4F3C184C" w14:textId="77777777">
        <w:trPr>
          <w:cantSplit/>
          <w:trHeight w:val="376"/>
        </w:trPr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0A4EE6" w14:textId="77777777" w:rsidR="00FB2F32" w:rsidRDefault="00000000">
            <w:pPr>
              <w:widowControl w:val="0"/>
              <w:tabs>
                <w:tab w:val="left" w:pos="704"/>
              </w:tabs>
              <w:kinsoku w:val="0"/>
              <w:overflowPunct w:val="0"/>
              <w:autoSpaceDE w:val="0"/>
              <w:autoSpaceDN w:val="0"/>
              <w:snapToGrid w:val="0"/>
              <w:spacing w:before="285" w:line="222" w:lineRule="exact"/>
              <w:ind w:left="100"/>
            </w:pPr>
            <w:r>
              <w:rPr>
                <w:rFonts w:eastAsia="ＭＳ 明朝" w:cs="ＭＳ 明朝"/>
                <w:color w:val="000000"/>
                <w:lang w:val="ja-JP" w:eastAsia="ja-JP"/>
              </w:rPr>
              <w:t>区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ab/>
              <w:t>分</w:t>
            </w:r>
          </w:p>
        </w:tc>
        <w:tc>
          <w:tcPr>
            <w:tcW w:w="3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818FA4" w14:textId="77777777" w:rsidR="00FB2F32" w:rsidRDefault="00000000">
            <w:pPr>
              <w:widowControl w:val="0"/>
              <w:tabs>
                <w:tab w:val="left" w:pos="2516"/>
              </w:tabs>
              <w:kinsoku w:val="0"/>
              <w:overflowPunct w:val="0"/>
              <w:autoSpaceDE w:val="0"/>
              <w:autoSpaceDN w:val="0"/>
              <w:snapToGrid w:val="0"/>
              <w:spacing w:before="93" w:line="222" w:lineRule="exact"/>
              <w:ind w:left="503"/>
            </w:pPr>
            <w:r>
              <w:rPr>
                <w:rFonts w:eastAsia="ＭＳ 明朝" w:cs="ＭＳ 明朝"/>
                <w:color w:val="000000"/>
                <w:lang w:val="ja-JP" w:eastAsia="ja-JP"/>
              </w:rPr>
              <w:t>森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ab/>
              <w:t>林</w:t>
            </w:r>
          </w:p>
        </w:tc>
        <w:tc>
          <w:tcPr>
            <w:tcW w:w="3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70685C" w14:textId="77777777" w:rsidR="00FB2F32" w:rsidRDefault="00000000">
            <w:pPr>
              <w:widowControl w:val="0"/>
              <w:tabs>
                <w:tab w:val="left" w:pos="2516"/>
              </w:tabs>
              <w:kinsoku w:val="0"/>
              <w:overflowPunct w:val="0"/>
              <w:autoSpaceDE w:val="0"/>
              <w:autoSpaceDN w:val="0"/>
              <w:snapToGrid w:val="0"/>
              <w:spacing w:before="93" w:line="222" w:lineRule="exact"/>
              <w:ind w:left="503"/>
            </w:pPr>
            <w:r>
              <w:rPr>
                <w:rFonts w:eastAsia="ＭＳ 明朝" w:cs="ＭＳ 明朝"/>
                <w:color w:val="000000"/>
                <w:lang w:val="ja-JP" w:eastAsia="ja-JP"/>
              </w:rPr>
              <w:t>緑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ab/>
              <w:t>地</w:t>
            </w:r>
          </w:p>
        </w:tc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606CD6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285" w:line="222" w:lineRule="exact"/>
              <w:ind w:left="100"/>
            </w:pPr>
            <w:r>
              <w:rPr>
                <w:rFonts w:eastAsia="ＭＳ 明朝" w:cs="ＭＳ 明朝"/>
                <w:color w:val="000000"/>
                <w:spacing w:val="101"/>
                <w:lang w:val="ja-JP" w:eastAsia="ja-JP"/>
              </w:rPr>
              <w:t>面積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>計</w:t>
            </w:r>
          </w:p>
        </w:tc>
      </w:tr>
      <w:tr w:rsidR="00FB2F32" w14:paraId="411E5B22" w14:textId="77777777">
        <w:trPr>
          <w:cantSplit/>
          <w:trHeight w:val="373"/>
        </w:trPr>
        <w:tc>
          <w:tcPr>
            <w:tcW w:w="10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CEB2F" w14:textId="77777777" w:rsidR="00FB2F32" w:rsidRDefault="00FB2F32"/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57402C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90" w:line="222" w:lineRule="exact"/>
              <w:ind w:left="100"/>
              <w:rPr>
                <w:lang w:eastAsia="ja-JP"/>
              </w:rPr>
            </w:pPr>
            <w:r>
              <w:rPr>
                <w:rFonts w:eastAsia="ＭＳ 明朝" w:cs="ＭＳ 明朝"/>
                <w:color w:val="000000"/>
                <w:lang w:val="ja-JP" w:eastAsia="ja-JP"/>
              </w:rPr>
              <w:t>市町村・大字・字・</w:t>
            </w:r>
            <w:r>
              <w:rPr>
                <w:rFonts w:eastAsia="ＭＳ 明朝" w:cs="ＭＳ 明朝"/>
                <w:color w:val="000000"/>
                <w:spacing w:val="-2"/>
                <w:lang w:val="ja-JP" w:eastAsia="ja-JP"/>
              </w:rPr>
              <w:t>番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>地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458025" w14:textId="77777777" w:rsidR="00FB2F32" w:rsidRDefault="00000000">
            <w:pPr>
              <w:widowControl w:val="0"/>
              <w:tabs>
                <w:tab w:val="left" w:pos="604"/>
              </w:tabs>
              <w:kinsoku w:val="0"/>
              <w:overflowPunct w:val="0"/>
              <w:autoSpaceDE w:val="0"/>
              <w:autoSpaceDN w:val="0"/>
              <w:snapToGrid w:val="0"/>
              <w:spacing w:before="90" w:line="222" w:lineRule="exact"/>
              <w:ind w:left="200"/>
            </w:pPr>
            <w:r>
              <w:rPr>
                <w:rFonts w:eastAsia="ＭＳ 明朝" w:cs="ＭＳ 明朝"/>
                <w:color w:val="000000"/>
                <w:lang w:val="ja-JP" w:eastAsia="ja-JP"/>
              </w:rPr>
              <w:t>面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ab/>
              <w:t>積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51F311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90" w:line="222" w:lineRule="exact"/>
              <w:ind w:left="100"/>
              <w:rPr>
                <w:lang w:eastAsia="ja-JP"/>
              </w:rPr>
            </w:pPr>
            <w:r>
              <w:rPr>
                <w:rFonts w:eastAsia="ＭＳ 明朝" w:cs="ＭＳ 明朝"/>
                <w:color w:val="000000"/>
                <w:lang w:val="ja-JP" w:eastAsia="ja-JP"/>
              </w:rPr>
              <w:t>市町村・大字</w:t>
            </w:r>
            <w:r>
              <w:rPr>
                <w:rFonts w:eastAsia="ＭＳ 明朝" w:cs="ＭＳ 明朝"/>
                <w:color w:val="000000"/>
                <w:spacing w:val="-2"/>
                <w:lang w:val="ja-JP" w:eastAsia="ja-JP"/>
              </w:rPr>
              <w:t>・</w:t>
            </w:r>
            <w:r>
              <w:rPr>
                <w:rFonts w:eastAsia="ＭＳ 明朝" w:cs="ＭＳ 明朝"/>
                <w:color w:val="000000"/>
                <w:spacing w:val="2"/>
                <w:lang w:val="ja-JP" w:eastAsia="ja-JP"/>
              </w:rPr>
              <w:t>字</w:t>
            </w:r>
            <w:r>
              <w:rPr>
                <w:rFonts w:eastAsia="ＭＳ 明朝" w:cs="ＭＳ 明朝"/>
                <w:color w:val="000000"/>
                <w:spacing w:val="-2"/>
                <w:lang w:val="ja-JP" w:eastAsia="ja-JP"/>
              </w:rPr>
              <w:t>・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>番地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E6B508" w14:textId="77777777" w:rsidR="00FB2F32" w:rsidRDefault="00000000">
            <w:pPr>
              <w:widowControl w:val="0"/>
              <w:tabs>
                <w:tab w:val="left" w:pos="604"/>
              </w:tabs>
              <w:kinsoku w:val="0"/>
              <w:overflowPunct w:val="0"/>
              <w:autoSpaceDE w:val="0"/>
              <w:autoSpaceDN w:val="0"/>
              <w:snapToGrid w:val="0"/>
              <w:spacing w:before="90" w:line="222" w:lineRule="exact"/>
              <w:ind w:left="200"/>
            </w:pPr>
            <w:r>
              <w:rPr>
                <w:rFonts w:eastAsia="ＭＳ 明朝" w:cs="ＭＳ 明朝"/>
                <w:color w:val="000000"/>
                <w:lang w:val="ja-JP" w:eastAsia="ja-JP"/>
              </w:rPr>
              <w:t>面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ab/>
              <w:t>積</w:t>
            </w:r>
          </w:p>
        </w:tc>
        <w:tc>
          <w:tcPr>
            <w:tcW w:w="10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D671" w14:textId="77777777" w:rsidR="00FB2F32" w:rsidRDefault="00FB2F32"/>
        </w:tc>
      </w:tr>
      <w:tr w:rsidR="00FB2F32" w14:paraId="1C6D1BDB" w14:textId="77777777">
        <w:trPr>
          <w:cantSplit/>
          <w:trHeight w:val="1153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9AF607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481" w:line="222" w:lineRule="exact"/>
              <w:ind w:left="100"/>
            </w:pPr>
            <w:r>
              <w:rPr>
                <w:rFonts w:eastAsia="ＭＳ 明朝" w:cs="ＭＳ 明朝"/>
                <w:color w:val="000000"/>
                <w:lang w:val="ja-JP" w:eastAsia="ja-JP"/>
              </w:rPr>
              <w:t>残置する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7DD4536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B4D3DA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89" w:line="222" w:lineRule="exact"/>
              <w:ind w:left="503"/>
            </w:pPr>
            <w:r>
              <w:rPr>
                <w:rFonts w:eastAsia="ＭＳ 明朝" w:cs="ＭＳ 明朝"/>
                <w:color w:val="000000"/>
                <w:lang w:val="ja-JP" w:eastAsia="ja-JP"/>
              </w:rPr>
              <w:t>(ha)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A30249F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F993BE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89" w:line="222" w:lineRule="exact"/>
              <w:ind w:left="503"/>
            </w:pPr>
            <w:r>
              <w:rPr>
                <w:rFonts w:eastAsia="ＭＳ 明朝" w:cs="ＭＳ 明朝"/>
                <w:color w:val="000000"/>
                <w:lang w:val="ja-JP" w:eastAsia="ja-JP"/>
              </w:rPr>
              <w:t>(ha)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A5D1C4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89" w:line="222" w:lineRule="exact"/>
              <w:ind w:left="503"/>
            </w:pPr>
            <w:r>
              <w:rPr>
                <w:rFonts w:eastAsia="ＭＳ 明朝" w:cs="ＭＳ 明朝"/>
                <w:color w:val="000000"/>
                <w:lang w:val="ja-JP" w:eastAsia="ja-JP"/>
              </w:rPr>
              <w:t>(ha)</w:t>
            </w:r>
          </w:p>
        </w:tc>
      </w:tr>
      <w:tr w:rsidR="00FB2F32" w14:paraId="45CDD3C4" w14:textId="77777777">
        <w:trPr>
          <w:cantSplit/>
          <w:trHeight w:val="1153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D25742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479" w:line="222" w:lineRule="exact"/>
              <w:ind w:left="100"/>
            </w:pPr>
            <w:r>
              <w:rPr>
                <w:rFonts w:eastAsia="ＭＳ 明朝" w:cs="ＭＳ 明朝"/>
                <w:color w:val="000000"/>
                <w:lang w:val="ja-JP" w:eastAsia="ja-JP"/>
              </w:rPr>
              <w:t>造成する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06A4961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8DF63D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89" w:line="222" w:lineRule="exact"/>
              <w:ind w:left="503"/>
            </w:pPr>
            <w:r>
              <w:rPr>
                <w:rFonts w:eastAsia="ＭＳ 明朝" w:cs="ＭＳ 明朝"/>
                <w:color w:val="000000"/>
                <w:lang w:val="ja-JP" w:eastAsia="ja-JP"/>
              </w:rPr>
              <w:t>(ha)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92C6080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7EB5EB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89" w:line="222" w:lineRule="exact"/>
              <w:ind w:left="503"/>
            </w:pPr>
            <w:r>
              <w:rPr>
                <w:rFonts w:eastAsia="ＭＳ 明朝" w:cs="ＭＳ 明朝"/>
                <w:color w:val="000000"/>
                <w:lang w:val="ja-JP" w:eastAsia="ja-JP"/>
              </w:rPr>
              <w:t>(ha)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159A50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89" w:line="222" w:lineRule="exact"/>
              <w:ind w:left="503"/>
            </w:pPr>
            <w:r>
              <w:rPr>
                <w:rFonts w:eastAsia="ＭＳ 明朝" w:cs="ＭＳ 明朝"/>
                <w:color w:val="000000"/>
                <w:lang w:val="ja-JP" w:eastAsia="ja-JP"/>
              </w:rPr>
              <w:t>(ha)</w:t>
            </w:r>
          </w:p>
        </w:tc>
      </w:tr>
      <w:tr w:rsidR="00FB2F32" w14:paraId="0E7E3369" w14:textId="77777777">
        <w:trPr>
          <w:cantSplit/>
          <w:trHeight w:val="1151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41E4D7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479" w:line="222" w:lineRule="exact"/>
              <w:ind w:left="100"/>
            </w:pPr>
            <w:r>
              <w:rPr>
                <w:rFonts w:eastAsia="ＭＳ 明朝" w:cs="ＭＳ 明朝"/>
                <w:color w:val="000000"/>
                <w:spacing w:val="101"/>
                <w:lang w:val="ja-JP" w:eastAsia="ja-JP"/>
              </w:rPr>
              <w:t>面積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>計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EF4CF63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C50D83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89" w:line="222" w:lineRule="exact"/>
              <w:ind w:left="503"/>
            </w:pPr>
            <w:r>
              <w:rPr>
                <w:rFonts w:eastAsia="ＭＳ 明朝" w:cs="ＭＳ 明朝"/>
                <w:color w:val="000000"/>
                <w:lang w:val="ja-JP" w:eastAsia="ja-JP"/>
              </w:rPr>
              <w:t>(ha)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2A440DD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595C2A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89" w:line="222" w:lineRule="exact"/>
              <w:ind w:left="503"/>
            </w:pPr>
            <w:r>
              <w:rPr>
                <w:rFonts w:eastAsia="ＭＳ 明朝" w:cs="ＭＳ 明朝"/>
                <w:color w:val="000000"/>
                <w:lang w:val="ja-JP" w:eastAsia="ja-JP"/>
              </w:rPr>
              <w:t>(ha)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319717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89" w:line="222" w:lineRule="exact"/>
              <w:ind w:left="503"/>
            </w:pPr>
            <w:r>
              <w:rPr>
                <w:rFonts w:eastAsia="ＭＳ 明朝" w:cs="ＭＳ 明朝"/>
                <w:color w:val="000000"/>
                <w:lang w:val="ja-JP" w:eastAsia="ja-JP"/>
              </w:rPr>
              <w:t>(ha)</w:t>
            </w:r>
          </w:p>
        </w:tc>
      </w:tr>
      <w:tr w:rsidR="00FB2F32" w14:paraId="48F4A94F" w14:textId="77777777">
        <w:trPr>
          <w:cantSplit/>
          <w:trHeight w:val="1444"/>
        </w:trPr>
        <w:tc>
          <w:tcPr>
            <w:tcW w:w="88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8705C2" w14:textId="77777777" w:rsidR="00FB2F32" w:rsidRDefault="00000000">
            <w:pPr>
              <w:widowControl w:val="0"/>
              <w:tabs>
                <w:tab w:val="left" w:pos="503"/>
              </w:tabs>
              <w:kinsoku w:val="0"/>
              <w:overflowPunct w:val="0"/>
              <w:autoSpaceDE w:val="0"/>
              <w:autoSpaceDN w:val="0"/>
              <w:snapToGrid w:val="0"/>
              <w:spacing w:before="189" w:line="222" w:lineRule="exact"/>
              <w:ind w:left="100"/>
            </w:pPr>
            <w:r>
              <w:rPr>
                <w:rFonts w:eastAsia="ＭＳ 明朝" w:cs="ＭＳ 明朝"/>
                <w:color w:val="000000"/>
                <w:lang w:val="ja-JP" w:eastAsia="ja-JP"/>
              </w:rPr>
              <w:t>２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ab/>
              <w:t>権利の取得状況</w:t>
            </w:r>
          </w:p>
        </w:tc>
      </w:tr>
      <w:tr w:rsidR="00FB2F32" w14:paraId="1EC08DAB" w14:textId="77777777">
        <w:trPr>
          <w:cantSplit/>
          <w:trHeight w:val="1446"/>
        </w:trPr>
        <w:tc>
          <w:tcPr>
            <w:tcW w:w="88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1020A0" w14:textId="77777777" w:rsidR="00FB2F32" w:rsidRDefault="00000000">
            <w:pPr>
              <w:widowControl w:val="0"/>
              <w:tabs>
                <w:tab w:val="left" w:pos="503"/>
                <w:tab w:val="left" w:pos="906"/>
                <w:tab w:val="left" w:pos="1309"/>
                <w:tab w:val="left" w:pos="1712"/>
              </w:tabs>
              <w:kinsoku w:val="0"/>
              <w:overflowPunct w:val="0"/>
              <w:autoSpaceDE w:val="0"/>
              <w:autoSpaceDN w:val="0"/>
              <w:snapToGrid w:val="0"/>
              <w:spacing w:before="189" w:line="222" w:lineRule="exact"/>
              <w:ind w:left="100"/>
            </w:pPr>
            <w:r>
              <w:rPr>
                <w:rFonts w:eastAsia="ＭＳ 明朝" w:cs="ＭＳ 明朝"/>
                <w:color w:val="000000"/>
                <w:lang w:val="ja-JP" w:eastAsia="ja-JP"/>
              </w:rPr>
              <w:t>３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ab/>
              <w:t>造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ab/>
              <w:t>成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ab/>
              <w:t>計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ab/>
              <w:t>画</w:t>
            </w:r>
          </w:p>
        </w:tc>
      </w:tr>
      <w:tr w:rsidR="00FB2F32" w14:paraId="2933950C" w14:textId="77777777">
        <w:trPr>
          <w:cantSplit/>
          <w:trHeight w:val="1444"/>
        </w:trPr>
        <w:tc>
          <w:tcPr>
            <w:tcW w:w="88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079031" w14:textId="77777777" w:rsidR="00FB2F32" w:rsidRDefault="00000000">
            <w:pPr>
              <w:widowControl w:val="0"/>
              <w:tabs>
                <w:tab w:val="left" w:pos="503"/>
              </w:tabs>
              <w:kinsoku w:val="0"/>
              <w:overflowPunct w:val="0"/>
              <w:autoSpaceDE w:val="0"/>
              <w:autoSpaceDN w:val="0"/>
              <w:snapToGrid w:val="0"/>
              <w:spacing w:before="189" w:line="222" w:lineRule="exact"/>
              <w:ind w:left="100"/>
            </w:pPr>
            <w:r>
              <w:rPr>
                <w:rFonts w:eastAsia="ＭＳ 明朝" w:cs="ＭＳ 明朝"/>
                <w:color w:val="000000"/>
                <w:lang w:val="ja-JP" w:eastAsia="ja-JP"/>
              </w:rPr>
              <w:t>４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ab/>
              <w:t>保全管理計画</w:t>
            </w:r>
          </w:p>
        </w:tc>
      </w:tr>
    </w:tbl>
    <w:p w14:paraId="3AE9C0C1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191" w:line="219" w:lineRule="exact"/>
        <w:ind w:left="248"/>
        <w:rPr>
          <w:lang w:eastAsia="ja-JP"/>
        </w:rPr>
      </w:pPr>
      <w:r>
        <w:rPr>
          <w:rFonts w:eastAsia="ＭＳ 明朝" w:cs="ＭＳ 明朝"/>
          <w:color w:val="000000"/>
          <w:sz w:val="19"/>
          <w:lang w:val="ja-JP" w:eastAsia="ja-JP"/>
        </w:rPr>
        <w:t>（</w:t>
      </w:r>
      <w:r>
        <w:rPr>
          <w:rFonts w:eastAsia="ＭＳ 明朝" w:cs="ＭＳ 明朝"/>
          <w:color w:val="000000"/>
          <w:spacing w:val="2"/>
          <w:sz w:val="19"/>
          <w:lang w:val="ja-JP" w:eastAsia="ja-JP"/>
        </w:rPr>
        <w:t>注）</w:t>
      </w:r>
      <w:r>
        <w:rPr>
          <w:rFonts w:eastAsia="ＭＳ 明朝" w:cs="ＭＳ 明朝"/>
          <w:color w:val="000000"/>
          <w:spacing w:val="101"/>
          <w:sz w:val="19"/>
          <w:lang w:val="ja-JP" w:eastAsia="ja-JP"/>
        </w:rPr>
        <w:t>１</w:t>
      </w:r>
      <w:r>
        <w:rPr>
          <w:rFonts w:eastAsia="ＭＳ 明朝" w:cs="ＭＳ 明朝"/>
          <w:color w:val="000000"/>
          <w:spacing w:val="2"/>
          <w:sz w:val="19"/>
          <w:lang w:val="ja-JP" w:eastAsia="ja-JP"/>
        </w:rPr>
        <w:t>「</w:t>
      </w:r>
      <w:r>
        <w:rPr>
          <w:rFonts w:eastAsia="ＭＳ 明朝" w:cs="ＭＳ 明朝"/>
          <w:color w:val="000000"/>
          <w:sz w:val="19"/>
          <w:lang w:val="ja-JP" w:eastAsia="ja-JP"/>
        </w:rPr>
        <w:t>権</w:t>
      </w:r>
      <w:r>
        <w:rPr>
          <w:rFonts w:eastAsia="ＭＳ 明朝" w:cs="ＭＳ 明朝"/>
          <w:color w:val="000000"/>
          <w:spacing w:val="2"/>
          <w:sz w:val="19"/>
          <w:lang w:val="ja-JP" w:eastAsia="ja-JP"/>
        </w:rPr>
        <w:t>利の取</w:t>
      </w:r>
      <w:r>
        <w:rPr>
          <w:rFonts w:eastAsia="ＭＳ 明朝" w:cs="ＭＳ 明朝"/>
          <w:color w:val="000000"/>
          <w:sz w:val="19"/>
          <w:lang w:val="ja-JP" w:eastAsia="ja-JP"/>
        </w:rPr>
        <w:t>得</w:t>
      </w:r>
      <w:r>
        <w:rPr>
          <w:rFonts w:eastAsia="ＭＳ 明朝" w:cs="ＭＳ 明朝"/>
          <w:color w:val="000000"/>
          <w:spacing w:val="2"/>
          <w:sz w:val="19"/>
          <w:lang w:val="ja-JP" w:eastAsia="ja-JP"/>
        </w:rPr>
        <w:t>状況</w:t>
      </w:r>
      <w:r>
        <w:rPr>
          <w:rFonts w:eastAsia="ＭＳ 明朝" w:cs="ＭＳ 明朝"/>
          <w:color w:val="000000"/>
          <w:sz w:val="19"/>
          <w:lang w:val="ja-JP" w:eastAsia="ja-JP"/>
        </w:rPr>
        <w:t>」</w:t>
      </w:r>
      <w:r>
        <w:rPr>
          <w:rFonts w:eastAsia="ＭＳ 明朝" w:cs="ＭＳ 明朝"/>
          <w:color w:val="000000"/>
          <w:spacing w:val="2"/>
          <w:sz w:val="19"/>
          <w:lang w:val="ja-JP" w:eastAsia="ja-JP"/>
        </w:rPr>
        <w:t>欄は</w:t>
      </w:r>
      <w:r>
        <w:rPr>
          <w:rFonts w:eastAsia="ＭＳ 明朝" w:cs="ＭＳ 明朝"/>
          <w:color w:val="000000"/>
          <w:sz w:val="19"/>
          <w:lang w:val="ja-JP" w:eastAsia="ja-JP"/>
        </w:rPr>
        <w:t>、</w:t>
      </w:r>
      <w:r>
        <w:rPr>
          <w:rFonts w:eastAsia="ＭＳ 明朝" w:cs="ＭＳ 明朝"/>
          <w:color w:val="000000"/>
          <w:spacing w:val="2"/>
          <w:sz w:val="19"/>
          <w:lang w:val="ja-JP" w:eastAsia="ja-JP"/>
        </w:rPr>
        <w:t>残置</w:t>
      </w:r>
      <w:r>
        <w:rPr>
          <w:rFonts w:eastAsia="ＭＳ 明朝" w:cs="ＭＳ 明朝"/>
          <w:color w:val="000000"/>
          <w:sz w:val="19"/>
          <w:lang w:val="ja-JP" w:eastAsia="ja-JP"/>
        </w:rPr>
        <w:t>又</w:t>
      </w:r>
      <w:r>
        <w:rPr>
          <w:rFonts w:eastAsia="ＭＳ 明朝" w:cs="ＭＳ 明朝"/>
          <w:color w:val="000000"/>
          <w:spacing w:val="2"/>
          <w:sz w:val="19"/>
          <w:lang w:val="ja-JP" w:eastAsia="ja-JP"/>
        </w:rPr>
        <w:t>は造成</w:t>
      </w:r>
      <w:r>
        <w:rPr>
          <w:rFonts w:eastAsia="ＭＳ 明朝" w:cs="ＭＳ 明朝"/>
          <w:color w:val="000000"/>
          <w:sz w:val="19"/>
          <w:lang w:val="ja-JP" w:eastAsia="ja-JP"/>
        </w:rPr>
        <w:t>す</w:t>
      </w:r>
      <w:r>
        <w:rPr>
          <w:rFonts w:eastAsia="ＭＳ 明朝" w:cs="ＭＳ 明朝"/>
          <w:color w:val="000000"/>
          <w:spacing w:val="2"/>
          <w:sz w:val="19"/>
          <w:lang w:val="ja-JP" w:eastAsia="ja-JP"/>
        </w:rPr>
        <w:t>る森</w:t>
      </w:r>
      <w:r>
        <w:rPr>
          <w:rFonts w:eastAsia="ＭＳ 明朝" w:cs="ＭＳ 明朝"/>
          <w:color w:val="000000"/>
          <w:sz w:val="19"/>
          <w:lang w:val="ja-JP" w:eastAsia="ja-JP"/>
        </w:rPr>
        <w:t>林</w:t>
      </w:r>
      <w:r>
        <w:rPr>
          <w:rFonts w:eastAsia="ＭＳ 明朝" w:cs="ＭＳ 明朝"/>
          <w:color w:val="000000"/>
          <w:spacing w:val="2"/>
          <w:sz w:val="19"/>
          <w:lang w:val="ja-JP" w:eastAsia="ja-JP"/>
        </w:rPr>
        <w:t>（緑</w:t>
      </w:r>
      <w:r>
        <w:rPr>
          <w:rFonts w:eastAsia="ＭＳ 明朝" w:cs="ＭＳ 明朝"/>
          <w:color w:val="000000"/>
          <w:sz w:val="19"/>
          <w:lang w:val="ja-JP" w:eastAsia="ja-JP"/>
        </w:rPr>
        <w:t>地</w:t>
      </w:r>
      <w:r>
        <w:rPr>
          <w:rFonts w:eastAsia="ＭＳ 明朝" w:cs="ＭＳ 明朝"/>
          <w:color w:val="000000"/>
          <w:spacing w:val="2"/>
          <w:sz w:val="19"/>
          <w:lang w:val="ja-JP" w:eastAsia="ja-JP"/>
        </w:rPr>
        <w:t>）に関</w:t>
      </w:r>
      <w:r>
        <w:rPr>
          <w:rFonts w:eastAsia="ＭＳ 明朝" w:cs="ＭＳ 明朝"/>
          <w:color w:val="000000"/>
          <w:sz w:val="19"/>
          <w:lang w:val="ja-JP" w:eastAsia="ja-JP"/>
        </w:rPr>
        <w:t>す</w:t>
      </w:r>
      <w:r>
        <w:rPr>
          <w:rFonts w:eastAsia="ＭＳ 明朝" w:cs="ＭＳ 明朝"/>
          <w:color w:val="000000"/>
          <w:spacing w:val="2"/>
          <w:sz w:val="19"/>
          <w:lang w:val="ja-JP" w:eastAsia="ja-JP"/>
        </w:rPr>
        <w:t>る具</w:t>
      </w:r>
      <w:r>
        <w:rPr>
          <w:rFonts w:eastAsia="ＭＳ 明朝" w:cs="ＭＳ 明朝"/>
          <w:color w:val="000000"/>
          <w:sz w:val="19"/>
          <w:lang w:val="ja-JP" w:eastAsia="ja-JP"/>
        </w:rPr>
        <w:t>体</w:t>
      </w:r>
      <w:r>
        <w:rPr>
          <w:rFonts w:eastAsia="ＭＳ 明朝" w:cs="ＭＳ 明朝"/>
          <w:color w:val="000000"/>
          <w:spacing w:val="2"/>
          <w:sz w:val="19"/>
          <w:lang w:val="ja-JP" w:eastAsia="ja-JP"/>
        </w:rPr>
        <w:t>的権</w:t>
      </w:r>
      <w:r>
        <w:rPr>
          <w:rFonts w:eastAsia="ＭＳ 明朝" w:cs="ＭＳ 明朝"/>
          <w:color w:val="000000"/>
          <w:sz w:val="19"/>
          <w:lang w:val="ja-JP" w:eastAsia="ja-JP"/>
        </w:rPr>
        <w:t>利</w:t>
      </w:r>
      <w:r>
        <w:rPr>
          <w:rFonts w:eastAsia="ＭＳ 明朝" w:cs="ＭＳ 明朝"/>
          <w:color w:val="000000"/>
          <w:spacing w:val="2"/>
          <w:sz w:val="19"/>
          <w:lang w:val="ja-JP" w:eastAsia="ja-JP"/>
        </w:rPr>
        <w:t>名を</w:t>
      </w:r>
      <w:r>
        <w:rPr>
          <w:rFonts w:eastAsia="ＭＳ 明朝" w:cs="ＭＳ 明朝"/>
          <w:color w:val="000000"/>
          <w:sz w:val="19"/>
          <w:lang w:val="ja-JP" w:eastAsia="ja-JP"/>
        </w:rPr>
        <w:t>記</w:t>
      </w:r>
      <w:r>
        <w:rPr>
          <w:rFonts w:eastAsia="ＭＳ 明朝" w:cs="ＭＳ 明朝"/>
          <w:color w:val="000000"/>
          <w:spacing w:val="2"/>
          <w:sz w:val="19"/>
          <w:lang w:val="ja-JP" w:eastAsia="ja-JP"/>
        </w:rPr>
        <w:t>載し</w:t>
      </w:r>
      <w:r>
        <w:rPr>
          <w:rFonts w:eastAsia="ＭＳ 明朝" w:cs="ＭＳ 明朝"/>
          <w:color w:val="000000"/>
          <w:sz w:val="19"/>
          <w:lang w:val="ja-JP" w:eastAsia="ja-JP"/>
        </w:rPr>
        <w:t>て</w:t>
      </w:r>
    </w:p>
    <w:p w14:paraId="34948C52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71" w:line="219" w:lineRule="exact"/>
        <w:ind w:left="1050"/>
        <w:rPr>
          <w:lang w:eastAsia="ja-JP"/>
        </w:rPr>
      </w:pPr>
      <w:r>
        <w:rPr>
          <w:rFonts w:eastAsia="ＭＳ 明朝" w:cs="ＭＳ 明朝"/>
          <w:color w:val="000000"/>
          <w:spacing w:val="2"/>
          <w:sz w:val="19"/>
          <w:lang w:val="ja-JP" w:eastAsia="ja-JP"/>
        </w:rPr>
        <w:t>くださ</w:t>
      </w:r>
      <w:r>
        <w:rPr>
          <w:rFonts w:eastAsia="ＭＳ 明朝" w:cs="ＭＳ 明朝"/>
          <w:color w:val="000000"/>
          <w:sz w:val="19"/>
          <w:lang w:val="ja-JP" w:eastAsia="ja-JP"/>
        </w:rPr>
        <w:t>い</w:t>
      </w:r>
      <w:r>
        <w:rPr>
          <w:rFonts w:eastAsia="ＭＳ 明朝" w:cs="ＭＳ 明朝"/>
          <w:color w:val="000000"/>
          <w:spacing w:val="2"/>
          <w:sz w:val="19"/>
          <w:lang w:val="ja-JP" w:eastAsia="ja-JP"/>
        </w:rPr>
        <w:t>。な</w:t>
      </w:r>
      <w:r>
        <w:rPr>
          <w:rFonts w:eastAsia="ＭＳ 明朝" w:cs="ＭＳ 明朝"/>
          <w:color w:val="000000"/>
          <w:sz w:val="19"/>
          <w:lang w:val="ja-JP" w:eastAsia="ja-JP"/>
        </w:rPr>
        <w:t>お</w:t>
      </w:r>
      <w:r>
        <w:rPr>
          <w:rFonts w:eastAsia="ＭＳ 明朝" w:cs="ＭＳ 明朝"/>
          <w:color w:val="000000"/>
          <w:spacing w:val="2"/>
          <w:sz w:val="19"/>
          <w:lang w:val="ja-JP" w:eastAsia="ja-JP"/>
        </w:rPr>
        <w:t>、既</w:t>
      </w:r>
      <w:r>
        <w:rPr>
          <w:rFonts w:eastAsia="ＭＳ 明朝" w:cs="ＭＳ 明朝"/>
          <w:color w:val="000000"/>
          <w:sz w:val="19"/>
          <w:lang w:val="ja-JP" w:eastAsia="ja-JP"/>
        </w:rPr>
        <w:t>に</w:t>
      </w:r>
      <w:r>
        <w:rPr>
          <w:rFonts w:eastAsia="ＭＳ 明朝" w:cs="ＭＳ 明朝"/>
          <w:color w:val="000000"/>
          <w:spacing w:val="2"/>
          <w:sz w:val="19"/>
          <w:lang w:val="ja-JP" w:eastAsia="ja-JP"/>
        </w:rPr>
        <w:t>権利</w:t>
      </w:r>
      <w:r>
        <w:rPr>
          <w:rFonts w:eastAsia="ＭＳ 明朝" w:cs="ＭＳ 明朝"/>
          <w:color w:val="000000"/>
          <w:sz w:val="19"/>
          <w:lang w:val="ja-JP" w:eastAsia="ja-JP"/>
        </w:rPr>
        <w:t>を</w:t>
      </w:r>
      <w:r>
        <w:rPr>
          <w:rFonts w:eastAsia="ＭＳ 明朝" w:cs="ＭＳ 明朝"/>
          <w:color w:val="000000"/>
          <w:spacing w:val="2"/>
          <w:sz w:val="19"/>
          <w:lang w:val="ja-JP" w:eastAsia="ja-JP"/>
        </w:rPr>
        <w:t>取得し</w:t>
      </w:r>
      <w:r>
        <w:rPr>
          <w:rFonts w:eastAsia="ＭＳ 明朝" w:cs="ＭＳ 明朝"/>
          <w:color w:val="000000"/>
          <w:sz w:val="19"/>
          <w:lang w:val="ja-JP" w:eastAsia="ja-JP"/>
        </w:rPr>
        <w:t>て</w:t>
      </w:r>
      <w:r>
        <w:rPr>
          <w:rFonts w:eastAsia="ＭＳ 明朝" w:cs="ＭＳ 明朝"/>
          <w:color w:val="000000"/>
          <w:spacing w:val="2"/>
          <w:sz w:val="19"/>
          <w:lang w:val="ja-JP" w:eastAsia="ja-JP"/>
        </w:rPr>
        <w:t>いる</w:t>
      </w:r>
      <w:r>
        <w:rPr>
          <w:rFonts w:eastAsia="ＭＳ 明朝" w:cs="ＭＳ 明朝"/>
          <w:color w:val="000000"/>
          <w:sz w:val="19"/>
          <w:lang w:val="ja-JP" w:eastAsia="ja-JP"/>
        </w:rPr>
        <w:t>場</w:t>
      </w:r>
      <w:r>
        <w:rPr>
          <w:rFonts w:eastAsia="ＭＳ 明朝" w:cs="ＭＳ 明朝"/>
          <w:color w:val="000000"/>
          <w:spacing w:val="2"/>
          <w:sz w:val="19"/>
          <w:lang w:val="ja-JP" w:eastAsia="ja-JP"/>
        </w:rPr>
        <w:t>合に</w:t>
      </w:r>
      <w:r>
        <w:rPr>
          <w:rFonts w:eastAsia="ＭＳ 明朝" w:cs="ＭＳ 明朝"/>
          <w:color w:val="000000"/>
          <w:sz w:val="19"/>
          <w:lang w:val="ja-JP" w:eastAsia="ja-JP"/>
        </w:rPr>
        <w:t>は</w:t>
      </w:r>
      <w:r>
        <w:rPr>
          <w:rFonts w:eastAsia="ＭＳ 明朝" w:cs="ＭＳ 明朝"/>
          <w:color w:val="000000"/>
          <w:spacing w:val="2"/>
          <w:sz w:val="19"/>
          <w:lang w:val="ja-JP" w:eastAsia="ja-JP"/>
        </w:rPr>
        <w:t>それ</w:t>
      </w:r>
      <w:r>
        <w:rPr>
          <w:rFonts w:eastAsia="ＭＳ 明朝" w:cs="ＭＳ 明朝"/>
          <w:color w:val="000000"/>
          <w:sz w:val="19"/>
          <w:lang w:val="ja-JP" w:eastAsia="ja-JP"/>
        </w:rPr>
        <w:t>を</w:t>
      </w:r>
      <w:r>
        <w:rPr>
          <w:rFonts w:eastAsia="ＭＳ 明朝" w:cs="ＭＳ 明朝"/>
          <w:color w:val="000000"/>
          <w:spacing w:val="2"/>
          <w:sz w:val="19"/>
          <w:lang w:val="ja-JP" w:eastAsia="ja-JP"/>
        </w:rPr>
        <w:t>証する</w:t>
      </w:r>
      <w:r>
        <w:rPr>
          <w:rFonts w:eastAsia="ＭＳ 明朝" w:cs="ＭＳ 明朝"/>
          <w:color w:val="000000"/>
          <w:sz w:val="19"/>
          <w:lang w:val="ja-JP" w:eastAsia="ja-JP"/>
        </w:rPr>
        <w:t>書</w:t>
      </w:r>
      <w:r>
        <w:rPr>
          <w:rFonts w:eastAsia="ＭＳ 明朝" w:cs="ＭＳ 明朝"/>
          <w:color w:val="000000"/>
          <w:spacing w:val="2"/>
          <w:sz w:val="19"/>
          <w:lang w:val="ja-JP" w:eastAsia="ja-JP"/>
        </w:rPr>
        <w:t>類を</w:t>
      </w:r>
      <w:r>
        <w:rPr>
          <w:rFonts w:eastAsia="ＭＳ 明朝" w:cs="ＭＳ 明朝"/>
          <w:color w:val="000000"/>
          <w:sz w:val="19"/>
          <w:lang w:val="ja-JP" w:eastAsia="ja-JP"/>
        </w:rPr>
        <w:t>添</w:t>
      </w:r>
      <w:r>
        <w:rPr>
          <w:rFonts w:eastAsia="ＭＳ 明朝" w:cs="ＭＳ 明朝"/>
          <w:color w:val="000000"/>
          <w:spacing w:val="2"/>
          <w:sz w:val="19"/>
          <w:lang w:val="ja-JP" w:eastAsia="ja-JP"/>
        </w:rPr>
        <w:t>付し</w:t>
      </w:r>
      <w:r>
        <w:rPr>
          <w:rFonts w:eastAsia="ＭＳ 明朝" w:cs="ＭＳ 明朝"/>
          <w:color w:val="000000"/>
          <w:sz w:val="19"/>
          <w:lang w:val="ja-JP" w:eastAsia="ja-JP"/>
        </w:rPr>
        <w:t>て</w:t>
      </w:r>
      <w:r>
        <w:rPr>
          <w:rFonts w:eastAsia="ＭＳ 明朝" w:cs="ＭＳ 明朝"/>
          <w:color w:val="000000"/>
          <w:spacing w:val="2"/>
          <w:sz w:val="19"/>
          <w:lang w:val="ja-JP" w:eastAsia="ja-JP"/>
        </w:rPr>
        <w:t>くださ</w:t>
      </w:r>
      <w:r>
        <w:rPr>
          <w:rFonts w:eastAsia="ＭＳ 明朝" w:cs="ＭＳ 明朝"/>
          <w:color w:val="000000"/>
          <w:sz w:val="19"/>
          <w:lang w:val="ja-JP" w:eastAsia="ja-JP"/>
        </w:rPr>
        <w:t>い。</w:t>
      </w:r>
    </w:p>
    <w:p w14:paraId="41D80852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71" w:line="219" w:lineRule="exact"/>
        <w:ind w:left="848"/>
        <w:rPr>
          <w:lang w:eastAsia="ja-JP"/>
        </w:rPr>
      </w:pPr>
      <w:r>
        <w:rPr>
          <w:rFonts w:eastAsia="ＭＳ 明朝" w:cs="ＭＳ 明朝"/>
          <w:color w:val="000000"/>
          <w:spacing w:val="103"/>
          <w:sz w:val="19"/>
          <w:lang w:val="ja-JP" w:eastAsia="ja-JP"/>
        </w:rPr>
        <w:t>２</w:t>
      </w:r>
      <w:r>
        <w:rPr>
          <w:rFonts w:eastAsia="ＭＳ 明朝" w:cs="ＭＳ 明朝"/>
          <w:color w:val="000000"/>
          <w:sz w:val="19"/>
          <w:lang w:val="ja-JP" w:eastAsia="ja-JP"/>
        </w:rPr>
        <w:t>「</w:t>
      </w:r>
      <w:r>
        <w:rPr>
          <w:rFonts w:eastAsia="ＭＳ 明朝" w:cs="ＭＳ 明朝"/>
          <w:color w:val="000000"/>
          <w:spacing w:val="2"/>
          <w:sz w:val="19"/>
          <w:lang w:val="ja-JP" w:eastAsia="ja-JP"/>
        </w:rPr>
        <w:t>造成</w:t>
      </w:r>
      <w:r>
        <w:rPr>
          <w:rFonts w:eastAsia="ＭＳ 明朝" w:cs="ＭＳ 明朝"/>
          <w:color w:val="000000"/>
          <w:sz w:val="19"/>
          <w:lang w:val="ja-JP" w:eastAsia="ja-JP"/>
        </w:rPr>
        <w:t>計</w:t>
      </w:r>
      <w:r>
        <w:rPr>
          <w:rFonts w:eastAsia="ＭＳ 明朝" w:cs="ＭＳ 明朝"/>
          <w:color w:val="000000"/>
          <w:spacing w:val="2"/>
          <w:sz w:val="19"/>
          <w:lang w:val="ja-JP" w:eastAsia="ja-JP"/>
        </w:rPr>
        <w:t>画」欄</w:t>
      </w:r>
      <w:r>
        <w:rPr>
          <w:rFonts w:eastAsia="ＭＳ 明朝" w:cs="ＭＳ 明朝"/>
          <w:color w:val="000000"/>
          <w:sz w:val="19"/>
          <w:lang w:val="ja-JP" w:eastAsia="ja-JP"/>
        </w:rPr>
        <w:t>に</w:t>
      </w:r>
      <w:r>
        <w:rPr>
          <w:rFonts w:eastAsia="ＭＳ 明朝" w:cs="ＭＳ 明朝"/>
          <w:color w:val="000000"/>
          <w:spacing w:val="2"/>
          <w:sz w:val="19"/>
          <w:lang w:val="ja-JP" w:eastAsia="ja-JP"/>
        </w:rPr>
        <w:t>は植</w:t>
      </w:r>
      <w:r>
        <w:rPr>
          <w:rFonts w:eastAsia="ＭＳ 明朝" w:cs="ＭＳ 明朝"/>
          <w:color w:val="000000"/>
          <w:sz w:val="19"/>
          <w:lang w:val="ja-JP" w:eastAsia="ja-JP"/>
        </w:rPr>
        <w:t>栽</w:t>
      </w:r>
      <w:r>
        <w:rPr>
          <w:rFonts w:eastAsia="ＭＳ 明朝" w:cs="ＭＳ 明朝"/>
          <w:color w:val="000000"/>
          <w:spacing w:val="2"/>
          <w:sz w:val="19"/>
          <w:lang w:val="ja-JP" w:eastAsia="ja-JP"/>
        </w:rPr>
        <w:t>樹種</w:t>
      </w:r>
      <w:r>
        <w:rPr>
          <w:rFonts w:eastAsia="ＭＳ 明朝" w:cs="ＭＳ 明朝"/>
          <w:color w:val="000000"/>
          <w:sz w:val="19"/>
          <w:lang w:val="ja-JP" w:eastAsia="ja-JP"/>
        </w:rPr>
        <w:t>、</w:t>
      </w:r>
      <w:r>
        <w:rPr>
          <w:rFonts w:eastAsia="ＭＳ 明朝" w:cs="ＭＳ 明朝"/>
          <w:color w:val="000000"/>
          <w:spacing w:val="2"/>
          <w:sz w:val="19"/>
          <w:lang w:val="ja-JP" w:eastAsia="ja-JP"/>
        </w:rPr>
        <w:t>本数、</w:t>
      </w:r>
      <w:r>
        <w:rPr>
          <w:rFonts w:eastAsia="ＭＳ 明朝" w:cs="ＭＳ 明朝"/>
          <w:color w:val="000000"/>
          <w:sz w:val="19"/>
          <w:lang w:val="ja-JP" w:eastAsia="ja-JP"/>
        </w:rPr>
        <w:t>張</w:t>
      </w:r>
      <w:r>
        <w:rPr>
          <w:rFonts w:eastAsia="ＭＳ 明朝" w:cs="ＭＳ 明朝"/>
          <w:color w:val="000000"/>
          <w:spacing w:val="2"/>
          <w:sz w:val="19"/>
          <w:lang w:val="ja-JP" w:eastAsia="ja-JP"/>
        </w:rPr>
        <w:t>芝等</w:t>
      </w:r>
      <w:r>
        <w:rPr>
          <w:rFonts w:eastAsia="ＭＳ 明朝" w:cs="ＭＳ 明朝"/>
          <w:color w:val="000000"/>
          <w:sz w:val="19"/>
          <w:lang w:val="ja-JP" w:eastAsia="ja-JP"/>
        </w:rPr>
        <w:t>具</w:t>
      </w:r>
      <w:r>
        <w:rPr>
          <w:rFonts w:eastAsia="ＭＳ 明朝" w:cs="ＭＳ 明朝"/>
          <w:color w:val="000000"/>
          <w:spacing w:val="2"/>
          <w:sz w:val="19"/>
          <w:lang w:val="ja-JP" w:eastAsia="ja-JP"/>
        </w:rPr>
        <w:t>体的</w:t>
      </w:r>
      <w:r>
        <w:rPr>
          <w:rFonts w:eastAsia="ＭＳ 明朝" w:cs="ＭＳ 明朝"/>
          <w:color w:val="000000"/>
          <w:sz w:val="19"/>
          <w:lang w:val="ja-JP" w:eastAsia="ja-JP"/>
        </w:rPr>
        <w:t>な</w:t>
      </w:r>
      <w:r>
        <w:rPr>
          <w:rFonts w:eastAsia="ＭＳ 明朝" w:cs="ＭＳ 明朝"/>
          <w:color w:val="000000"/>
          <w:spacing w:val="2"/>
          <w:sz w:val="19"/>
          <w:lang w:val="ja-JP" w:eastAsia="ja-JP"/>
        </w:rPr>
        <w:t>施行</w:t>
      </w:r>
      <w:r>
        <w:rPr>
          <w:rFonts w:eastAsia="ＭＳ 明朝" w:cs="ＭＳ 明朝"/>
          <w:color w:val="000000"/>
          <w:sz w:val="19"/>
          <w:lang w:val="ja-JP" w:eastAsia="ja-JP"/>
        </w:rPr>
        <w:t>計</w:t>
      </w:r>
      <w:r>
        <w:rPr>
          <w:rFonts w:eastAsia="ＭＳ 明朝" w:cs="ＭＳ 明朝"/>
          <w:color w:val="000000"/>
          <w:spacing w:val="2"/>
          <w:sz w:val="19"/>
          <w:lang w:val="ja-JP" w:eastAsia="ja-JP"/>
        </w:rPr>
        <w:t>画の概</w:t>
      </w:r>
      <w:r>
        <w:rPr>
          <w:rFonts w:eastAsia="ＭＳ 明朝" w:cs="ＭＳ 明朝"/>
          <w:color w:val="000000"/>
          <w:sz w:val="19"/>
          <w:lang w:val="ja-JP" w:eastAsia="ja-JP"/>
        </w:rPr>
        <w:t>要</w:t>
      </w:r>
      <w:r>
        <w:rPr>
          <w:rFonts w:eastAsia="ＭＳ 明朝" w:cs="ＭＳ 明朝"/>
          <w:color w:val="000000"/>
          <w:spacing w:val="2"/>
          <w:sz w:val="19"/>
          <w:lang w:val="ja-JP" w:eastAsia="ja-JP"/>
        </w:rPr>
        <w:t>につ</w:t>
      </w:r>
      <w:r>
        <w:rPr>
          <w:rFonts w:eastAsia="ＭＳ 明朝" w:cs="ＭＳ 明朝"/>
          <w:color w:val="000000"/>
          <w:sz w:val="19"/>
          <w:lang w:val="ja-JP" w:eastAsia="ja-JP"/>
        </w:rPr>
        <w:t>い</w:t>
      </w:r>
      <w:r>
        <w:rPr>
          <w:rFonts w:eastAsia="ＭＳ 明朝" w:cs="ＭＳ 明朝"/>
          <w:color w:val="000000"/>
          <w:spacing w:val="2"/>
          <w:sz w:val="19"/>
          <w:lang w:val="ja-JP" w:eastAsia="ja-JP"/>
        </w:rPr>
        <w:t>て記</w:t>
      </w:r>
      <w:r>
        <w:rPr>
          <w:rFonts w:eastAsia="ＭＳ 明朝" w:cs="ＭＳ 明朝"/>
          <w:color w:val="000000"/>
          <w:sz w:val="19"/>
          <w:lang w:val="ja-JP" w:eastAsia="ja-JP"/>
        </w:rPr>
        <w:t>載</w:t>
      </w:r>
      <w:r>
        <w:rPr>
          <w:rFonts w:eastAsia="ＭＳ 明朝" w:cs="ＭＳ 明朝"/>
          <w:color w:val="000000"/>
          <w:spacing w:val="2"/>
          <w:sz w:val="19"/>
          <w:lang w:val="ja-JP" w:eastAsia="ja-JP"/>
        </w:rPr>
        <w:t>して</w:t>
      </w:r>
      <w:r>
        <w:rPr>
          <w:rFonts w:eastAsia="ＭＳ 明朝" w:cs="ＭＳ 明朝"/>
          <w:color w:val="000000"/>
          <w:sz w:val="19"/>
          <w:lang w:val="ja-JP" w:eastAsia="ja-JP"/>
        </w:rPr>
        <w:t>くだ</w:t>
      </w:r>
    </w:p>
    <w:p w14:paraId="17C40629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74" w:line="219" w:lineRule="exact"/>
        <w:ind w:left="1047"/>
        <w:rPr>
          <w:lang w:eastAsia="ja-JP"/>
        </w:rPr>
      </w:pPr>
      <w:r>
        <w:rPr>
          <w:rFonts w:eastAsia="ＭＳ 明朝" w:cs="ＭＳ 明朝"/>
          <w:color w:val="000000"/>
          <w:spacing w:val="2"/>
          <w:sz w:val="19"/>
          <w:lang w:val="ja-JP" w:eastAsia="ja-JP"/>
        </w:rPr>
        <w:t>さい</w:t>
      </w:r>
      <w:r>
        <w:rPr>
          <w:rFonts w:eastAsia="ＭＳ 明朝" w:cs="ＭＳ 明朝"/>
          <w:color w:val="000000"/>
          <w:sz w:val="19"/>
          <w:lang w:val="ja-JP" w:eastAsia="ja-JP"/>
        </w:rPr>
        <w:t>。</w:t>
      </w:r>
    </w:p>
    <w:p w14:paraId="562D1A9A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71" w:line="219" w:lineRule="exact"/>
        <w:ind w:left="848"/>
        <w:rPr>
          <w:lang w:eastAsia="ja-JP"/>
        </w:rPr>
      </w:pPr>
      <w:r>
        <w:rPr>
          <w:rFonts w:eastAsia="ＭＳ 明朝" w:cs="ＭＳ 明朝"/>
          <w:color w:val="000000"/>
          <w:spacing w:val="103"/>
          <w:sz w:val="19"/>
          <w:lang w:val="ja-JP" w:eastAsia="ja-JP"/>
        </w:rPr>
        <w:t>３</w:t>
      </w:r>
      <w:r>
        <w:rPr>
          <w:rFonts w:eastAsia="ＭＳ 明朝" w:cs="ＭＳ 明朝"/>
          <w:color w:val="000000"/>
          <w:sz w:val="19"/>
          <w:lang w:val="ja-JP" w:eastAsia="ja-JP"/>
        </w:rPr>
        <w:t>「</w:t>
      </w:r>
      <w:r>
        <w:rPr>
          <w:rFonts w:eastAsia="ＭＳ 明朝" w:cs="ＭＳ 明朝"/>
          <w:color w:val="000000"/>
          <w:spacing w:val="2"/>
          <w:sz w:val="19"/>
          <w:lang w:val="ja-JP" w:eastAsia="ja-JP"/>
        </w:rPr>
        <w:t>保全</w:t>
      </w:r>
      <w:r>
        <w:rPr>
          <w:rFonts w:eastAsia="ＭＳ 明朝" w:cs="ＭＳ 明朝"/>
          <w:color w:val="000000"/>
          <w:sz w:val="19"/>
          <w:lang w:val="ja-JP" w:eastAsia="ja-JP"/>
        </w:rPr>
        <w:t>管</w:t>
      </w:r>
      <w:r>
        <w:rPr>
          <w:rFonts w:eastAsia="ＭＳ 明朝" w:cs="ＭＳ 明朝"/>
          <w:color w:val="000000"/>
          <w:spacing w:val="2"/>
          <w:sz w:val="19"/>
          <w:lang w:val="ja-JP" w:eastAsia="ja-JP"/>
        </w:rPr>
        <w:t>理計画</w:t>
      </w:r>
      <w:r>
        <w:rPr>
          <w:rFonts w:eastAsia="ＭＳ 明朝" w:cs="ＭＳ 明朝"/>
          <w:color w:val="000000"/>
          <w:sz w:val="19"/>
          <w:lang w:val="ja-JP" w:eastAsia="ja-JP"/>
        </w:rPr>
        <w:t>」</w:t>
      </w:r>
      <w:r>
        <w:rPr>
          <w:rFonts w:eastAsia="ＭＳ 明朝" w:cs="ＭＳ 明朝"/>
          <w:color w:val="000000"/>
          <w:spacing w:val="2"/>
          <w:sz w:val="19"/>
          <w:lang w:val="ja-JP" w:eastAsia="ja-JP"/>
        </w:rPr>
        <w:t>欄に</w:t>
      </w:r>
      <w:r>
        <w:rPr>
          <w:rFonts w:eastAsia="ＭＳ 明朝" w:cs="ＭＳ 明朝"/>
          <w:color w:val="000000"/>
          <w:sz w:val="19"/>
          <w:lang w:val="ja-JP" w:eastAsia="ja-JP"/>
        </w:rPr>
        <w:t>は</w:t>
      </w:r>
      <w:r>
        <w:rPr>
          <w:rFonts w:eastAsia="ＭＳ 明朝" w:cs="ＭＳ 明朝"/>
          <w:color w:val="000000"/>
          <w:spacing w:val="2"/>
          <w:sz w:val="19"/>
          <w:lang w:val="ja-JP" w:eastAsia="ja-JP"/>
        </w:rPr>
        <w:t>、森</w:t>
      </w:r>
      <w:r>
        <w:rPr>
          <w:rFonts w:eastAsia="ＭＳ 明朝" w:cs="ＭＳ 明朝"/>
          <w:color w:val="000000"/>
          <w:sz w:val="19"/>
          <w:lang w:val="ja-JP" w:eastAsia="ja-JP"/>
        </w:rPr>
        <w:t>林</w:t>
      </w:r>
      <w:r>
        <w:rPr>
          <w:rFonts w:eastAsia="ＭＳ 明朝" w:cs="ＭＳ 明朝"/>
          <w:color w:val="000000"/>
          <w:spacing w:val="2"/>
          <w:sz w:val="19"/>
          <w:lang w:val="ja-JP" w:eastAsia="ja-JP"/>
        </w:rPr>
        <w:t>及び緑</w:t>
      </w:r>
      <w:r>
        <w:rPr>
          <w:rFonts w:eastAsia="ＭＳ 明朝" w:cs="ＭＳ 明朝"/>
          <w:color w:val="000000"/>
          <w:sz w:val="19"/>
          <w:lang w:val="ja-JP" w:eastAsia="ja-JP"/>
        </w:rPr>
        <w:t>地</w:t>
      </w:r>
      <w:r>
        <w:rPr>
          <w:rFonts w:eastAsia="ＭＳ 明朝" w:cs="ＭＳ 明朝"/>
          <w:color w:val="000000"/>
          <w:spacing w:val="2"/>
          <w:sz w:val="19"/>
          <w:lang w:val="ja-JP" w:eastAsia="ja-JP"/>
        </w:rPr>
        <w:t>の維</w:t>
      </w:r>
      <w:r>
        <w:rPr>
          <w:rFonts w:eastAsia="ＭＳ 明朝" w:cs="ＭＳ 明朝"/>
          <w:color w:val="000000"/>
          <w:sz w:val="19"/>
          <w:lang w:val="ja-JP" w:eastAsia="ja-JP"/>
        </w:rPr>
        <w:t>持</w:t>
      </w:r>
      <w:r>
        <w:rPr>
          <w:rFonts w:eastAsia="ＭＳ 明朝" w:cs="ＭＳ 明朝"/>
          <w:color w:val="000000"/>
          <w:spacing w:val="2"/>
          <w:sz w:val="19"/>
          <w:lang w:val="ja-JP" w:eastAsia="ja-JP"/>
        </w:rPr>
        <w:t>管理</w:t>
      </w:r>
      <w:r>
        <w:rPr>
          <w:rFonts w:eastAsia="ＭＳ 明朝" w:cs="ＭＳ 明朝"/>
          <w:color w:val="000000"/>
          <w:sz w:val="19"/>
          <w:lang w:val="ja-JP" w:eastAsia="ja-JP"/>
        </w:rPr>
        <w:t>を</w:t>
      </w:r>
      <w:r>
        <w:rPr>
          <w:rFonts w:eastAsia="ＭＳ 明朝" w:cs="ＭＳ 明朝"/>
          <w:color w:val="000000"/>
          <w:spacing w:val="2"/>
          <w:sz w:val="19"/>
          <w:lang w:val="ja-JP" w:eastAsia="ja-JP"/>
        </w:rPr>
        <w:t>図る</w:t>
      </w:r>
      <w:r>
        <w:rPr>
          <w:rFonts w:eastAsia="ＭＳ 明朝" w:cs="ＭＳ 明朝"/>
          <w:color w:val="000000"/>
          <w:sz w:val="19"/>
          <w:lang w:val="ja-JP" w:eastAsia="ja-JP"/>
        </w:rPr>
        <w:t>た</w:t>
      </w:r>
      <w:r>
        <w:rPr>
          <w:rFonts w:eastAsia="ＭＳ 明朝" w:cs="ＭＳ 明朝"/>
          <w:color w:val="000000"/>
          <w:spacing w:val="2"/>
          <w:sz w:val="19"/>
          <w:lang w:val="ja-JP" w:eastAsia="ja-JP"/>
        </w:rPr>
        <w:t>めの措</w:t>
      </w:r>
      <w:r>
        <w:rPr>
          <w:rFonts w:eastAsia="ＭＳ 明朝" w:cs="ＭＳ 明朝"/>
          <w:color w:val="000000"/>
          <w:sz w:val="19"/>
          <w:lang w:val="ja-JP" w:eastAsia="ja-JP"/>
        </w:rPr>
        <w:t>置</w:t>
      </w:r>
      <w:r>
        <w:rPr>
          <w:rFonts w:eastAsia="ＭＳ 明朝" w:cs="ＭＳ 明朝"/>
          <w:color w:val="000000"/>
          <w:spacing w:val="2"/>
          <w:sz w:val="19"/>
          <w:lang w:val="ja-JP" w:eastAsia="ja-JP"/>
        </w:rPr>
        <w:t>を記</w:t>
      </w:r>
      <w:r>
        <w:rPr>
          <w:rFonts w:eastAsia="ＭＳ 明朝" w:cs="ＭＳ 明朝"/>
          <w:color w:val="000000"/>
          <w:sz w:val="19"/>
          <w:lang w:val="ja-JP" w:eastAsia="ja-JP"/>
        </w:rPr>
        <w:t>載</w:t>
      </w:r>
      <w:r>
        <w:rPr>
          <w:rFonts w:eastAsia="ＭＳ 明朝" w:cs="ＭＳ 明朝"/>
          <w:color w:val="000000"/>
          <w:spacing w:val="2"/>
          <w:sz w:val="19"/>
          <w:lang w:val="ja-JP" w:eastAsia="ja-JP"/>
        </w:rPr>
        <w:t>して</w:t>
      </w:r>
      <w:r>
        <w:rPr>
          <w:rFonts w:eastAsia="ＭＳ 明朝" w:cs="ＭＳ 明朝"/>
          <w:color w:val="000000"/>
          <w:sz w:val="19"/>
          <w:lang w:val="ja-JP" w:eastAsia="ja-JP"/>
        </w:rPr>
        <w:t>く</w:t>
      </w:r>
      <w:r>
        <w:rPr>
          <w:rFonts w:eastAsia="ＭＳ 明朝" w:cs="ＭＳ 明朝"/>
          <w:color w:val="000000"/>
          <w:spacing w:val="2"/>
          <w:sz w:val="19"/>
          <w:lang w:val="ja-JP" w:eastAsia="ja-JP"/>
        </w:rPr>
        <w:t>ださ</w:t>
      </w:r>
      <w:r>
        <w:rPr>
          <w:rFonts w:eastAsia="ＭＳ 明朝" w:cs="ＭＳ 明朝"/>
          <w:color w:val="000000"/>
          <w:sz w:val="19"/>
          <w:lang w:val="ja-JP" w:eastAsia="ja-JP"/>
        </w:rPr>
        <w:t>い。</w:t>
      </w:r>
    </w:p>
    <w:p w14:paraId="1B625945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72" w:line="222" w:lineRule="exact"/>
        <w:ind w:left="1258"/>
        <w:rPr>
          <w:lang w:eastAsia="ja-JP"/>
        </w:rPr>
      </w:pPr>
      <w:r>
        <w:rPr>
          <w:rFonts w:eastAsia="ＭＳ 明朝" w:cs="ＭＳ 明朝"/>
          <w:color w:val="000000"/>
          <w:spacing w:val="-2"/>
          <w:lang w:val="ja-JP" w:eastAsia="ja-JP"/>
        </w:rPr>
        <w:t>ま</w:t>
      </w:r>
      <w:r>
        <w:rPr>
          <w:rFonts w:eastAsia="ＭＳ 明朝" w:cs="ＭＳ 明朝"/>
          <w:color w:val="000000"/>
          <w:spacing w:val="2"/>
          <w:lang w:val="ja-JP" w:eastAsia="ja-JP"/>
        </w:rPr>
        <w:t>た</w:t>
      </w:r>
      <w:r>
        <w:rPr>
          <w:rFonts w:eastAsia="ＭＳ 明朝" w:cs="ＭＳ 明朝"/>
          <w:color w:val="000000"/>
          <w:spacing w:val="-2"/>
          <w:lang w:val="ja-JP" w:eastAsia="ja-JP"/>
        </w:rPr>
        <w:t>、</w:t>
      </w:r>
      <w:r>
        <w:rPr>
          <w:rFonts w:eastAsia="ＭＳ 明朝" w:cs="ＭＳ 明朝"/>
          <w:color w:val="000000"/>
          <w:lang w:val="ja-JP" w:eastAsia="ja-JP"/>
        </w:rPr>
        <w:t>施工後２年間は緑化状況を確認</w:t>
      </w:r>
      <w:r>
        <w:rPr>
          <w:rFonts w:eastAsia="ＭＳ 明朝" w:cs="ＭＳ 明朝"/>
          <w:color w:val="000000"/>
          <w:spacing w:val="-2"/>
          <w:lang w:val="ja-JP" w:eastAsia="ja-JP"/>
        </w:rPr>
        <w:t>す</w:t>
      </w:r>
      <w:r>
        <w:rPr>
          <w:rFonts w:eastAsia="ＭＳ 明朝" w:cs="ＭＳ 明朝"/>
          <w:color w:val="000000"/>
          <w:lang w:val="ja-JP" w:eastAsia="ja-JP"/>
        </w:rPr>
        <w:t>ることとし、その具体的方法</w:t>
      </w:r>
      <w:r>
        <w:rPr>
          <w:rFonts w:eastAsia="ＭＳ 明朝" w:cs="ＭＳ 明朝"/>
          <w:color w:val="000000"/>
          <w:spacing w:val="-2"/>
          <w:lang w:val="ja-JP" w:eastAsia="ja-JP"/>
        </w:rPr>
        <w:t>に</w:t>
      </w:r>
      <w:r>
        <w:rPr>
          <w:rFonts w:eastAsia="ＭＳ 明朝" w:cs="ＭＳ 明朝"/>
          <w:color w:val="000000"/>
          <w:spacing w:val="2"/>
          <w:lang w:val="ja-JP" w:eastAsia="ja-JP"/>
        </w:rPr>
        <w:t>つ</w:t>
      </w:r>
      <w:r>
        <w:rPr>
          <w:rFonts w:eastAsia="ＭＳ 明朝" w:cs="ＭＳ 明朝"/>
          <w:color w:val="000000"/>
          <w:spacing w:val="-2"/>
          <w:lang w:val="ja-JP" w:eastAsia="ja-JP"/>
        </w:rPr>
        <w:t>い</w:t>
      </w:r>
      <w:r>
        <w:rPr>
          <w:rFonts w:eastAsia="ＭＳ 明朝" w:cs="ＭＳ 明朝"/>
          <w:color w:val="000000"/>
          <w:lang w:val="ja-JP" w:eastAsia="ja-JP"/>
        </w:rPr>
        <w:t>て記載してくだい。</w:t>
      </w:r>
    </w:p>
    <w:p w14:paraId="27075EF2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71" w:line="219" w:lineRule="exact"/>
        <w:ind w:left="1254"/>
        <w:rPr>
          <w:lang w:eastAsia="ja-JP"/>
        </w:rPr>
      </w:pPr>
      <w:r>
        <w:rPr>
          <w:rFonts w:eastAsia="ＭＳ 明朝" w:cs="ＭＳ 明朝"/>
          <w:color w:val="000000"/>
          <w:sz w:val="19"/>
          <w:lang w:val="ja-JP" w:eastAsia="ja-JP"/>
        </w:rPr>
        <w:t>な</w:t>
      </w:r>
      <w:r>
        <w:rPr>
          <w:rFonts w:eastAsia="ＭＳ 明朝" w:cs="ＭＳ 明朝"/>
          <w:color w:val="000000"/>
          <w:spacing w:val="2"/>
          <w:sz w:val="19"/>
          <w:lang w:val="ja-JP" w:eastAsia="ja-JP"/>
        </w:rPr>
        <w:t>お、</w:t>
      </w:r>
      <w:r>
        <w:rPr>
          <w:rFonts w:eastAsia="ＭＳ 明朝" w:cs="ＭＳ 明朝"/>
          <w:color w:val="000000"/>
          <w:sz w:val="19"/>
          <w:lang w:val="ja-JP" w:eastAsia="ja-JP"/>
        </w:rPr>
        <w:t>既</w:t>
      </w:r>
      <w:r>
        <w:rPr>
          <w:rFonts w:eastAsia="ＭＳ 明朝" w:cs="ＭＳ 明朝"/>
          <w:color w:val="000000"/>
          <w:spacing w:val="2"/>
          <w:sz w:val="19"/>
          <w:lang w:val="ja-JP" w:eastAsia="ja-JP"/>
        </w:rPr>
        <w:t>に「</w:t>
      </w:r>
      <w:r>
        <w:rPr>
          <w:rFonts w:eastAsia="ＭＳ 明朝" w:cs="ＭＳ 明朝"/>
          <w:color w:val="000000"/>
          <w:sz w:val="19"/>
          <w:lang w:val="ja-JP" w:eastAsia="ja-JP"/>
        </w:rPr>
        <w:t>地</w:t>
      </w:r>
      <w:r>
        <w:rPr>
          <w:rFonts w:eastAsia="ＭＳ 明朝" w:cs="ＭＳ 明朝"/>
          <w:color w:val="000000"/>
          <w:spacing w:val="2"/>
          <w:sz w:val="19"/>
          <w:lang w:val="ja-JP" w:eastAsia="ja-JP"/>
        </w:rPr>
        <w:t>方公</w:t>
      </w:r>
      <w:r>
        <w:rPr>
          <w:rFonts w:eastAsia="ＭＳ 明朝" w:cs="ＭＳ 明朝"/>
          <w:color w:val="000000"/>
          <w:sz w:val="19"/>
          <w:lang w:val="ja-JP" w:eastAsia="ja-JP"/>
        </w:rPr>
        <w:t>共</w:t>
      </w:r>
      <w:r>
        <w:rPr>
          <w:rFonts w:eastAsia="ＭＳ 明朝" w:cs="ＭＳ 明朝"/>
          <w:color w:val="000000"/>
          <w:spacing w:val="2"/>
          <w:sz w:val="19"/>
          <w:lang w:val="ja-JP" w:eastAsia="ja-JP"/>
        </w:rPr>
        <w:t>団体等</w:t>
      </w:r>
      <w:r>
        <w:rPr>
          <w:rFonts w:eastAsia="ＭＳ 明朝" w:cs="ＭＳ 明朝"/>
          <w:color w:val="000000"/>
          <w:sz w:val="19"/>
          <w:lang w:val="ja-JP" w:eastAsia="ja-JP"/>
        </w:rPr>
        <w:t>」</w:t>
      </w:r>
      <w:r>
        <w:rPr>
          <w:rFonts w:eastAsia="ＭＳ 明朝" w:cs="ＭＳ 明朝"/>
          <w:color w:val="000000"/>
          <w:spacing w:val="2"/>
          <w:sz w:val="19"/>
          <w:lang w:val="ja-JP" w:eastAsia="ja-JP"/>
        </w:rPr>
        <w:t>と協</w:t>
      </w:r>
      <w:r>
        <w:rPr>
          <w:rFonts w:eastAsia="ＭＳ 明朝" w:cs="ＭＳ 明朝"/>
          <w:color w:val="000000"/>
          <w:sz w:val="19"/>
          <w:lang w:val="ja-JP" w:eastAsia="ja-JP"/>
        </w:rPr>
        <w:t>定</w:t>
      </w:r>
      <w:r>
        <w:rPr>
          <w:rFonts w:eastAsia="ＭＳ 明朝" w:cs="ＭＳ 明朝"/>
          <w:color w:val="000000"/>
          <w:spacing w:val="2"/>
          <w:sz w:val="19"/>
          <w:lang w:val="ja-JP" w:eastAsia="ja-JP"/>
        </w:rPr>
        <w:t>をし</w:t>
      </w:r>
      <w:r>
        <w:rPr>
          <w:rFonts w:eastAsia="ＭＳ 明朝" w:cs="ＭＳ 明朝"/>
          <w:color w:val="000000"/>
          <w:sz w:val="19"/>
          <w:lang w:val="ja-JP" w:eastAsia="ja-JP"/>
        </w:rPr>
        <w:t>て</w:t>
      </w:r>
      <w:r>
        <w:rPr>
          <w:rFonts w:eastAsia="ＭＳ 明朝" w:cs="ＭＳ 明朝"/>
          <w:color w:val="000000"/>
          <w:spacing w:val="2"/>
          <w:sz w:val="19"/>
          <w:lang w:val="ja-JP" w:eastAsia="ja-JP"/>
        </w:rPr>
        <w:t>いる</w:t>
      </w:r>
      <w:r>
        <w:rPr>
          <w:rFonts w:eastAsia="ＭＳ 明朝" w:cs="ＭＳ 明朝"/>
          <w:color w:val="000000"/>
          <w:sz w:val="19"/>
          <w:lang w:val="ja-JP" w:eastAsia="ja-JP"/>
        </w:rPr>
        <w:t>場</w:t>
      </w:r>
      <w:r>
        <w:rPr>
          <w:rFonts w:eastAsia="ＭＳ 明朝" w:cs="ＭＳ 明朝"/>
          <w:color w:val="000000"/>
          <w:spacing w:val="2"/>
          <w:sz w:val="19"/>
          <w:lang w:val="ja-JP" w:eastAsia="ja-JP"/>
        </w:rPr>
        <w:t>合には</w:t>
      </w:r>
      <w:r>
        <w:rPr>
          <w:rFonts w:eastAsia="ＭＳ 明朝" w:cs="ＭＳ 明朝"/>
          <w:color w:val="000000"/>
          <w:sz w:val="19"/>
          <w:lang w:val="ja-JP" w:eastAsia="ja-JP"/>
        </w:rPr>
        <w:t>そ</w:t>
      </w:r>
      <w:r>
        <w:rPr>
          <w:rFonts w:eastAsia="ＭＳ 明朝" w:cs="ＭＳ 明朝"/>
          <w:color w:val="000000"/>
          <w:spacing w:val="2"/>
          <w:sz w:val="19"/>
          <w:lang w:val="ja-JP" w:eastAsia="ja-JP"/>
        </w:rPr>
        <w:t>の写し</w:t>
      </w:r>
      <w:r>
        <w:rPr>
          <w:rFonts w:eastAsia="ＭＳ 明朝" w:cs="ＭＳ 明朝"/>
          <w:color w:val="000000"/>
          <w:sz w:val="19"/>
          <w:lang w:val="ja-JP" w:eastAsia="ja-JP"/>
        </w:rPr>
        <w:t>を</w:t>
      </w:r>
      <w:r>
        <w:rPr>
          <w:rFonts w:eastAsia="ＭＳ 明朝" w:cs="ＭＳ 明朝"/>
          <w:color w:val="000000"/>
          <w:spacing w:val="2"/>
          <w:sz w:val="19"/>
          <w:lang w:val="ja-JP" w:eastAsia="ja-JP"/>
        </w:rPr>
        <w:t>添</w:t>
      </w:r>
      <w:r>
        <w:rPr>
          <w:rFonts w:eastAsia="ＭＳ 明朝" w:cs="ＭＳ 明朝"/>
          <w:color w:val="000000"/>
          <w:sz w:val="19"/>
          <w:lang w:val="ja-JP" w:eastAsia="ja-JP"/>
        </w:rPr>
        <w:t>付</w:t>
      </w:r>
      <w:r>
        <w:rPr>
          <w:rFonts w:eastAsia="ＭＳ 明朝" w:cs="ＭＳ 明朝"/>
          <w:color w:val="000000"/>
          <w:spacing w:val="2"/>
          <w:sz w:val="19"/>
          <w:lang w:val="ja-JP" w:eastAsia="ja-JP"/>
        </w:rPr>
        <w:t>して</w:t>
      </w:r>
      <w:r>
        <w:rPr>
          <w:rFonts w:eastAsia="ＭＳ 明朝" w:cs="ＭＳ 明朝"/>
          <w:color w:val="000000"/>
          <w:sz w:val="19"/>
          <w:lang w:val="ja-JP" w:eastAsia="ja-JP"/>
        </w:rPr>
        <w:t>く</w:t>
      </w:r>
      <w:r>
        <w:rPr>
          <w:rFonts w:eastAsia="ＭＳ 明朝" w:cs="ＭＳ 明朝"/>
          <w:color w:val="000000"/>
          <w:spacing w:val="2"/>
          <w:sz w:val="19"/>
          <w:lang w:val="ja-JP" w:eastAsia="ja-JP"/>
        </w:rPr>
        <w:t>ださい</w:t>
      </w:r>
      <w:r>
        <w:rPr>
          <w:rFonts w:eastAsia="ＭＳ 明朝" w:cs="ＭＳ 明朝"/>
          <w:color w:val="000000"/>
          <w:sz w:val="19"/>
          <w:lang w:val="ja-JP" w:eastAsia="ja-JP"/>
        </w:rPr>
        <w:t>。</w:t>
      </w:r>
    </w:p>
    <w:p w14:paraId="60D22A33" w14:textId="77777777" w:rsidR="00FB2F32" w:rsidRDefault="00FB2F32">
      <w:pPr>
        <w:widowControl w:val="0"/>
        <w:kinsoku w:val="0"/>
        <w:overflowPunct w:val="0"/>
        <w:autoSpaceDE w:val="0"/>
        <w:autoSpaceDN w:val="0"/>
        <w:snapToGrid w:val="0"/>
        <w:spacing w:line="20" w:lineRule="exact"/>
        <w:rPr>
          <w:lang w:eastAsia="ja-JP"/>
        </w:rPr>
        <w:sectPr w:rsidR="00FB2F32">
          <w:footerReference w:type="default" r:id="rId13"/>
          <w:pgSz w:w="11906" w:h="16838"/>
          <w:pgMar w:top="700" w:right="460" w:bottom="1100" w:left="1000" w:header="240" w:footer="800" w:gutter="0"/>
          <w:cols w:space="720"/>
          <w:docGrid w:linePitch="360"/>
        </w:sectPr>
      </w:pPr>
    </w:p>
    <w:p w14:paraId="79A9E0E2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716" w:line="222" w:lineRule="exact"/>
        <w:ind w:left="248"/>
      </w:pPr>
      <w:r>
        <w:rPr>
          <w:rFonts w:eastAsia="ＭＳ 明朝" w:cs="ＭＳ 明朝"/>
          <w:color w:val="000000"/>
          <w:lang w:val="ja-JP" w:eastAsia="ja-JP"/>
        </w:rPr>
        <w:lastRenderedPageBreak/>
        <w:t>（</w:t>
      </w:r>
      <w:r>
        <w:rPr>
          <w:rFonts w:eastAsia="ＭＳ 明朝" w:cs="ＭＳ 明朝"/>
          <w:color w:val="000000"/>
          <w:spacing w:val="-2"/>
          <w:lang w:val="ja-JP" w:eastAsia="ja-JP"/>
        </w:rPr>
        <w:t>参</w:t>
      </w:r>
      <w:r>
        <w:rPr>
          <w:rFonts w:eastAsia="ＭＳ 明朝" w:cs="ＭＳ 明朝"/>
          <w:color w:val="000000"/>
          <w:lang w:val="ja-JP" w:eastAsia="ja-JP"/>
        </w:rPr>
        <w:t>考様式３－１）</w:t>
      </w:r>
    </w:p>
    <w:p w14:paraId="05252FB2" w14:textId="77777777" w:rsidR="00FB2F32" w:rsidRDefault="00FB2F32">
      <w:pPr>
        <w:widowControl w:val="0"/>
        <w:kinsoku w:val="0"/>
        <w:overflowPunct w:val="0"/>
        <w:autoSpaceDE w:val="0"/>
        <w:autoSpaceDN w:val="0"/>
        <w:snapToGrid w:val="0"/>
        <w:spacing w:line="462" w:lineRule="exact"/>
      </w:pPr>
    </w:p>
    <w:tbl>
      <w:tblPr>
        <w:tblW w:w="8866" w:type="dxa"/>
        <w:tblInd w:w="54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614"/>
        <w:gridCol w:w="7252"/>
      </w:tblGrid>
      <w:tr w:rsidR="00FB2F32" w14:paraId="6BDF8991" w14:textId="77777777">
        <w:trPr>
          <w:cantSplit/>
          <w:trHeight w:val="5391"/>
        </w:trPr>
        <w:tc>
          <w:tcPr>
            <w:tcW w:w="8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A38139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92" w:line="306" w:lineRule="exact"/>
              <w:ind w:left="2328"/>
              <w:rPr>
                <w:lang w:eastAsia="ja-JP"/>
              </w:rPr>
            </w:pPr>
            <w:r>
              <w:rPr>
                <w:rFonts w:eastAsia="ＭＳ 明朝" w:cs="ＭＳ 明朝"/>
                <w:color w:val="000000"/>
                <w:spacing w:val="2"/>
                <w:sz w:val="27"/>
                <w:lang w:val="ja-JP" w:eastAsia="ja-JP"/>
              </w:rPr>
              <w:t>残置又は造成す</w:t>
            </w:r>
            <w:r>
              <w:rPr>
                <w:rFonts w:eastAsia="ＭＳ 明朝" w:cs="ＭＳ 明朝"/>
                <w:color w:val="000000"/>
                <w:sz w:val="27"/>
                <w:lang w:val="ja-JP" w:eastAsia="ja-JP"/>
              </w:rPr>
              <w:t>る</w:t>
            </w:r>
            <w:r>
              <w:rPr>
                <w:rFonts w:eastAsia="ＭＳ 明朝" w:cs="ＭＳ 明朝"/>
                <w:color w:val="000000"/>
                <w:spacing w:val="2"/>
                <w:sz w:val="27"/>
                <w:lang w:val="ja-JP" w:eastAsia="ja-JP"/>
              </w:rPr>
              <w:t>森林（緑地）</w:t>
            </w:r>
            <w:r>
              <w:rPr>
                <w:rFonts w:eastAsia="ＭＳ 明朝" w:cs="ＭＳ 明朝"/>
                <w:color w:val="000000"/>
                <w:sz w:val="27"/>
                <w:lang w:val="ja-JP" w:eastAsia="ja-JP"/>
              </w:rPr>
              <w:t>の</w:t>
            </w:r>
          </w:p>
          <w:p w14:paraId="61A1656F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63" w:line="306" w:lineRule="exact"/>
              <w:ind w:left="2323"/>
              <w:rPr>
                <w:lang w:eastAsia="ja-JP"/>
              </w:rPr>
            </w:pPr>
            <w:r>
              <w:rPr>
                <w:rFonts w:eastAsia="ＭＳ 明朝" w:cs="ＭＳ 明朝"/>
                <w:color w:val="000000"/>
                <w:spacing w:val="115"/>
                <w:sz w:val="27"/>
                <w:lang w:val="ja-JP" w:eastAsia="ja-JP"/>
              </w:rPr>
              <w:t>維持管</w:t>
            </w:r>
            <w:r>
              <w:rPr>
                <w:rFonts w:eastAsia="ＭＳ 明朝" w:cs="ＭＳ 明朝"/>
                <w:color w:val="000000"/>
                <w:spacing w:val="118"/>
                <w:sz w:val="27"/>
                <w:lang w:val="ja-JP" w:eastAsia="ja-JP"/>
              </w:rPr>
              <w:t>理</w:t>
            </w:r>
            <w:r>
              <w:rPr>
                <w:rFonts w:eastAsia="ＭＳ 明朝" w:cs="ＭＳ 明朝"/>
                <w:color w:val="000000"/>
                <w:spacing w:val="115"/>
                <w:sz w:val="27"/>
                <w:lang w:val="ja-JP" w:eastAsia="ja-JP"/>
              </w:rPr>
              <w:t>に関する協</w:t>
            </w:r>
            <w:r>
              <w:rPr>
                <w:rFonts w:eastAsia="ＭＳ 明朝" w:cs="ＭＳ 明朝"/>
                <w:color w:val="000000"/>
                <w:spacing w:val="118"/>
                <w:sz w:val="27"/>
                <w:lang w:val="ja-JP" w:eastAsia="ja-JP"/>
              </w:rPr>
              <w:t>定</w:t>
            </w:r>
            <w:r>
              <w:rPr>
                <w:rFonts w:eastAsia="ＭＳ 明朝" w:cs="ＭＳ 明朝"/>
                <w:color w:val="000000"/>
                <w:sz w:val="27"/>
                <w:lang w:val="ja-JP" w:eastAsia="ja-JP"/>
              </w:rPr>
              <w:t>書</w:t>
            </w:r>
          </w:p>
          <w:p w14:paraId="07BD4BBD" w14:textId="77777777" w:rsidR="00FB2F32" w:rsidRDefault="00000000">
            <w:pPr>
              <w:widowControl w:val="0"/>
              <w:tabs>
                <w:tab w:val="left" w:pos="907"/>
              </w:tabs>
              <w:kinsoku w:val="0"/>
              <w:overflowPunct w:val="0"/>
              <w:autoSpaceDE w:val="0"/>
              <w:autoSpaceDN w:val="0"/>
              <w:snapToGrid w:val="0"/>
              <w:spacing w:before="354" w:line="222" w:lineRule="exact"/>
              <w:ind w:left="302"/>
              <w:rPr>
                <w:lang w:eastAsia="ja-JP"/>
              </w:rPr>
            </w:pPr>
            <w:r>
              <w:rPr>
                <w:rFonts w:eastAsia="ＭＳ 明朝" w:cs="ＭＳ 明朝"/>
                <w:color w:val="000000"/>
                <w:lang w:val="ja-JP" w:eastAsia="ja-JP"/>
              </w:rPr>
              <w:t>（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ab/>
              <w:t>地区）で行う森林法に</w:t>
            </w:r>
            <w:r>
              <w:rPr>
                <w:rFonts w:eastAsia="ＭＳ 明朝" w:cs="ＭＳ 明朝"/>
                <w:color w:val="000000"/>
                <w:spacing w:val="-2"/>
                <w:lang w:val="ja-JP" w:eastAsia="ja-JP"/>
              </w:rPr>
              <w:t>基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>づく開発行為により、残置又</w:t>
            </w:r>
            <w:r>
              <w:rPr>
                <w:rFonts w:eastAsia="ＭＳ 明朝" w:cs="ＭＳ 明朝"/>
                <w:color w:val="000000"/>
                <w:spacing w:val="-2"/>
                <w:lang w:val="ja-JP" w:eastAsia="ja-JP"/>
              </w:rPr>
              <w:t>は</w:t>
            </w:r>
            <w:r>
              <w:rPr>
                <w:rFonts w:eastAsia="ＭＳ 明朝" w:cs="ＭＳ 明朝"/>
                <w:color w:val="000000"/>
                <w:spacing w:val="2"/>
                <w:lang w:val="ja-JP" w:eastAsia="ja-JP"/>
              </w:rPr>
              <w:t>、</w:t>
            </w:r>
            <w:r>
              <w:rPr>
                <w:rFonts w:eastAsia="ＭＳ 明朝" w:cs="ＭＳ 明朝"/>
                <w:color w:val="000000"/>
                <w:spacing w:val="-2"/>
                <w:lang w:val="ja-JP" w:eastAsia="ja-JP"/>
              </w:rPr>
              <w:t>造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>成する森林（緑地）の維持</w:t>
            </w:r>
          </w:p>
          <w:p w14:paraId="040F412B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69" w:line="222" w:lineRule="exact"/>
              <w:ind w:left="101"/>
              <w:rPr>
                <w:lang w:eastAsia="ja-JP"/>
              </w:rPr>
            </w:pPr>
            <w:r>
              <w:rPr>
                <w:rFonts w:eastAsia="ＭＳ 明朝" w:cs="ＭＳ 明朝"/>
                <w:color w:val="000000"/>
                <w:lang w:val="ja-JP" w:eastAsia="ja-JP"/>
              </w:rPr>
              <w:t>管理について、下記のとおり協</w:t>
            </w:r>
            <w:r>
              <w:rPr>
                <w:rFonts w:eastAsia="ＭＳ 明朝" w:cs="ＭＳ 明朝"/>
                <w:color w:val="000000"/>
                <w:spacing w:val="-2"/>
                <w:lang w:val="ja-JP" w:eastAsia="ja-JP"/>
              </w:rPr>
              <w:t>定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>いたします。</w:t>
            </w:r>
          </w:p>
          <w:p w14:paraId="5843C83D" w14:textId="77777777" w:rsidR="00FB2F32" w:rsidRDefault="00000000">
            <w:pPr>
              <w:widowControl w:val="0"/>
              <w:tabs>
                <w:tab w:val="left" w:pos="7051"/>
                <w:tab w:val="left" w:pos="7656"/>
                <w:tab w:val="left" w:pos="8261"/>
              </w:tabs>
              <w:kinsoku w:val="0"/>
              <w:overflowPunct w:val="0"/>
              <w:autoSpaceDE w:val="0"/>
              <w:autoSpaceDN w:val="0"/>
              <w:snapToGrid w:val="0"/>
              <w:spacing w:before="361" w:line="222" w:lineRule="exact"/>
              <w:ind w:left="5038"/>
            </w:pPr>
            <w:r>
              <w:rPr>
                <w:rFonts w:eastAsia="ＭＳ 明朝" w:cs="ＭＳ 明朝"/>
                <w:color w:val="000000"/>
                <w:lang w:val="ja-JP" w:eastAsia="ja-JP"/>
              </w:rPr>
              <w:t>協定年月日</w:t>
            </w:r>
            <w:r w:rsidRPr="000020E5">
              <w:rPr>
                <w:rFonts w:eastAsia="ＭＳ 明朝" w:cs="ＭＳ 明朝"/>
                <w:color w:val="000000"/>
                <w:lang w:eastAsia="ja-JP"/>
              </w:rPr>
              <w:tab/>
            </w:r>
            <w:r>
              <w:rPr>
                <w:rFonts w:eastAsia="ＭＳ 明朝" w:cs="ＭＳ 明朝"/>
                <w:color w:val="000000"/>
                <w:lang w:val="ja-JP" w:eastAsia="ja-JP"/>
              </w:rPr>
              <w:t>年</w:t>
            </w:r>
            <w:r w:rsidRPr="000020E5">
              <w:rPr>
                <w:rFonts w:eastAsia="ＭＳ 明朝" w:cs="ＭＳ 明朝"/>
                <w:color w:val="000000"/>
                <w:lang w:eastAsia="ja-JP"/>
              </w:rPr>
              <w:tab/>
            </w:r>
            <w:r>
              <w:rPr>
                <w:rFonts w:eastAsia="ＭＳ 明朝" w:cs="ＭＳ 明朝"/>
                <w:color w:val="000000"/>
                <w:lang w:val="ja-JP" w:eastAsia="ja-JP"/>
              </w:rPr>
              <w:t>月</w:t>
            </w:r>
            <w:r w:rsidRPr="000020E5">
              <w:rPr>
                <w:rFonts w:eastAsia="ＭＳ 明朝" w:cs="ＭＳ 明朝"/>
                <w:color w:val="000000"/>
                <w:lang w:eastAsia="ja-JP"/>
              </w:rPr>
              <w:tab/>
            </w:r>
            <w:r>
              <w:rPr>
                <w:rFonts w:eastAsia="ＭＳ 明朝" w:cs="ＭＳ 明朝"/>
                <w:color w:val="000000"/>
                <w:lang w:val="ja-JP" w:eastAsia="ja-JP"/>
              </w:rPr>
              <w:t>日</w:t>
            </w:r>
          </w:p>
          <w:p w14:paraId="3B65C026" w14:textId="77777777" w:rsidR="00FB2F32" w:rsidRDefault="00000000">
            <w:pPr>
              <w:widowControl w:val="0"/>
              <w:tabs>
                <w:tab w:val="left" w:pos="6245"/>
              </w:tabs>
              <w:kinsoku w:val="0"/>
              <w:overflowPunct w:val="0"/>
              <w:autoSpaceDE w:val="0"/>
              <w:autoSpaceDN w:val="0"/>
              <w:snapToGrid w:val="0"/>
              <w:spacing w:before="361" w:line="222" w:lineRule="exact"/>
              <w:ind w:left="5844"/>
            </w:pPr>
            <w:r>
              <w:rPr>
                <w:rFonts w:eastAsia="ＭＳ 明朝" w:cs="ＭＳ 明朝"/>
                <w:color w:val="000000"/>
                <w:lang w:val="ja-JP" w:eastAsia="ja-JP"/>
              </w:rPr>
              <w:t>住</w:t>
            </w:r>
            <w:r w:rsidRPr="000020E5">
              <w:rPr>
                <w:rFonts w:eastAsia="ＭＳ 明朝" w:cs="ＭＳ 明朝"/>
                <w:color w:val="000000"/>
                <w:lang w:eastAsia="ja-JP"/>
              </w:rPr>
              <w:tab/>
            </w:r>
            <w:r>
              <w:rPr>
                <w:rFonts w:eastAsia="ＭＳ 明朝" w:cs="ＭＳ 明朝"/>
                <w:color w:val="000000"/>
                <w:lang w:val="ja-JP" w:eastAsia="ja-JP"/>
              </w:rPr>
              <w:t>所</w:t>
            </w:r>
          </w:p>
          <w:p w14:paraId="49895289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69" w:line="222" w:lineRule="exact"/>
              <w:ind w:left="4534"/>
            </w:pPr>
            <w:r>
              <w:rPr>
                <w:rFonts w:eastAsia="ＭＳ 明朝" w:cs="ＭＳ 明朝"/>
                <w:color w:val="000000"/>
                <w:spacing w:val="46"/>
                <w:lang w:val="ja-JP" w:eastAsia="ja-JP"/>
              </w:rPr>
              <w:t>開発行</w:t>
            </w:r>
            <w:r>
              <w:rPr>
                <w:rFonts w:eastAsia="ＭＳ 明朝" w:cs="ＭＳ 明朝"/>
                <w:color w:val="000000"/>
                <w:spacing w:val="43"/>
                <w:lang w:val="ja-JP" w:eastAsia="ja-JP"/>
              </w:rPr>
              <w:t>為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>者</w:t>
            </w:r>
          </w:p>
          <w:p w14:paraId="34303EB7" w14:textId="77777777" w:rsidR="00FB2F32" w:rsidRDefault="00000000">
            <w:pPr>
              <w:widowControl w:val="0"/>
              <w:tabs>
                <w:tab w:val="left" w:pos="5844"/>
                <w:tab w:val="left" w:pos="6245"/>
              </w:tabs>
              <w:kinsoku w:val="0"/>
              <w:overflowPunct w:val="0"/>
              <w:autoSpaceDE w:val="0"/>
              <w:autoSpaceDN w:val="0"/>
              <w:snapToGrid w:val="0"/>
              <w:spacing w:before="71" w:line="222" w:lineRule="exact"/>
              <w:ind w:left="4836"/>
            </w:pPr>
            <w:r w:rsidRPr="000020E5">
              <w:rPr>
                <w:rFonts w:eastAsia="ＭＳ 明朝" w:cs="ＭＳ 明朝"/>
                <w:color w:val="000000"/>
                <w:lang w:eastAsia="ja-JP"/>
              </w:rPr>
              <w:t>（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>甲</w:t>
            </w:r>
            <w:r w:rsidRPr="000020E5">
              <w:rPr>
                <w:rFonts w:eastAsia="ＭＳ 明朝" w:cs="ＭＳ 明朝"/>
                <w:color w:val="000000"/>
                <w:lang w:eastAsia="ja-JP"/>
              </w:rPr>
              <w:t>）</w:t>
            </w:r>
            <w:r w:rsidRPr="000020E5">
              <w:rPr>
                <w:rFonts w:eastAsia="ＭＳ 明朝" w:cs="ＭＳ 明朝"/>
                <w:color w:val="000000"/>
                <w:lang w:eastAsia="ja-JP"/>
              </w:rPr>
              <w:tab/>
            </w:r>
            <w:r>
              <w:rPr>
                <w:rFonts w:eastAsia="ＭＳ 明朝" w:cs="ＭＳ 明朝"/>
                <w:color w:val="000000"/>
                <w:lang w:val="ja-JP" w:eastAsia="ja-JP"/>
              </w:rPr>
              <w:t>氏</w:t>
            </w:r>
            <w:r w:rsidRPr="000020E5">
              <w:rPr>
                <w:rFonts w:eastAsia="ＭＳ 明朝" w:cs="ＭＳ 明朝"/>
                <w:color w:val="000000"/>
                <w:lang w:eastAsia="ja-JP"/>
              </w:rPr>
              <w:tab/>
            </w:r>
            <w:r>
              <w:rPr>
                <w:rFonts w:eastAsia="ＭＳ 明朝" w:cs="ＭＳ 明朝"/>
                <w:color w:val="000000"/>
                <w:lang w:val="ja-JP" w:eastAsia="ja-JP"/>
              </w:rPr>
              <w:t>名</w:t>
            </w:r>
          </w:p>
          <w:p w14:paraId="39E2D05E" w14:textId="77777777" w:rsidR="00FB2F32" w:rsidRDefault="00000000">
            <w:pPr>
              <w:widowControl w:val="0"/>
              <w:tabs>
                <w:tab w:val="left" w:pos="6245"/>
              </w:tabs>
              <w:kinsoku w:val="0"/>
              <w:overflowPunct w:val="0"/>
              <w:autoSpaceDE w:val="0"/>
              <w:autoSpaceDN w:val="0"/>
              <w:snapToGrid w:val="0"/>
              <w:spacing w:before="361" w:line="222" w:lineRule="exact"/>
              <w:ind w:left="5844"/>
            </w:pPr>
            <w:r>
              <w:rPr>
                <w:rFonts w:eastAsia="ＭＳ 明朝" w:cs="ＭＳ 明朝"/>
                <w:color w:val="000000"/>
                <w:lang w:val="ja-JP" w:eastAsia="ja-JP"/>
              </w:rPr>
              <w:t>住</w:t>
            </w:r>
            <w:r w:rsidRPr="000020E5">
              <w:rPr>
                <w:rFonts w:eastAsia="ＭＳ 明朝" w:cs="ＭＳ 明朝"/>
                <w:color w:val="000000"/>
                <w:lang w:eastAsia="ja-JP"/>
              </w:rPr>
              <w:tab/>
            </w:r>
            <w:r>
              <w:rPr>
                <w:rFonts w:eastAsia="ＭＳ 明朝" w:cs="ＭＳ 明朝"/>
                <w:color w:val="000000"/>
                <w:lang w:val="ja-JP" w:eastAsia="ja-JP"/>
              </w:rPr>
              <w:t>所</w:t>
            </w:r>
          </w:p>
          <w:p w14:paraId="4D60707A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69" w:line="222" w:lineRule="exact"/>
              <w:ind w:left="4534"/>
            </w:pPr>
            <w:r>
              <w:rPr>
                <w:rFonts w:eastAsia="ＭＳ 明朝" w:cs="ＭＳ 明朝"/>
                <w:color w:val="000000"/>
                <w:spacing w:val="127"/>
                <w:lang w:val="ja-JP" w:eastAsia="ja-JP"/>
              </w:rPr>
              <w:t>市町村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>長</w:t>
            </w:r>
          </w:p>
          <w:p w14:paraId="07C7D95B" w14:textId="77777777" w:rsidR="00FB2F32" w:rsidRDefault="00000000">
            <w:pPr>
              <w:widowControl w:val="0"/>
              <w:tabs>
                <w:tab w:val="left" w:pos="5844"/>
                <w:tab w:val="left" w:pos="6245"/>
              </w:tabs>
              <w:kinsoku w:val="0"/>
              <w:overflowPunct w:val="0"/>
              <w:autoSpaceDE w:val="0"/>
              <w:autoSpaceDN w:val="0"/>
              <w:snapToGrid w:val="0"/>
              <w:spacing w:before="71" w:line="222" w:lineRule="exact"/>
              <w:ind w:left="4836"/>
            </w:pPr>
            <w:r>
              <w:rPr>
                <w:rFonts w:eastAsia="ＭＳ 明朝" w:cs="ＭＳ 明朝"/>
                <w:color w:val="000000"/>
                <w:lang w:val="ja-JP" w:eastAsia="ja-JP"/>
              </w:rPr>
              <w:t>（乙）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ab/>
              <w:t>氏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ab/>
              <w:t>名</w:t>
            </w:r>
          </w:p>
          <w:p w14:paraId="18EA3427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359" w:line="222" w:lineRule="exact"/>
              <w:ind w:left="4332"/>
            </w:pPr>
            <w:r>
              <w:rPr>
                <w:rFonts w:eastAsia="ＭＳ 明朝" w:cs="ＭＳ 明朝"/>
                <w:color w:val="000000"/>
                <w:lang w:val="ja-JP" w:eastAsia="ja-JP"/>
              </w:rPr>
              <w:t>記</w:t>
            </w:r>
          </w:p>
        </w:tc>
      </w:tr>
      <w:tr w:rsidR="00FB2F32" w14:paraId="0DF62499" w14:textId="77777777">
        <w:trPr>
          <w:cantSplit/>
          <w:trHeight w:val="570"/>
        </w:trPr>
        <w:tc>
          <w:tcPr>
            <w:tcW w:w="8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AD71DD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89" w:line="222" w:lineRule="exact"/>
              <w:ind w:left="101"/>
              <w:rPr>
                <w:lang w:eastAsia="ja-JP"/>
              </w:rPr>
            </w:pPr>
            <w:r>
              <w:rPr>
                <w:rFonts w:eastAsia="ＭＳ 明朝" w:cs="ＭＳ 明朝"/>
                <w:color w:val="000000"/>
                <w:lang w:val="ja-JP" w:eastAsia="ja-JP"/>
              </w:rPr>
              <w:t>区域の場所及び事業名称</w:t>
            </w:r>
          </w:p>
        </w:tc>
      </w:tr>
      <w:tr w:rsidR="00FB2F32" w14:paraId="60D65447" w14:textId="77777777">
        <w:trPr>
          <w:cantSplit/>
          <w:trHeight w:val="1153"/>
        </w:trPr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E6B80E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479" w:line="222" w:lineRule="exact"/>
              <w:ind w:left="101"/>
            </w:pPr>
            <w:r>
              <w:rPr>
                <w:rFonts w:eastAsia="ＭＳ 明朝" w:cs="ＭＳ 明朝"/>
                <w:color w:val="000000"/>
                <w:spacing w:val="103"/>
                <w:lang w:val="ja-JP" w:eastAsia="ja-JP"/>
              </w:rPr>
              <w:t>共</w:t>
            </w:r>
            <w:r>
              <w:rPr>
                <w:rFonts w:eastAsia="ＭＳ 明朝" w:cs="ＭＳ 明朝"/>
                <w:color w:val="000000"/>
                <w:spacing w:val="98"/>
                <w:lang w:val="ja-JP" w:eastAsia="ja-JP"/>
              </w:rPr>
              <w:t>通</w:t>
            </w:r>
            <w:r>
              <w:rPr>
                <w:rFonts w:eastAsia="ＭＳ 明朝" w:cs="ＭＳ 明朝"/>
                <w:color w:val="000000"/>
                <w:spacing w:val="101"/>
                <w:lang w:val="ja-JP" w:eastAsia="ja-JP"/>
              </w:rPr>
              <w:t>的事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>項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C2FCCF3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4D150C26" w14:textId="77777777">
        <w:trPr>
          <w:cantSplit/>
          <w:trHeight w:val="1151"/>
        </w:trPr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6C0502" w14:textId="77777777" w:rsidR="00FB2F32" w:rsidRDefault="00000000">
            <w:pPr>
              <w:widowControl w:val="0"/>
              <w:tabs>
                <w:tab w:val="left" w:pos="1310"/>
              </w:tabs>
              <w:kinsoku w:val="0"/>
              <w:overflowPunct w:val="0"/>
              <w:autoSpaceDE w:val="0"/>
              <w:autoSpaceDN w:val="0"/>
              <w:snapToGrid w:val="0"/>
              <w:spacing w:before="479" w:line="222" w:lineRule="exact"/>
              <w:ind w:left="101"/>
            </w:pPr>
            <w:r>
              <w:rPr>
                <w:rFonts w:eastAsia="ＭＳ 明朝" w:cs="ＭＳ 明朝"/>
                <w:color w:val="000000"/>
                <w:lang w:val="ja-JP" w:eastAsia="ja-JP"/>
              </w:rPr>
              <w:t>森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ab/>
              <w:t>林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008CFB4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2FA232C6" w14:textId="77777777">
        <w:trPr>
          <w:cantSplit/>
          <w:trHeight w:val="1152"/>
        </w:trPr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7FECE4" w14:textId="77777777" w:rsidR="00FB2F32" w:rsidRDefault="00000000">
            <w:pPr>
              <w:widowControl w:val="0"/>
              <w:tabs>
                <w:tab w:val="left" w:pos="1310"/>
              </w:tabs>
              <w:kinsoku w:val="0"/>
              <w:overflowPunct w:val="0"/>
              <w:autoSpaceDE w:val="0"/>
              <w:autoSpaceDN w:val="0"/>
              <w:snapToGrid w:val="0"/>
              <w:spacing w:before="481" w:line="222" w:lineRule="exact"/>
              <w:ind w:left="101"/>
            </w:pPr>
            <w:r>
              <w:rPr>
                <w:rFonts w:eastAsia="ＭＳ 明朝" w:cs="ＭＳ 明朝"/>
                <w:color w:val="000000"/>
                <w:lang w:val="ja-JP" w:eastAsia="ja-JP"/>
              </w:rPr>
              <w:t>緑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ab/>
              <w:t>地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5AFAD90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</w:tbl>
    <w:p w14:paraId="7C829803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190" w:line="222" w:lineRule="exact"/>
        <w:ind w:left="450"/>
        <w:rPr>
          <w:lang w:eastAsia="ja-JP"/>
        </w:rPr>
      </w:pPr>
      <w:r>
        <w:rPr>
          <w:rFonts w:eastAsia="ＭＳ 明朝" w:cs="ＭＳ 明朝"/>
          <w:color w:val="000000"/>
          <w:spacing w:val="-2"/>
          <w:lang w:val="ja-JP" w:eastAsia="ja-JP"/>
        </w:rPr>
        <w:t>（</w:t>
      </w:r>
      <w:r>
        <w:rPr>
          <w:rFonts w:eastAsia="ＭＳ 明朝" w:cs="ＭＳ 明朝"/>
          <w:color w:val="000000"/>
          <w:lang w:val="ja-JP" w:eastAsia="ja-JP"/>
        </w:rPr>
        <w:t>注）残置又は造成する森林（緑</w:t>
      </w:r>
      <w:r>
        <w:rPr>
          <w:rFonts w:eastAsia="ＭＳ 明朝" w:cs="ＭＳ 明朝"/>
          <w:color w:val="000000"/>
          <w:spacing w:val="-2"/>
          <w:lang w:val="ja-JP" w:eastAsia="ja-JP"/>
        </w:rPr>
        <w:t>地</w:t>
      </w:r>
      <w:r>
        <w:rPr>
          <w:rFonts w:eastAsia="ＭＳ 明朝" w:cs="ＭＳ 明朝"/>
          <w:color w:val="000000"/>
          <w:lang w:val="ja-JP" w:eastAsia="ja-JP"/>
        </w:rPr>
        <w:t>）の永続的な維持管理のため</w:t>
      </w:r>
      <w:r>
        <w:rPr>
          <w:rFonts w:eastAsia="ＭＳ 明朝" w:cs="ＭＳ 明朝"/>
          <w:color w:val="000000"/>
          <w:spacing w:val="-2"/>
          <w:lang w:val="ja-JP" w:eastAsia="ja-JP"/>
        </w:rPr>
        <w:t>に</w:t>
      </w:r>
      <w:r>
        <w:rPr>
          <w:rFonts w:eastAsia="ＭＳ 明朝" w:cs="ＭＳ 明朝"/>
          <w:color w:val="000000"/>
          <w:spacing w:val="2"/>
          <w:lang w:val="ja-JP" w:eastAsia="ja-JP"/>
        </w:rPr>
        <w:t>必</w:t>
      </w:r>
      <w:r>
        <w:rPr>
          <w:rFonts w:eastAsia="ＭＳ 明朝" w:cs="ＭＳ 明朝"/>
          <w:color w:val="000000"/>
          <w:spacing w:val="-2"/>
          <w:lang w:val="ja-JP" w:eastAsia="ja-JP"/>
        </w:rPr>
        <w:t>要</w:t>
      </w:r>
      <w:r>
        <w:rPr>
          <w:rFonts w:eastAsia="ＭＳ 明朝" w:cs="ＭＳ 明朝"/>
          <w:color w:val="000000"/>
          <w:lang w:val="ja-JP" w:eastAsia="ja-JP"/>
        </w:rPr>
        <w:t>となる次に掲げる事項を協</w:t>
      </w:r>
    </w:p>
    <w:p w14:paraId="390EB33C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69" w:line="222" w:lineRule="exact"/>
        <w:ind w:left="850"/>
        <w:rPr>
          <w:lang w:eastAsia="ja-JP"/>
        </w:rPr>
      </w:pPr>
      <w:r>
        <w:rPr>
          <w:rFonts w:eastAsia="ＭＳ 明朝" w:cs="ＭＳ 明朝"/>
          <w:color w:val="000000"/>
          <w:lang w:val="ja-JP" w:eastAsia="ja-JP"/>
        </w:rPr>
        <w:t>定してください。</w:t>
      </w:r>
    </w:p>
    <w:p w14:paraId="03FEE04A" w14:textId="77777777" w:rsidR="00FB2F32" w:rsidRDefault="00000000">
      <w:pPr>
        <w:widowControl w:val="0"/>
        <w:tabs>
          <w:tab w:val="left" w:pos="1254"/>
        </w:tabs>
        <w:kinsoku w:val="0"/>
        <w:overflowPunct w:val="0"/>
        <w:autoSpaceDE w:val="0"/>
        <w:autoSpaceDN w:val="0"/>
        <w:snapToGrid w:val="0"/>
        <w:spacing w:before="71" w:line="222" w:lineRule="exact"/>
        <w:ind w:left="850"/>
        <w:rPr>
          <w:lang w:eastAsia="ja-JP"/>
        </w:rPr>
      </w:pPr>
      <w:r>
        <w:rPr>
          <w:rFonts w:eastAsia="ＭＳ 明朝" w:cs="ＭＳ 明朝"/>
          <w:color w:val="000000"/>
          <w:lang w:val="ja-JP" w:eastAsia="ja-JP"/>
        </w:rPr>
        <w:t>１</w:t>
      </w:r>
      <w:r>
        <w:rPr>
          <w:rFonts w:eastAsia="ＭＳ 明朝" w:cs="ＭＳ 明朝"/>
          <w:color w:val="000000"/>
          <w:lang w:val="ja-JP" w:eastAsia="ja-JP"/>
        </w:rPr>
        <w:tab/>
        <w:t>管理責任</w:t>
      </w:r>
    </w:p>
    <w:p w14:paraId="63EF220A" w14:textId="77777777" w:rsidR="00FB2F32" w:rsidRDefault="00000000">
      <w:pPr>
        <w:widowControl w:val="0"/>
        <w:tabs>
          <w:tab w:val="left" w:pos="1254"/>
        </w:tabs>
        <w:kinsoku w:val="0"/>
        <w:overflowPunct w:val="0"/>
        <w:autoSpaceDE w:val="0"/>
        <w:autoSpaceDN w:val="0"/>
        <w:snapToGrid w:val="0"/>
        <w:spacing w:before="69" w:line="222" w:lineRule="exact"/>
        <w:ind w:left="850"/>
        <w:rPr>
          <w:lang w:eastAsia="ja-JP"/>
        </w:rPr>
      </w:pPr>
      <w:r>
        <w:rPr>
          <w:rFonts w:eastAsia="ＭＳ 明朝" w:cs="ＭＳ 明朝"/>
          <w:color w:val="000000"/>
          <w:lang w:val="ja-JP" w:eastAsia="ja-JP"/>
        </w:rPr>
        <w:t>２</w:t>
      </w:r>
      <w:r>
        <w:rPr>
          <w:rFonts w:eastAsia="ＭＳ 明朝" w:cs="ＭＳ 明朝"/>
          <w:color w:val="000000"/>
          <w:lang w:val="ja-JP" w:eastAsia="ja-JP"/>
        </w:rPr>
        <w:tab/>
        <w:t>当該森林（緑地）につい</w:t>
      </w:r>
      <w:r>
        <w:rPr>
          <w:rFonts w:eastAsia="ＭＳ 明朝" w:cs="ＭＳ 明朝"/>
          <w:color w:val="000000"/>
          <w:spacing w:val="-2"/>
          <w:lang w:val="ja-JP" w:eastAsia="ja-JP"/>
        </w:rPr>
        <w:t>て</w:t>
      </w:r>
      <w:r>
        <w:rPr>
          <w:rFonts w:eastAsia="ＭＳ 明朝" w:cs="ＭＳ 明朝"/>
          <w:color w:val="000000"/>
          <w:lang w:val="ja-JP" w:eastAsia="ja-JP"/>
        </w:rPr>
        <w:t>の権利及びその譲渡、承継等</w:t>
      </w:r>
      <w:r>
        <w:rPr>
          <w:rFonts w:eastAsia="ＭＳ 明朝" w:cs="ＭＳ 明朝"/>
          <w:color w:val="000000"/>
          <w:spacing w:val="-2"/>
          <w:lang w:val="ja-JP" w:eastAsia="ja-JP"/>
        </w:rPr>
        <w:t>に</w:t>
      </w:r>
      <w:r>
        <w:rPr>
          <w:rFonts w:eastAsia="ＭＳ 明朝" w:cs="ＭＳ 明朝"/>
          <w:color w:val="000000"/>
          <w:spacing w:val="2"/>
          <w:lang w:val="ja-JP" w:eastAsia="ja-JP"/>
        </w:rPr>
        <w:t>あ</w:t>
      </w:r>
      <w:r>
        <w:rPr>
          <w:rFonts w:eastAsia="ＭＳ 明朝" w:cs="ＭＳ 明朝"/>
          <w:color w:val="000000"/>
          <w:spacing w:val="-2"/>
          <w:lang w:val="ja-JP" w:eastAsia="ja-JP"/>
        </w:rPr>
        <w:t>た</w:t>
      </w:r>
      <w:r>
        <w:rPr>
          <w:rFonts w:eastAsia="ＭＳ 明朝" w:cs="ＭＳ 明朝"/>
          <w:color w:val="000000"/>
          <w:lang w:val="ja-JP" w:eastAsia="ja-JP"/>
        </w:rPr>
        <w:t>って維持管理に支障を生じ</w:t>
      </w:r>
    </w:p>
    <w:p w14:paraId="67F9CB72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71" w:line="222" w:lineRule="exact"/>
        <w:ind w:left="1052"/>
        <w:rPr>
          <w:lang w:eastAsia="ja-JP"/>
        </w:rPr>
      </w:pPr>
      <w:r>
        <w:rPr>
          <w:rFonts w:eastAsia="ＭＳ 明朝" w:cs="ＭＳ 明朝"/>
          <w:color w:val="000000"/>
          <w:lang w:val="ja-JP" w:eastAsia="ja-JP"/>
        </w:rPr>
        <w:t>させないための措置</w:t>
      </w:r>
    </w:p>
    <w:p w14:paraId="74FED13E" w14:textId="77777777" w:rsidR="00FB2F32" w:rsidRDefault="00000000">
      <w:pPr>
        <w:widowControl w:val="0"/>
        <w:tabs>
          <w:tab w:val="left" w:pos="1254"/>
        </w:tabs>
        <w:kinsoku w:val="0"/>
        <w:overflowPunct w:val="0"/>
        <w:autoSpaceDE w:val="0"/>
        <w:autoSpaceDN w:val="0"/>
        <w:snapToGrid w:val="0"/>
        <w:spacing w:before="69" w:line="222" w:lineRule="exact"/>
        <w:ind w:left="850"/>
        <w:rPr>
          <w:lang w:eastAsia="ja-JP"/>
        </w:rPr>
      </w:pPr>
      <w:r>
        <w:rPr>
          <w:rFonts w:eastAsia="ＭＳ 明朝" w:cs="ＭＳ 明朝"/>
          <w:color w:val="000000"/>
          <w:lang w:val="ja-JP" w:eastAsia="ja-JP"/>
        </w:rPr>
        <w:t>３</w:t>
      </w:r>
      <w:r>
        <w:rPr>
          <w:rFonts w:eastAsia="ＭＳ 明朝" w:cs="ＭＳ 明朝"/>
          <w:color w:val="000000"/>
          <w:lang w:val="ja-JP" w:eastAsia="ja-JP"/>
        </w:rPr>
        <w:tab/>
        <w:t>森林（緑地）機能の維持</w:t>
      </w:r>
      <w:r>
        <w:rPr>
          <w:rFonts w:eastAsia="ＭＳ 明朝" w:cs="ＭＳ 明朝"/>
          <w:color w:val="000000"/>
          <w:spacing w:val="-2"/>
          <w:lang w:val="ja-JP" w:eastAsia="ja-JP"/>
        </w:rPr>
        <w:t>増</w:t>
      </w:r>
      <w:r>
        <w:rPr>
          <w:rFonts w:eastAsia="ＭＳ 明朝" w:cs="ＭＳ 明朝"/>
          <w:color w:val="000000"/>
          <w:lang w:val="ja-JP" w:eastAsia="ja-JP"/>
        </w:rPr>
        <w:t>進を図るための措置</w:t>
      </w:r>
    </w:p>
    <w:p w14:paraId="6EAE28E3" w14:textId="77777777" w:rsidR="00FB2F32" w:rsidRDefault="00000000">
      <w:pPr>
        <w:widowControl w:val="0"/>
        <w:tabs>
          <w:tab w:val="left" w:pos="1254"/>
        </w:tabs>
        <w:kinsoku w:val="0"/>
        <w:overflowPunct w:val="0"/>
        <w:autoSpaceDE w:val="0"/>
        <w:autoSpaceDN w:val="0"/>
        <w:snapToGrid w:val="0"/>
        <w:spacing w:before="71" w:line="222" w:lineRule="exact"/>
        <w:ind w:left="850"/>
        <w:rPr>
          <w:lang w:eastAsia="ja-JP"/>
        </w:rPr>
      </w:pPr>
      <w:r>
        <w:rPr>
          <w:rFonts w:eastAsia="ＭＳ 明朝" w:cs="ＭＳ 明朝"/>
          <w:color w:val="000000"/>
          <w:lang w:val="ja-JP" w:eastAsia="ja-JP"/>
        </w:rPr>
        <w:t>４</w:t>
      </w:r>
      <w:r>
        <w:rPr>
          <w:rFonts w:eastAsia="ＭＳ 明朝" w:cs="ＭＳ 明朝"/>
          <w:color w:val="000000"/>
          <w:lang w:val="ja-JP" w:eastAsia="ja-JP"/>
        </w:rPr>
        <w:tab/>
        <w:t>立木の伐採及び植栽、保</w:t>
      </w:r>
      <w:r>
        <w:rPr>
          <w:rFonts w:eastAsia="ＭＳ 明朝" w:cs="ＭＳ 明朝"/>
          <w:color w:val="000000"/>
          <w:spacing w:val="-2"/>
          <w:lang w:val="ja-JP" w:eastAsia="ja-JP"/>
        </w:rPr>
        <w:t>育</w:t>
      </w:r>
      <w:r>
        <w:rPr>
          <w:rFonts w:eastAsia="ＭＳ 明朝" w:cs="ＭＳ 明朝"/>
          <w:color w:val="000000"/>
          <w:lang w:val="ja-JP" w:eastAsia="ja-JP"/>
        </w:rPr>
        <w:t>等の施業の取扱い</w:t>
      </w:r>
    </w:p>
    <w:p w14:paraId="2A6385ED" w14:textId="77777777" w:rsidR="00FB2F32" w:rsidRDefault="00000000">
      <w:pPr>
        <w:widowControl w:val="0"/>
        <w:tabs>
          <w:tab w:val="left" w:pos="1254"/>
        </w:tabs>
        <w:kinsoku w:val="0"/>
        <w:overflowPunct w:val="0"/>
        <w:autoSpaceDE w:val="0"/>
        <w:autoSpaceDN w:val="0"/>
        <w:snapToGrid w:val="0"/>
        <w:spacing w:before="69" w:line="222" w:lineRule="exact"/>
        <w:ind w:left="850"/>
        <w:rPr>
          <w:lang w:eastAsia="ja-JP"/>
        </w:rPr>
      </w:pPr>
      <w:r>
        <w:rPr>
          <w:rFonts w:eastAsia="ＭＳ 明朝" w:cs="ＭＳ 明朝"/>
          <w:color w:val="000000"/>
          <w:lang w:val="ja-JP" w:eastAsia="ja-JP"/>
        </w:rPr>
        <w:t>５</w:t>
      </w:r>
      <w:r>
        <w:rPr>
          <w:rFonts w:eastAsia="ＭＳ 明朝" w:cs="ＭＳ 明朝"/>
          <w:color w:val="000000"/>
          <w:lang w:val="ja-JP" w:eastAsia="ja-JP"/>
        </w:rPr>
        <w:tab/>
        <w:t>その他必要な事項</w:t>
      </w:r>
    </w:p>
    <w:p w14:paraId="47159982" w14:textId="77777777" w:rsidR="00FB2F32" w:rsidRDefault="00FB2F32">
      <w:pPr>
        <w:widowControl w:val="0"/>
        <w:kinsoku w:val="0"/>
        <w:overflowPunct w:val="0"/>
        <w:autoSpaceDE w:val="0"/>
        <w:autoSpaceDN w:val="0"/>
        <w:snapToGrid w:val="0"/>
        <w:spacing w:line="20" w:lineRule="exact"/>
        <w:rPr>
          <w:lang w:eastAsia="ja-JP"/>
        </w:rPr>
        <w:sectPr w:rsidR="00FB2F32">
          <w:footerReference w:type="default" r:id="rId14"/>
          <w:pgSz w:w="11906" w:h="16838"/>
          <w:pgMar w:top="700" w:right="460" w:bottom="1100" w:left="1000" w:header="240" w:footer="800" w:gutter="0"/>
          <w:cols w:space="720"/>
          <w:docGrid w:linePitch="360"/>
        </w:sectPr>
      </w:pPr>
    </w:p>
    <w:p w14:paraId="22AEE3D9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717" w:line="211" w:lineRule="exact"/>
        <w:ind w:left="586"/>
        <w:rPr>
          <w:lang w:eastAsia="ja-JP"/>
        </w:rPr>
      </w:pP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lastRenderedPageBreak/>
        <w:t>（参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考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様式４</w:t>
      </w:r>
      <w:r>
        <w:rPr>
          <w:rFonts w:eastAsia="ＭＳ 明朝" w:cs="ＭＳ 明朝"/>
          <w:color w:val="000000"/>
          <w:sz w:val="19"/>
          <w:lang w:val="ja-JP" w:eastAsia="ja-JP"/>
        </w:rPr>
        <w:t>）</w:t>
      </w:r>
    </w:p>
    <w:p w14:paraId="2A67CA95" w14:textId="77777777" w:rsidR="00FB2F32" w:rsidRDefault="00000000">
      <w:pPr>
        <w:widowControl w:val="0"/>
        <w:tabs>
          <w:tab w:val="left" w:pos="2938"/>
          <w:tab w:val="left" w:pos="3555"/>
          <w:tab w:val="left" w:pos="4174"/>
          <w:tab w:val="left" w:pos="4794"/>
          <w:tab w:val="left" w:pos="5410"/>
          <w:tab w:val="left" w:pos="6030"/>
          <w:tab w:val="left" w:pos="6649"/>
          <w:tab w:val="left" w:pos="7266"/>
        </w:tabs>
        <w:kinsoku w:val="0"/>
        <w:overflowPunct w:val="0"/>
        <w:autoSpaceDE w:val="0"/>
        <w:autoSpaceDN w:val="0"/>
        <w:snapToGrid w:val="0"/>
        <w:spacing w:before="308" w:line="351" w:lineRule="exact"/>
        <w:ind w:left="2319"/>
      </w:pPr>
      <w:r>
        <w:rPr>
          <w:rFonts w:eastAsia="ＭＳ 明朝" w:cs="ＭＳ 明朝"/>
          <w:color w:val="000000"/>
          <w:sz w:val="31"/>
          <w:lang w:val="ja-JP" w:eastAsia="ja-JP"/>
        </w:rPr>
        <w:t>一</w:t>
      </w:r>
      <w:r>
        <w:rPr>
          <w:rFonts w:eastAsia="ＭＳ 明朝" w:cs="ＭＳ 明朝"/>
          <w:color w:val="000000"/>
          <w:sz w:val="31"/>
          <w:lang w:val="ja-JP" w:eastAsia="ja-JP"/>
        </w:rPr>
        <w:tab/>
        <w:t>時</w:t>
      </w:r>
      <w:r>
        <w:rPr>
          <w:rFonts w:eastAsia="ＭＳ 明朝" w:cs="ＭＳ 明朝"/>
          <w:color w:val="000000"/>
          <w:sz w:val="31"/>
          <w:lang w:val="ja-JP" w:eastAsia="ja-JP"/>
        </w:rPr>
        <w:tab/>
        <w:t>利</w:t>
      </w:r>
      <w:r>
        <w:rPr>
          <w:rFonts w:eastAsia="ＭＳ 明朝" w:cs="ＭＳ 明朝"/>
          <w:color w:val="000000"/>
          <w:sz w:val="31"/>
          <w:lang w:val="ja-JP" w:eastAsia="ja-JP"/>
        </w:rPr>
        <w:tab/>
        <w:t>用</w:t>
      </w:r>
      <w:r>
        <w:rPr>
          <w:rFonts w:eastAsia="ＭＳ 明朝" w:cs="ＭＳ 明朝"/>
          <w:color w:val="000000"/>
          <w:sz w:val="31"/>
          <w:lang w:val="ja-JP" w:eastAsia="ja-JP"/>
        </w:rPr>
        <w:tab/>
        <w:t>計</w:t>
      </w:r>
      <w:r>
        <w:rPr>
          <w:rFonts w:eastAsia="ＭＳ 明朝" w:cs="ＭＳ 明朝"/>
          <w:color w:val="000000"/>
          <w:sz w:val="31"/>
          <w:lang w:val="ja-JP" w:eastAsia="ja-JP"/>
        </w:rPr>
        <w:tab/>
        <w:t>画</w:t>
      </w:r>
      <w:r>
        <w:rPr>
          <w:rFonts w:eastAsia="ＭＳ 明朝" w:cs="ＭＳ 明朝"/>
          <w:color w:val="000000"/>
          <w:sz w:val="31"/>
          <w:lang w:val="ja-JP" w:eastAsia="ja-JP"/>
        </w:rPr>
        <w:tab/>
        <w:t>概</w:t>
      </w:r>
      <w:r>
        <w:rPr>
          <w:rFonts w:eastAsia="ＭＳ 明朝" w:cs="ＭＳ 明朝"/>
          <w:color w:val="000000"/>
          <w:sz w:val="31"/>
          <w:lang w:val="ja-JP" w:eastAsia="ja-JP"/>
        </w:rPr>
        <w:tab/>
        <w:t>要</w:t>
      </w:r>
      <w:r>
        <w:rPr>
          <w:rFonts w:eastAsia="ＭＳ 明朝" w:cs="ＭＳ 明朝"/>
          <w:color w:val="000000"/>
          <w:sz w:val="31"/>
          <w:lang w:val="ja-JP" w:eastAsia="ja-JP"/>
        </w:rPr>
        <w:tab/>
        <w:t>書</w:t>
      </w:r>
    </w:p>
    <w:p w14:paraId="6AD38C4B" w14:textId="77777777" w:rsidR="00FB2F32" w:rsidRDefault="00FB2F32">
      <w:pPr>
        <w:widowControl w:val="0"/>
        <w:kinsoku w:val="0"/>
        <w:overflowPunct w:val="0"/>
        <w:autoSpaceDE w:val="0"/>
        <w:autoSpaceDN w:val="0"/>
        <w:snapToGrid w:val="0"/>
        <w:spacing w:line="133" w:lineRule="exact"/>
      </w:pPr>
    </w:p>
    <w:tbl>
      <w:tblPr>
        <w:tblW w:w="8518" w:type="dxa"/>
        <w:tblInd w:w="69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152"/>
        <w:gridCol w:w="4366"/>
      </w:tblGrid>
      <w:tr w:rsidR="00FB2F32" w14:paraId="5C985161" w14:textId="77777777">
        <w:trPr>
          <w:cantSplit/>
          <w:trHeight w:val="1542"/>
        </w:trPr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0BA151A" w14:textId="77777777" w:rsidR="00FB2F32" w:rsidRDefault="00000000">
            <w:pPr>
              <w:widowControl w:val="0"/>
              <w:tabs>
                <w:tab w:val="left" w:pos="529"/>
              </w:tabs>
              <w:kinsoku w:val="0"/>
              <w:overflowPunct w:val="0"/>
              <w:autoSpaceDE w:val="0"/>
              <w:autoSpaceDN w:val="0"/>
              <w:snapToGrid w:val="0"/>
              <w:spacing w:before="161" w:line="211" w:lineRule="exact"/>
              <w:ind w:left="104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１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</w:r>
            <w:r>
              <w:rPr>
                <w:rFonts w:eastAsia="ＭＳ 明朝" w:cs="ＭＳ 明朝"/>
                <w:color w:val="000000"/>
                <w:spacing w:val="130"/>
                <w:sz w:val="19"/>
                <w:lang w:val="ja-JP" w:eastAsia="ja-JP"/>
              </w:rPr>
              <w:t>利</w:t>
            </w:r>
            <w:r>
              <w:rPr>
                <w:rFonts w:eastAsia="ＭＳ 明朝" w:cs="ＭＳ 明朝"/>
                <w:color w:val="000000"/>
                <w:spacing w:val="127"/>
                <w:sz w:val="19"/>
                <w:lang w:val="ja-JP" w:eastAsia="ja-JP"/>
              </w:rPr>
              <w:t>用場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所</w:t>
            </w:r>
          </w:p>
        </w:tc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C86A07" w14:textId="77777777" w:rsidR="00FB2F32" w:rsidRDefault="00000000">
            <w:pPr>
              <w:widowControl w:val="0"/>
              <w:tabs>
                <w:tab w:val="left" w:pos="532"/>
              </w:tabs>
              <w:kinsoku w:val="0"/>
              <w:overflowPunct w:val="0"/>
              <w:autoSpaceDE w:val="0"/>
              <w:autoSpaceDN w:val="0"/>
              <w:snapToGrid w:val="0"/>
              <w:spacing w:before="161" w:line="211" w:lineRule="exact"/>
              <w:ind w:left="104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２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</w:r>
            <w:r>
              <w:rPr>
                <w:rFonts w:eastAsia="ＭＳ 明朝" w:cs="ＭＳ 明朝"/>
                <w:color w:val="000000"/>
                <w:spacing w:val="84"/>
                <w:sz w:val="19"/>
                <w:lang w:val="ja-JP" w:eastAsia="ja-JP"/>
              </w:rPr>
              <w:t>利</w:t>
            </w:r>
            <w:r>
              <w:rPr>
                <w:rFonts w:eastAsia="ＭＳ 明朝" w:cs="ＭＳ 明朝"/>
                <w:color w:val="000000"/>
                <w:spacing w:val="86"/>
                <w:sz w:val="19"/>
                <w:lang w:val="ja-JP" w:eastAsia="ja-JP"/>
              </w:rPr>
              <w:t>用</w:t>
            </w:r>
            <w:r>
              <w:rPr>
                <w:rFonts w:eastAsia="ＭＳ 明朝" w:cs="ＭＳ 明朝"/>
                <w:color w:val="000000"/>
                <w:spacing w:val="84"/>
                <w:sz w:val="19"/>
                <w:lang w:val="ja-JP" w:eastAsia="ja-JP"/>
              </w:rPr>
              <w:t>目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的</w:t>
            </w:r>
          </w:p>
        </w:tc>
      </w:tr>
      <w:tr w:rsidR="00FB2F32" w14:paraId="1B3BDF63" w14:textId="77777777">
        <w:trPr>
          <w:cantSplit/>
          <w:trHeight w:val="1540"/>
        </w:trPr>
        <w:tc>
          <w:tcPr>
            <w:tcW w:w="8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76D0FA" w14:textId="77777777" w:rsidR="00FB2F32" w:rsidRDefault="00000000">
            <w:pPr>
              <w:widowControl w:val="0"/>
              <w:tabs>
                <w:tab w:val="left" w:pos="529"/>
              </w:tabs>
              <w:kinsoku w:val="0"/>
              <w:overflowPunct w:val="0"/>
              <w:autoSpaceDE w:val="0"/>
              <w:autoSpaceDN w:val="0"/>
              <w:snapToGrid w:val="0"/>
              <w:spacing w:before="161" w:line="211" w:lineRule="exact"/>
              <w:ind w:left="104"/>
              <w:rPr>
                <w:lang w:eastAsia="ja-JP"/>
              </w:rPr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３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</w:r>
            <w:r>
              <w:rPr>
                <w:rFonts w:eastAsia="ＭＳ 明朝" w:cs="ＭＳ 明朝"/>
                <w:color w:val="000000"/>
                <w:spacing w:val="130"/>
                <w:sz w:val="19"/>
                <w:lang w:val="ja-JP" w:eastAsia="ja-JP"/>
              </w:rPr>
              <w:t>利</w:t>
            </w:r>
            <w:r>
              <w:rPr>
                <w:rFonts w:eastAsia="ＭＳ 明朝" w:cs="ＭＳ 明朝"/>
                <w:color w:val="000000"/>
                <w:spacing w:val="127"/>
                <w:sz w:val="19"/>
                <w:lang w:val="ja-JP" w:eastAsia="ja-JP"/>
              </w:rPr>
              <w:t>用面</w:t>
            </w:r>
            <w:r>
              <w:rPr>
                <w:rFonts w:eastAsia="ＭＳ 明朝" w:cs="ＭＳ 明朝"/>
                <w:color w:val="000000"/>
                <w:spacing w:val="19"/>
                <w:sz w:val="19"/>
                <w:lang w:val="ja-JP" w:eastAsia="ja-JP"/>
              </w:rPr>
              <w:t>積</w:t>
            </w:r>
            <w:r>
              <w:rPr>
                <w:rFonts w:eastAsia="ＭＳ 明朝" w:cs="ＭＳ 明朝"/>
                <w:color w:val="000000"/>
                <w:spacing w:val="22"/>
                <w:sz w:val="19"/>
                <w:lang w:val="ja-JP" w:eastAsia="ja-JP"/>
              </w:rPr>
              <w:t>（開発</w:t>
            </w:r>
            <w:r>
              <w:rPr>
                <w:rFonts w:eastAsia="ＭＳ 明朝" w:cs="ＭＳ 明朝"/>
                <w:color w:val="000000"/>
                <w:spacing w:val="19"/>
                <w:sz w:val="19"/>
                <w:lang w:val="ja-JP" w:eastAsia="ja-JP"/>
              </w:rPr>
              <w:t>行</w:t>
            </w:r>
            <w:r>
              <w:rPr>
                <w:rFonts w:eastAsia="ＭＳ 明朝" w:cs="ＭＳ 明朝"/>
                <w:color w:val="000000"/>
                <w:spacing w:val="22"/>
                <w:sz w:val="19"/>
                <w:lang w:val="ja-JP" w:eastAsia="ja-JP"/>
              </w:rPr>
              <w:t>為に</w:t>
            </w:r>
            <w:r>
              <w:rPr>
                <w:rFonts w:eastAsia="ＭＳ 明朝" w:cs="ＭＳ 明朝"/>
                <w:color w:val="000000"/>
                <w:spacing w:val="19"/>
                <w:sz w:val="19"/>
                <w:lang w:val="ja-JP" w:eastAsia="ja-JP"/>
              </w:rPr>
              <w:t>係</w:t>
            </w:r>
            <w:r>
              <w:rPr>
                <w:rFonts w:eastAsia="ＭＳ 明朝" w:cs="ＭＳ 明朝"/>
                <w:color w:val="000000"/>
                <w:spacing w:val="22"/>
                <w:sz w:val="19"/>
                <w:lang w:val="ja-JP" w:eastAsia="ja-JP"/>
              </w:rPr>
              <w:t>る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）</w:t>
            </w:r>
          </w:p>
        </w:tc>
      </w:tr>
      <w:tr w:rsidR="00FB2F32" w14:paraId="051EAE6E" w14:textId="77777777">
        <w:trPr>
          <w:cantSplit/>
          <w:trHeight w:val="1542"/>
        </w:trPr>
        <w:tc>
          <w:tcPr>
            <w:tcW w:w="8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F5A743" w14:textId="77777777" w:rsidR="00FB2F32" w:rsidRDefault="00000000">
            <w:pPr>
              <w:widowControl w:val="0"/>
              <w:tabs>
                <w:tab w:val="left" w:pos="529"/>
              </w:tabs>
              <w:kinsoku w:val="0"/>
              <w:overflowPunct w:val="0"/>
              <w:autoSpaceDE w:val="0"/>
              <w:autoSpaceDN w:val="0"/>
              <w:snapToGrid w:val="0"/>
              <w:spacing w:before="163" w:line="211" w:lineRule="exact"/>
              <w:ind w:left="104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４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</w:r>
            <w:r>
              <w:rPr>
                <w:rFonts w:eastAsia="ＭＳ 明朝" w:cs="ＭＳ 明朝"/>
                <w:color w:val="000000"/>
                <w:spacing w:val="130"/>
                <w:sz w:val="19"/>
                <w:lang w:val="ja-JP" w:eastAsia="ja-JP"/>
              </w:rPr>
              <w:t>利</w:t>
            </w:r>
            <w:r>
              <w:rPr>
                <w:rFonts w:eastAsia="ＭＳ 明朝" w:cs="ＭＳ 明朝"/>
                <w:color w:val="000000"/>
                <w:spacing w:val="127"/>
                <w:sz w:val="19"/>
                <w:lang w:val="ja-JP" w:eastAsia="ja-JP"/>
              </w:rPr>
              <w:t>用期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間</w:t>
            </w:r>
          </w:p>
        </w:tc>
      </w:tr>
      <w:tr w:rsidR="00FB2F32" w14:paraId="448C6A66" w14:textId="77777777">
        <w:trPr>
          <w:cantSplit/>
          <w:trHeight w:val="2061"/>
        </w:trPr>
        <w:tc>
          <w:tcPr>
            <w:tcW w:w="8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165375" w14:textId="77777777" w:rsidR="00FB2F32" w:rsidRDefault="00000000">
            <w:pPr>
              <w:widowControl w:val="0"/>
              <w:tabs>
                <w:tab w:val="left" w:pos="529"/>
              </w:tabs>
              <w:kinsoku w:val="0"/>
              <w:overflowPunct w:val="0"/>
              <w:autoSpaceDE w:val="0"/>
              <w:autoSpaceDN w:val="0"/>
              <w:snapToGrid w:val="0"/>
              <w:spacing w:before="161" w:line="211" w:lineRule="exact"/>
              <w:ind w:left="104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５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</w:r>
            <w:r>
              <w:rPr>
                <w:rFonts w:eastAsia="ＭＳ 明朝" w:cs="ＭＳ 明朝"/>
                <w:color w:val="000000"/>
                <w:spacing w:val="22"/>
                <w:sz w:val="19"/>
                <w:lang w:val="ja-JP" w:eastAsia="ja-JP"/>
              </w:rPr>
              <w:t>利用計</w:t>
            </w:r>
            <w:r>
              <w:rPr>
                <w:rFonts w:eastAsia="ＭＳ 明朝" w:cs="ＭＳ 明朝"/>
                <w:color w:val="000000"/>
                <w:spacing w:val="19"/>
                <w:sz w:val="19"/>
                <w:lang w:val="ja-JP" w:eastAsia="ja-JP"/>
              </w:rPr>
              <w:t>画</w:t>
            </w:r>
            <w:r>
              <w:rPr>
                <w:rFonts w:eastAsia="ＭＳ 明朝" w:cs="ＭＳ 明朝"/>
                <w:color w:val="000000"/>
                <w:spacing w:val="22"/>
                <w:sz w:val="19"/>
                <w:lang w:val="ja-JP" w:eastAsia="ja-JP"/>
              </w:rPr>
              <w:t>の概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要</w:t>
            </w:r>
          </w:p>
        </w:tc>
      </w:tr>
      <w:tr w:rsidR="00FB2F32" w14:paraId="32A18620" w14:textId="77777777">
        <w:trPr>
          <w:cantSplit/>
          <w:trHeight w:val="2058"/>
        </w:trPr>
        <w:tc>
          <w:tcPr>
            <w:tcW w:w="8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DA9C0D" w14:textId="77777777" w:rsidR="00FB2F32" w:rsidRDefault="00000000">
            <w:pPr>
              <w:widowControl w:val="0"/>
              <w:tabs>
                <w:tab w:val="left" w:pos="529"/>
              </w:tabs>
              <w:kinsoku w:val="0"/>
              <w:overflowPunct w:val="0"/>
              <w:autoSpaceDE w:val="0"/>
              <w:autoSpaceDN w:val="0"/>
              <w:snapToGrid w:val="0"/>
              <w:spacing w:before="161" w:line="211" w:lineRule="exact"/>
              <w:ind w:left="104"/>
              <w:rPr>
                <w:lang w:eastAsia="ja-JP"/>
              </w:rPr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６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</w:r>
            <w:r>
              <w:rPr>
                <w:rFonts w:eastAsia="ＭＳ 明朝" w:cs="ＭＳ 明朝"/>
                <w:color w:val="000000"/>
                <w:spacing w:val="22"/>
                <w:sz w:val="19"/>
                <w:lang w:val="ja-JP" w:eastAsia="ja-JP"/>
              </w:rPr>
              <w:t>利用後</w:t>
            </w:r>
            <w:r>
              <w:rPr>
                <w:rFonts w:eastAsia="ＭＳ 明朝" w:cs="ＭＳ 明朝"/>
                <w:color w:val="000000"/>
                <w:spacing w:val="19"/>
                <w:sz w:val="19"/>
                <w:lang w:val="ja-JP" w:eastAsia="ja-JP"/>
              </w:rPr>
              <w:t>の</w:t>
            </w:r>
            <w:r>
              <w:rPr>
                <w:rFonts w:eastAsia="ＭＳ 明朝" w:cs="ＭＳ 明朝"/>
                <w:color w:val="000000"/>
                <w:spacing w:val="22"/>
                <w:sz w:val="19"/>
                <w:lang w:val="ja-JP" w:eastAsia="ja-JP"/>
              </w:rPr>
              <w:t>原状回</w:t>
            </w:r>
            <w:r>
              <w:rPr>
                <w:rFonts w:eastAsia="ＭＳ 明朝" w:cs="ＭＳ 明朝"/>
                <w:color w:val="000000"/>
                <w:spacing w:val="19"/>
                <w:sz w:val="19"/>
                <w:lang w:val="ja-JP" w:eastAsia="ja-JP"/>
              </w:rPr>
              <w:t>復</w:t>
            </w:r>
            <w:r>
              <w:rPr>
                <w:rFonts w:eastAsia="ＭＳ 明朝" w:cs="ＭＳ 明朝"/>
                <w:color w:val="000000"/>
                <w:spacing w:val="22"/>
                <w:sz w:val="19"/>
                <w:lang w:val="ja-JP" w:eastAsia="ja-JP"/>
              </w:rPr>
              <w:t>方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法</w:t>
            </w:r>
          </w:p>
        </w:tc>
      </w:tr>
    </w:tbl>
    <w:p w14:paraId="79A34693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164" w:line="219" w:lineRule="exact"/>
        <w:ind w:left="586"/>
        <w:rPr>
          <w:lang w:eastAsia="ja-JP"/>
        </w:rPr>
      </w:pPr>
      <w:r>
        <w:rPr>
          <w:rFonts w:eastAsia="ＭＳ 明朝" w:cs="ＭＳ 明朝"/>
          <w:color w:val="000000"/>
          <w:spacing w:val="11"/>
          <w:sz w:val="19"/>
          <w:lang w:val="ja-JP" w:eastAsia="ja-JP"/>
        </w:rPr>
        <w:t>(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注</w:t>
      </w:r>
      <w:r>
        <w:rPr>
          <w:rFonts w:eastAsia="ＭＳ 明朝" w:cs="ＭＳ 明朝"/>
          <w:color w:val="000000"/>
          <w:spacing w:val="11"/>
          <w:sz w:val="19"/>
          <w:lang w:val="ja-JP" w:eastAsia="ja-JP"/>
        </w:rPr>
        <w:t>)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１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「利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用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面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積」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欄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に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は</w:t>
      </w:r>
      <w:r>
        <w:rPr>
          <w:rFonts w:eastAsia="ＭＳ 明朝" w:cs="ＭＳ 明朝"/>
          <w:color w:val="000000"/>
          <w:spacing w:val="-77"/>
          <w:sz w:val="19"/>
          <w:lang w:val="ja-JP" w:eastAsia="ja-JP"/>
        </w:rPr>
        <w:t>、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「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一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時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利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用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の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全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体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面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積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」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と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「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森林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に係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る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部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分の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面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積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」</w:t>
      </w:r>
      <w:r>
        <w:rPr>
          <w:rFonts w:eastAsia="ＭＳ 明朝" w:cs="ＭＳ 明朝"/>
          <w:color w:val="000000"/>
          <w:sz w:val="19"/>
          <w:lang w:val="ja-JP" w:eastAsia="ja-JP"/>
        </w:rPr>
        <w:t>を</w:t>
      </w:r>
    </w:p>
    <w:p w14:paraId="07D76426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47" w:line="219" w:lineRule="exact"/>
        <w:ind w:left="1251"/>
        <w:rPr>
          <w:lang w:eastAsia="ja-JP"/>
        </w:rPr>
      </w:pP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併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記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して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くだ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さ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い</w:t>
      </w:r>
      <w:r>
        <w:rPr>
          <w:rFonts w:eastAsia="ＭＳ 明朝" w:cs="ＭＳ 明朝"/>
          <w:color w:val="000000"/>
          <w:sz w:val="19"/>
          <w:lang w:val="ja-JP" w:eastAsia="ja-JP"/>
        </w:rPr>
        <w:t>。</w:t>
      </w:r>
    </w:p>
    <w:p w14:paraId="6D29CB43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50" w:line="219" w:lineRule="exact"/>
        <w:ind w:left="1030"/>
        <w:rPr>
          <w:lang w:eastAsia="ja-JP"/>
        </w:rPr>
      </w:pP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２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「利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用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期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間」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欄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に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は</w:t>
      </w:r>
      <w:r>
        <w:rPr>
          <w:rFonts w:eastAsia="ＭＳ 明朝" w:cs="ＭＳ 明朝"/>
          <w:color w:val="000000"/>
          <w:spacing w:val="-77"/>
          <w:sz w:val="19"/>
          <w:lang w:val="ja-JP" w:eastAsia="ja-JP"/>
        </w:rPr>
        <w:t>、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「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一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時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利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用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の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予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定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期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間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」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と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「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一時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利用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後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の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原状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回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復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等</w:t>
      </w:r>
      <w:r>
        <w:rPr>
          <w:rFonts w:eastAsia="ＭＳ 明朝" w:cs="ＭＳ 明朝"/>
          <w:color w:val="000000"/>
          <w:sz w:val="19"/>
          <w:lang w:val="ja-JP" w:eastAsia="ja-JP"/>
        </w:rPr>
        <w:t>の</w:t>
      </w:r>
    </w:p>
    <w:p w14:paraId="7767B1C9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47" w:line="219" w:lineRule="exact"/>
        <w:ind w:left="1251"/>
        <w:rPr>
          <w:lang w:eastAsia="ja-JP"/>
        </w:rPr>
      </w:pP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た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め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の予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定期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間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」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を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併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記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し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て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く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だ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さ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い</w:t>
      </w:r>
      <w:r>
        <w:rPr>
          <w:rFonts w:eastAsia="ＭＳ 明朝" w:cs="ＭＳ 明朝"/>
          <w:color w:val="000000"/>
          <w:sz w:val="19"/>
          <w:lang w:val="ja-JP" w:eastAsia="ja-JP"/>
        </w:rPr>
        <w:t>。</w:t>
      </w:r>
    </w:p>
    <w:p w14:paraId="601C7450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50" w:line="219" w:lineRule="exact"/>
        <w:ind w:left="1028"/>
        <w:rPr>
          <w:lang w:eastAsia="ja-JP"/>
        </w:rPr>
      </w:pP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３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「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利用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計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画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の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概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要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」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欄は</w:t>
      </w:r>
      <w:r>
        <w:rPr>
          <w:rFonts w:eastAsia="ＭＳ 明朝" w:cs="ＭＳ 明朝"/>
          <w:color w:val="000000"/>
          <w:spacing w:val="-77"/>
          <w:sz w:val="19"/>
          <w:lang w:val="ja-JP" w:eastAsia="ja-JP"/>
        </w:rPr>
        <w:t>、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「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開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発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行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為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の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内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容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」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と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「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利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用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方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法」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に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分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け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て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、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土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取</w:t>
      </w:r>
      <w:r>
        <w:rPr>
          <w:rFonts w:eastAsia="ＭＳ 明朝" w:cs="ＭＳ 明朝"/>
          <w:color w:val="000000"/>
          <w:sz w:val="19"/>
          <w:lang w:val="ja-JP" w:eastAsia="ja-JP"/>
        </w:rPr>
        <w:t>、</w:t>
      </w:r>
    </w:p>
    <w:p w14:paraId="3EA70A7D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47" w:line="219" w:lineRule="exact"/>
        <w:ind w:left="1251"/>
        <w:rPr>
          <w:lang w:eastAsia="ja-JP"/>
        </w:rPr>
      </w:pP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捨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土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、設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置す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る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施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設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等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具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体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的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な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計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画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内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容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の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概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要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を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記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載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し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てく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だ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さ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い</w:t>
      </w:r>
      <w:r>
        <w:rPr>
          <w:rFonts w:eastAsia="ＭＳ 明朝" w:cs="ＭＳ 明朝"/>
          <w:color w:val="000000"/>
          <w:sz w:val="19"/>
          <w:lang w:val="ja-JP" w:eastAsia="ja-JP"/>
        </w:rPr>
        <w:t>。</w:t>
      </w:r>
    </w:p>
    <w:p w14:paraId="294A26B1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50" w:line="219" w:lineRule="exact"/>
        <w:ind w:left="1030"/>
        <w:rPr>
          <w:lang w:eastAsia="ja-JP"/>
        </w:rPr>
      </w:pP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４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「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利用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後の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原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状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回復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方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法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」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欄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は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、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施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設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の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撤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去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、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跡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地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の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埋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め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戻し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、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法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面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の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保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護</w:t>
      </w:r>
      <w:r>
        <w:rPr>
          <w:rFonts w:eastAsia="ＭＳ 明朝" w:cs="ＭＳ 明朝"/>
          <w:color w:val="000000"/>
          <w:sz w:val="19"/>
          <w:lang w:val="ja-JP" w:eastAsia="ja-JP"/>
        </w:rPr>
        <w:t>、</w:t>
      </w:r>
    </w:p>
    <w:p w14:paraId="1CBB2081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47" w:line="219" w:lineRule="exact"/>
        <w:ind w:left="1251"/>
        <w:rPr>
          <w:lang w:eastAsia="ja-JP"/>
        </w:rPr>
      </w:pP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植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樹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等具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体的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な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方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法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の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概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要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を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記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載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し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て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く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だ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さ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い</w:t>
      </w:r>
      <w:r>
        <w:rPr>
          <w:rFonts w:eastAsia="ＭＳ 明朝" w:cs="ＭＳ 明朝"/>
          <w:color w:val="000000"/>
          <w:sz w:val="19"/>
          <w:lang w:val="ja-JP" w:eastAsia="ja-JP"/>
        </w:rPr>
        <w:t>。</w:t>
      </w:r>
    </w:p>
    <w:p w14:paraId="51DAC449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50" w:line="219" w:lineRule="exact"/>
        <w:ind w:left="1028"/>
        <w:rPr>
          <w:lang w:eastAsia="ja-JP"/>
        </w:rPr>
      </w:pPr>
      <w:r>
        <w:rPr>
          <w:rFonts w:eastAsia="ＭＳ 明朝" w:cs="ＭＳ 明朝"/>
          <w:color w:val="000000"/>
          <w:spacing w:val="134"/>
          <w:sz w:val="19"/>
          <w:lang w:val="ja-JP" w:eastAsia="ja-JP"/>
        </w:rPr>
        <w:t>５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必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要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に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応じ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一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時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利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用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計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画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及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び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原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状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回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復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計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画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の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図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面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（平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面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、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断面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、構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造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図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等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）</w:t>
      </w:r>
      <w:r>
        <w:rPr>
          <w:rFonts w:eastAsia="ＭＳ 明朝" w:cs="ＭＳ 明朝"/>
          <w:color w:val="000000"/>
          <w:sz w:val="19"/>
          <w:lang w:val="ja-JP" w:eastAsia="ja-JP"/>
        </w:rPr>
        <w:t>を</w:t>
      </w:r>
    </w:p>
    <w:p w14:paraId="50A9130A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47" w:line="219" w:lineRule="exact"/>
        <w:ind w:left="1251"/>
        <w:rPr>
          <w:lang w:eastAsia="ja-JP"/>
        </w:rPr>
      </w:pP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添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付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して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くだ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さ</w:t>
      </w:r>
      <w:r>
        <w:rPr>
          <w:rFonts w:eastAsia="ＭＳ 明朝" w:cs="ＭＳ 明朝"/>
          <w:color w:val="000000"/>
          <w:spacing w:val="24"/>
          <w:sz w:val="19"/>
          <w:lang w:val="ja-JP" w:eastAsia="ja-JP"/>
        </w:rPr>
        <w:t>い</w:t>
      </w:r>
      <w:r>
        <w:rPr>
          <w:rFonts w:eastAsia="ＭＳ 明朝" w:cs="ＭＳ 明朝"/>
          <w:color w:val="000000"/>
          <w:sz w:val="19"/>
          <w:lang w:val="ja-JP" w:eastAsia="ja-JP"/>
        </w:rPr>
        <w:t>。</w:t>
      </w:r>
    </w:p>
    <w:p w14:paraId="014C3D67" w14:textId="77777777" w:rsidR="00FB2F32" w:rsidRDefault="00FB2F32">
      <w:pPr>
        <w:widowControl w:val="0"/>
        <w:kinsoku w:val="0"/>
        <w:overflowPunct w:val="0"/>
        <w:autoSpaceDE w:val="0"/>
        <w:autoSpaceDN w:val="0"/>
        <w:snapToGrid w:val="0"/>
        <w:spacing w:line="20" w:lineRule="exact"/>
        <w:rPr>
          <w:lang w:eastAsia="ja-JP"/>
        </w:rPr>
        <w:sectPr w:rsidR="00FB2F32">
          <w:footerReference w:type="default" r:id="rId15"/>
          <w:pgSz w:w="11906" w:h="16838"/>
          <w:pgMar w:top="700" w:right="460" w:bottom="1100" w:left="1000" w:header="240" w:footer="800" w:gutter="0"/>
          <w:cols w:space="720"/>
          <w:docGrid w:linePitch="360"/>
        </w:sectPr>
      </w:pPr>
    </w:p>
    <w:p w14:paraId="64DC58EE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717" w:line="211" w:lineRule="exact"/>
        <w:ind w:left="586"/>
        <w:rPr>
          <w:lang w:eastAsia="ja-JP"/>
        </w:rPr>
      </w:pP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lastRenderedPageBreak/>
        <w:t>（参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考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様式５</w:t>
      </w:r>
      <w:r>
        <w:rPr>
          <w:rFonts w:eastAsia="ＭＳ 明朝" w:cs="ＭＳ 明朝"/>
          <w:color w:val="000000"/>
          <w:sz w:val="19"/>
          <w:lang w:val="ja-JP" w:eastAsia="ja-JP"/>
        </w:rPr>
        <w:t>）</w:t>
      </w:r>
    </w:p>
    <w:p w14:paraId="744C8B5C" w14:textId="77777777" w:rsidR="00FB2F32" w:rsidRDefault="00000000">
      <w:pPr>
        <w:widowControl w:val="0"/>
        <w:tabs>
          <w:tab w:val="left" w:pos="4112"/>
          <w:tab w:val="left" w:pos="4794"/>
          <w:tab w:val="left" w:pos="5473"/>
          <w:tab w:val="left" w:pos="6154"/>
        </w:tabs>
        <w:kinsoku w:val="0"/>
        <w:overflowPunct w:val="0"/>
        <w:autoSpaceDE w:val="0"/>
        <w:autoSpaceDN w:val="0"/>
        <w:snapToGrid w:val="0"/>
        <w:spacing w:before="826" w:line="351" w:lineRule="exact"/>
        <w:ind w:left="3430"/>
        <w:rPr>
          <w:lang w:eastAsia="ja-JP"/>
        </w:rPr>
      </w:pPr>
      <w:r>
        <w:rPr>
          <w:rFonts w:eastAsia="ＭＳ 明朝" w:cs="ＭＳ 明朝"/>
          <w:color w:val="000000"/>
          <w:sz w:val="31"/>
          <w:lang w:val="ja-JP" w:eastAsia="ja-JP"/>
        </w:rPr>
        <w:t>資</w:t>
      </w:r>
      <w:r>
        <w:rPr>
          <w:rFonts w:eastAsia="ＭＳ 明朝" w:cs="ＭＳ 明朝"/>
          <w:color w:val="000000"/>
          <w:sz w:val="31"/>
          <w:lang w:val="ja-JP" w:eastAsia="ja-JP"/>
        </w:rPr>
        <w:tab/>
        <w:t>金</w:t>
      </w:r>
      <w:r>
        <w:rPr>
          <w:rFonts w:eastAsia="ＭＳ 明朝" w:cs="ＭＳ 明朝"/>
          <w:color w:val="000000"/>
          <w:sz w:val="31"/>
          <w:lang w:val="ja-JP" w:eastAsia="ja-JP"/>
        </w:rPr>
        <w:tab/>
        <w:t>計</w:t>
      </w:r>
      <w:r>
        <w:rPr>
          <w:rFonts w:eastAsia="ＭＳ 明朝" w:cs="ＭＳ 明朝"/>
          <w:color w:val="000000"/>
          <w:sz w:val="31"/>
          <w:lang w:val="ja-JP" w:eastAsia="ja-JP"/>
        </w:rPr>
        <w:tab/>
        <w:t>画</w:t>
      </w:r>
      <w:r>
        <w:rPr>
          <w:rFonts w:eastAsia="ＭＳ 明朝" w:cs="ＭＳ 明朝"/>
          <w:color w:val="000000"/>
          <w:sz w:val="31"/>
          <w:lang w:val="ja-JP" w:eastAsia="ja-JP"/>
        </w:rPr>
        <w:tab/>
        <w:t>書</w:t>
      </w:r>
    </w:p>
    <w:p w14:paraId="378B391D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1071" w:line="211" w:lineRule="exact"/>
        <w:ind w:left="800"/>
        <w:rPr>
          <w:lang w:eastAsia="ja-JP"/>
        </w:rPr>
      </w:pP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下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記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のとお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り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相違あ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り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ませ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ん</w:t>
      </w:r>
      <w:r>
        <w:rPr>
          <w:rFonts w:eastAsia="ＭＳ 明朝" w:cs="ＭＳ 明朝"/>
          <w:color w:val="000000"/>
          <w:sz w:val="19"/>
          <w:lang w:val="ja-JP" w:eastAsia="ja-JP"/>
        </w:rPr>
        <w:t>。</w:t>
      </w:r>
    </w:p>
    <w:p w14:paraId="731AEE91" w14:textId="77777777" w:rsidR="00FB2F32" w:rsidRDefault="00000000">
      <w:pPr>
        <w:widowControl w:val="0"/>
        <w:tabs>
          <w:tab w:val="left" w:pos="8252"/>
          <w:tab w:val="left" w:pos="8893"/>
        </w:tabs>
        <w:kinsoku w:val="0"/>
        <w:overflowPunct w:val="0"/>
        <w:autoSpaceDE w:val="0"/>
        <w:autoSpaceDN w:val="0"/>
        <w:snapToGrid w:val="0"/>
        <w:spacing w:before="307" w:line="211" w:lineRule="exact"/>
        <w:ind w:left="7614"/>
      </w:pPr>
      <w:r>
        <w:rPr>
          <w:rFonts w:eastAsia="ＭＳ 明朝" w:cs="ＭＳ 明朝"/>
          <w:color w:val="000000"/>
          <w:sz w:val="19"/>
          <w:lang w:val="ja-JP" w:eastAsia="ja-JP"/>
        </w:rPr>
        <w:t>年</w:t>
      </w:r>
      <w:r>
        <w:rPr>
          <w:rFonts w:eastAsia="ＭＳ 明朝" w:cs="ＭＳ 明朝"/>
          <w:color w:val="000000"/>
          <w:sz w:val="19"/>
          <w:lang w:val="ja-JP" w:eastAsia="ja-JP"/>
        </w:rPr>
        <w:tab/>
        <w:t>月</w:t>
      </w:r>
      <w:r>
        <w:rPr>
          <w:rFonts w:eastAsia="ＭＳ 明朝" w:cs="ＭＳ 明朝"/>
          <w:color w:val="000000"/>
          <w:sz w:val="19"/>
          <w:lang w:val="ja-JP" w:eastAsia="ja-JP"/>
        </w:rPr>
        <w:tab/>
        <w:t>日</w:t>
      </w:r>
    </w:p>
    <w:p w14:paraId="6B3F1321" w14:textId="77777777" w:rsidR="00FB2F32" w:rsidRDefault="00000000">
      <w:pPr>
        <w:widowControl w:val="0"/>
        <w:tabs>
          <w:tab w:val="left" w:pos="6123"/>
        </w:tabs>
        <w:kinsoku w:val="0"/>
        <w:overflowPunct w:val="0"/>
        <w:autoSpaceDE w:val="0"/>
        <w:autoSpaceDN w:val="0"/>
        <w:snapToGrid w:val="0"/>
        <w:spacing w:before="307" w:line="211" w:lineRule="exact"/>
        <w:ind w:left="5698"/>
      </w:pPr>
      <w:r>
        <w:rPr>
          <w:rFonts w:eastAsia="ＭＳ 明朝" w:cs="ＭＳ 明朝"/>
          <w:color w:val="000000"/>
          <w:sz w:val="19"/>
          <w:lang w:val="ja-JP" w:eastAsia="ja-JP"/>
        </w:rPr>
        <w:t>住</w:t>
      </w:r>
      <w:r>
        <w:rPr>
          <w:rFonts w:eastAsia="ＭＳ 明朝" w:cs="ＭＳ 明朝"/>
          <w:color w:val="000000"/>
          <w:sz w:val="19"/>
          <w:lang w:val="ja-JP" w:eastAsia="ja-JP"/>
        </w:rPr>
        <w:tab/>
        <w:t>所</w:t>
      </w:r>
    </w:p>
    <w:p w14:paraId="6DCDCCE6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48" w:line="211" w:lineRule="exact"/>
        <w:ind w:left="4846"/>
      </w:pP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申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請</w:t>
      </w:r>
      <w:r>
        <w:rPr>
          <w:rFonts w:eastAsia="ＭＳ 明朝" w:cs="ＭＳ 明朝"/>
          <w:color w:val="000000"/>
          <w:sz w:val="19"/>
          <w:lang w:val="ja-JP" w:eastAsia="ja-JP"/>
        </w:rPr>
        <w:t>者</w:t>
      </w:r>
    </w:p>
    <w:p w14:paraId="0B3A93C3" w14:textId="77777777" w:rsidR="00FB2F32" w:rsidRDefault="00000000">
      <w:pPr>
        <w:widowControl w:val="0"/>
        <w:tabs>
          <w:tab w:val="left" w:pos="6123"/>
        </w:tabs>
        <w:kinsoku w:val="0"/>
        <w:overflowPunct w:val="0"/>
        <w:autoSpaceDE w:val="0"/>
        <w:autoSpaceDN w:val="0"/>
        <w:snapToGrid w:val="0"/>
        <w:spacing w:before="48" w:line="211" w:lineRule="exact"/>
        <w:ind w:left="5698"/>
      </w:pPr>
      <w:r>
        <w:rPr>
          <w:rFonts w:eastAsia="ＭＳ 明朝" w:cs="ＭＳ 明朝"/>
          <w:color w:val="000000"/>
          <w:sz w:val="19"/>
          <w:lang w:val="ja-JP" w:eastAsia="ja-JP"/>
        </w:rPr>
        <w:t>氏</w:t>
      </w:r>
      <w:r>
        <w:rPr>
          <w:rFonts w:eastAsia="ＭＳ 明朝" w:cs="ＭＳ 明朝"/>
          <w:color w:val="000000"/>
          <w:sz w:val="19"/>
          <w:lang w:val="ja-JP" w:eastAsia="ja-JP"/>
        </w:rPr>
        <w:tab/>
        <w:t>名</w:t>
      </w:r>
    </w:p>
    <w:p w14:paraId="61434B39" w14:textId="77777777" w:rsidR="00FB2F32" w:rsidRDefault="00FB2F32">
      <w:pPr>
        <w:widowControl w:val="0"/>
        <w:kinsoku w:val="0"/>
        <w:overflowPunct w:val="0"/>
        <w:autoSpaceDE w:val="0"/>
        <w:autoSpaceDN w:val="0"/>
        <w:snapToGrid w:val="0"/>
        <w:spacing w:line="144" w:lineRule="exact"/>
      </w:pPr>
    </w:p>
    <w:tbl>
      <w:tblPr>
        <w:tblW w:w="8518" w:type="dxa"/>
        <w:tblInd w:w="69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20"/>
        <w:gridCol w:w="211"/>
        <w:gridCol w:w="108"/>
        <w:gridCol w:w="319"/>
        <w:gridCol w:w="1704"/>
        <w:gridCol w:w="1915"/>
        <w:gridCol w:w="533"/>
        <w:gridCol w:w="427"/>
        <w:gridCol w:w="958"/>
        <w:gridCol w:w="2023"/>
      </w:tblGrid>
      <w:tr w:rsidR="00FB2F32" w14:paraId="18B2C5AC" w14:textId="77777777">
        <w:trPr>
          <w:cantSplit/>
          <w:trHeight w:val="505"/>
        </w:trPr>
        <w:tc>
          <w:tcPr>
            <w:tcW w:w="5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A9AA10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679" w:line="211" w:lineRule="exact"/>
              <w:ind w:left="167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概</w:t>
            </w:r>
          </w:p>
          <w:p w14:paraId="20EE1848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826" w:line="211" w:lineRule="exact"/>
              <w:ind w:left="167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要</w:t>
            </w:r>
          </w:p>
        </w:tc>
        <w:tc>
          <w:tcPr>
            <w:tcW w:w="21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264E5B" w14:textId="77777777" w:rsidR="00FB2F32" w:rsidRDefault="00000000">
            <w:pPr>
              <w:widowControl w:val="0"/>
              <w:tabs>
                <w:tab w:val="left" w:pos="532"/>
                <w:tab w:val="left" w:pos="959"/>
                <w:tab w:val="left" w:pos="1386"/>
                <w:tab w:val="left" w:pos="1811"/>
              </w:tabs>
              <w:kinsoku w:val="0"/>
              <w:overflowPunct w:val="0"/>
              <w:autoSpaceDE w:val="0"/>
              <w:autoSpaceDN w:val="0"/>
              <w:snapToGrid w:val="0"/>
              <w:spacing w:before="163" w:line="211" w:lineRule="exact"/>
              <w:ind w:left="107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設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立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年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月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日</w:t>
            </w:r>
          </w:p>
        </w:tc>
        <w:tc>
          <w:tcPr>
            <w:tcW w:w="2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D98EED8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0FC2FC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63" w:line="211" w:lineRule="exact"/>
              <w:ind w:left="104"/>
            </w:pPr>
            <w:r>
              <w:rPr>
                <w:rFonts w:eastAsia="ＭＳ 明朝" w:cs="ＭＳ 明朝"/>
                <w:color w:val="000000"/>
                <w:spacing w:val="62"/>
                <w:sz w:val="19"/>
                <w:lang w:val="ja-JP" w:eastAsia="ja-JP"/>
              </w:rPr>
              <w:t>資</w:t>
            </w:r>
            <w:r>
              <w:rPr>
                <w:rFonts w:eastAsia="ＭＳ 明朝" w:cs="ＭＳ 明朝"/>
                <w:color w:val="000000"/>
                <w:spacing w:val="65"/>
                <w:sz w:val="19"/>
                <w:lang w:val="ja-JP" w:eastAsia="ja-JP"/>
              </w:rPr>
              <w:t>本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金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B83AC0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63" w:line="211" w:lineRule="exact"/>
              <w:ind w:left="1489"/>
            </w:pPr>
            <w:r>
              <w:rPr>
                <w:rFonts w:eastAsia="ＭＳ 明朝" w:cs="ＭＳ 明朝"/>
                <w:color w:val="000000"/>
                <w:spacing w:val="22"/>
                <w:sz w:val="19"/>
                <w:lang w:val="ja-JP" w:eastAsia="ja-JP"/>
              </w:rPr>
              <w:t>千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円</w:t>
            </w:r>
          </w:p>
        </w:tc>
      </w:tr>
      <w:tr w:rsidR="00FB2F32" w14:paraId="466C82DE" w14:textId="77777777">
        <w:trPr>
          <w:cantSplit/>
          <w:trHeight w:val="505"/>
        </w:trPr>
        <w:tc>
          <w:tcPr>
            <w:tcW w:w="53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D561CDF" w14:textId="77777777" w:rsidR="00FB2F32" w:rsidRDefault="00FB2F32"/>
        </w:tc>
        <w:tc>
          <w:tcPr>
            <w:tcW w:w="21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9E5222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61" w:line="211" w:lineRule="exact"/>
              <w:ind w:left="107"/>
            </w:pPr>
            <w:r>
              <w:rPr>
                <w:rFonts w:eastAsia="ＭＳ 明朝" w:cs="ＭＳ 明朝"/>
                <w:color w:val="000000"/>
                <w:spacing w:val="50"/>
                <w:sz w:val="19"/>
                <w:lang w:val="ja-JP" w:eastAsia="ja-JP"/>
              </w:rPr>
              <w:t>法</w:t>
            </w:r>
            <w:r>
              <w:rPr>
                <w:rFonts w:eastAsia="ＭＳ 明朝" w:cs="ＭＳ 明朝"/>
                <w:color w:val="000000"/>
                <w:spacing w:val="53"/>
                <w:sz w:val="19"/>
                <w:lang w:val="ja-JP" w:eastAsia="ja-JP"/>
              </w:rPr>
              <w:t>令に</w:t>
            </w:r>
            <w:r>
              <w:rPr>
                <w:rFonts w:eastAsia="ＭＳ 明朝" w:cs="ＭＳ 明朝"/>
                <w:color w:val="000000"/>
                <w:spacing w:val="50"/>
                <w:sz w:val="19"/>
                <w:lang w:val="ja-JP" w:eastAsia="ja-JP"/>
              </w:rPr>
              <w:t>よる</w:t>
            </w:r>
            <w:r>
              <w:rPr>
                <w:rFonts w:eastAsia="ＭＳ 明朝" w:cs="ＭＳ 明朝"/>
                <w:color w:val="000000"/>
                <w:spacing w:val="53"/>
                <w:sz w:val="19"/>
                <w:lang w:val="ja-JP" w:eastAsia="ja-JP"/>
              </w:rPr>
              <w:t>登</w:t>
            </w:r>
            <w:r>
              <w:rPr>
                <w:rFonts w:eastAsia="ＭＳ 明朝" w:cs="ＭＳ 明朝"/>
                <w:color w:val="000000"/>
                <w:spacing w:val="50"/>
                <w:sz w:val="19"/>
                <w:lang w:val="ja-JP" w:eastAsia="ja-JP"/>
              </w:rPr>
              <w:t>録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等</w:t>
            </w:r>
          </w:p>
        </w:tc>
        <w:tc>
          <w:tcPr>
            <w:tcW w:w="58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3C1A1E4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44036E35" w14:textId="77777777">
        <w:trPr>
          <w:cantSplit/>
          <w:trHeight w:val="505"/>
        </w:trPr>
        <w:tc>
          <w:tcPr>
            <w:tcW w:w="53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BE54CB9" w14:textId="77777777" w:rsidR="00FB2F32" w:rsidRDefault="00FB2F32"/>
        </w:tc>
        <w:tc>
          <w:tcPr>
            <w:tcW w:w="21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BD3963" w14:textId="77777777" w:rsidR="00FB2F32" w:rsidRDefault="00000000">
            <w:pPr>
              <w:widowControl w:val="0"/>
              <w:tabs>
                <w:tab w:val="left" w:pos="676"/>
                <w:tab w:val="left" w:pos="1242"/>
                <w:tab w:val="left" w:pos="1811"/>
              </w:tabs>
              <w:kinsoku w:val="0"/>
              <w:overflowPunct w:val="0"/>
              <w:autoSpaceDE w:val="0"/>
              <w:autoSpaceDN w:val="0"/>
              <w:snapToGrid w:val="0"/>
              <w:spacing w:before="161" w:line="211" w:lineRule="exact"/>
              <w:ind w:left="107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従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業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員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数</w:t>
            </w:r>
          </w:p>
        </w:tc>
        <w:tc>
          <w:tcPr>
            <w:tcW w:w="58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4F5F30" w14:textId="77777777" w:rsidR="00FB2F32" w:rsidRDefault="00000000">
            <w:pPr>
              <w:widowControl w:val="0"/>
              <w:tabs>
                <w:tab w:val="left" w:pos="5216"/>
              </w:tabs>
              <w:kinsoku w:val="0"/>
              <w:overflowPunct w:val="0"/>
              <w:autoSpaceDE w:val="0"/>
              <w:autoSpaceDN w:val="0"/>
              <w:snapToGrid w:val="0"/>
              <w:spacing w:before="161" w:line="211" w:lineRule="exact"/>
              <w:ind w:left="1595"/>
              <w:rPr>
                <w:lang w:eastAsia="ja-JP"/>
              </w:rPr>
            </w:pPr>
            <w:r>
              <w:rPr>
                <w:rFonts w:eastAsia="ＭＳ 明朝" w:cs="ＭＳ 明朝"/>
                <w:color w:val="000000"/>
                <w:spacing w:val="22"/>
                <w:sz w:val="19"/>
                <w:lang w:val="ja-JP" w:eastAsia="ja-JP"/>
              </w:rPr>
              <w:t>人（</w:t>
            </w:r>
            <w:r>
              <w:rPr>
                <w:rFonts w:eastAsia="ＭＳ 明朝" w:cs="ＭＳ 明朝"/>
                <w:color w:val="000000"/>
                <w:spacing w:val="19"/>
                <w:sz w:val="19"/>
                <w:lang w:val="ja-JP" w:eastAsia="ja-JP"/>
              </w:rPr>
              <w:t>う</w:t>
            </w:r>
            <w:r>
              <w:rPr>
                <w:rFonts w:eastAsia="ＭＳ 明朝" w:cs="ＭＳ 明朝"/>
                <w:color w:val="000000"/>
                <w:spacing w:val="22"/>
                <w:sz w:val="19"/>
                <w:lang w:val="ja-JP" w:eastAsia="ja-JP"/>
              </w:rPr>
              <w:t>ち土木</w:t>
            </w:r>
            <w:r>
              <w:rPr>
                <w:rFonts w:eastAsia="ＭＳ 明朝" w:cs="ＭＳ 明朝"/>
                <w:color w:val="000000"/>
                <w:spacing w:val="19"/>
                <w:sz w:val="19"/>
                <w:lang w:val="ja-JP" w:eastAsia="ja-JP"/>
              </w:rPr>
              <w:t>建</w:t>
            </w:r>
            <w:r>
              <w:rPr>
                <w:rFonts w:eastAsia="ＭＳ 明朝" w:cs="ＭＳ 明朝"/>
                <w:color w:val="000000"/>
                <w:spacing w:val="22"/>
                <w:sz w:val="19"/>
                <w:lang w:val="ja-JP" w:eastAsia="ja-JP"/>
              </w:rPr>
              <w:t>築関係</w:t>
            </w:r>
            <w:r>
              <w:rPr>
                <w:rFonts w:eastAsia="ＭＳ 明朝" w:cs="ＭＳ 明朝"/>
                <w:color w:val="000000"/>
                <w:spacing w:val="19"/>
                <w:sz w:val="19"/>
                <w:lang w:val="ja-JP" w:eastAsia="ja-JP"/>
              </w:rPr>
              <w:t>技</w:t>
            </w:r>
            <w:r>
              <w:rPr>
                <w:rFonts w:eastAsia="ＭＳ 明朝" w:cs="ＭＳ 明朝"/>
                <w:color w:val="000000"/>
                <w:spacing w:val="22"/>
                <w:sz w:val="19"/>
                <w:lang w:val="ja-JP" w:eastAsia="ja-JP"/>
              </w:rPr>
              <w:t>術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者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</w:r>
            <w:r>
              <w:rPr>
                <w:rFonts w:eastAsia="ＭＳ 明朝" w:cs="ＭＳ 明朝"/>
                <w:color w:val="000000"/>
                <w:spacing w:val="19"/>
                <w:sz w:val="19"/>
                <w:lang w:val="ja-JP" w:eastAsia="ja-JP"/>
              </w:rPr>
              <w:t>人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）</w:t>
            </w:r>
          </w:p>
        </w:tc>
      </w:tr>
      <w:tr w:rsidR="00FB2F32" w14:paraId="6BF75B12" w14:textId="77777777">
        <w:trPr>
          <w:cantSplit/>
          <w:trHeight w:val="505"/>
        </w:trPr>
        <w:tc>
          <w:tcPr>
            <w:tcW w:w="53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2A7C2D1" w14:textId="77777777" w:rsidR="00FB2F32" w:rsidRDefault="00FB2F32">
            <w:pPr>
              <w:rPr>
                <w:lang w:eastAsia="ja-JP"/>
              </w:rPr>
            </w:pPr>
          </w:p>
        </w:tc>
        <w:tc>
          <w:tcPr>
            <w:tcW w:w="21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E9A46B" w14:textId="77777777" w:rsidR="00FB2F32" w:rsidRDefault="00000000">
            <w:pPr>
              <w:widowControl w:val="0"/>
              <w:tabs>
                <w:tab w:val="left" w:pos="448"/>
                <w:tab w:val="left" w:pos="788"/>
                <w:tab w:val="left" w:pos="1129"/>
                <w:tab w:val="left" w:pos="1470"/>
                <w:tab w:val="left" w:pos="1811"/>
              </w:tabs>
              <w:kinsoku w:val="0"/>
              <w:overflowPunct w:val="0"/>
              <w:autoSpaceDE w:val="0"/>
              <w:autoSpaceDN w:val="0"/>
              <w:snapToGrid w:val="0"/>
              <w:spacing w:before="161" w:line="211" w:lineRule="exact"/>
              <w:ind w:left="107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前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年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度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事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業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量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556435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61" w:line="211" w:lineRule="exact"/>
              <w:ind w:left="1381"/>
            </w:pPr>
            <w:r>
              <w:rPr>
                <w:rFonts w:eastAsia="ＭＳ 明朝" w:cs="ＭＳ 明朝"/>
                <w:color w:val="000000"/>
                <w:spacing w:val="22"/>
                <w:sz w:val="19"/>
                <w:lang w:val="ja-JP" w:eastAsia="ja-JP"/>
              </w:rPr>
              <w:t>千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円</w:t>
            </w:r>
          </w:p>
        </w:tc>
        <w:tc>
          <w:tcPr>
            <w:tcW w:w="19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4F1F5BC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6CF4C8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61" w:line="211" w:lineRule="exact"/>
              <w:ind w:left="1384"/>
            </w:pPr>
            <w:r>
              <w:rPr>
                <w:rFonts w:eastAsia="ＭＳ 明朝" w:cs="ＭＳ 明朝"/>
                <w:color w:val="000000"/>
                <w:spacing w:val="19"/>
                <w:sz w:val="19"/>
                <w:lang w:val="ja-JP" w:eastAsia="ja-JP"/>
              </w:rPr>
              <w:t>千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円</w:t>
            </w:r>
          </w:p>
        </w:tc>
      </w:tr>
      <w:tr w:rsidR="00FB2F32" w14:paraId="53753C54" w14:textId="77777777">
        <w:trPr>
          <w:cantSplit/>
          <w:trHeight w:val="505"/>
        </w:trPr>
        <w:tc>
          <w:tcPr>
            <w:tcW w:w="5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DA725" w14:textId="77777777" w:rsidR="00FB2F32" w:rsidRDefault="00FB2F32"/>
        </w:tc>
        <w:tc>
          <w:tcPr>
            <w:tcW w:w="21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B1F59C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61" w:line="211" w:lineRule="exact"/>
              <w:ind w:left="107"/>
            </w:pPr>
            <w:r>
              <w:rPr>
                <w:rFonts w:eastAsia="ＭＳ 明朝" w:cs="ＭＳ 明朝"/>
                <w:color w:val="000000"/>
                <w:spacing w:val="22"/>
                <w:sz w:val="19"/>
                <w:lang w:val="ja-JP" w:eastAsia="ja-JP"/>
              </w:rPr>
              <w:t>主</w:t>
            </w:r>
            <w:r>
              <w:rPr>
                <w:rFonts w:eastAsia="ＭＳ 明朝" w:cs="ＭＳ 明朝"/>
                <w:color w:val="000000"/>
                <w:spacing w:val="19"/>
                <w:sz w:val="19"/>
                <w:lang w:val="ja-JP" w:eastAsia="ja-JP"/>
              </w:rPr>
              <w:t>た</w:t>
            </w:r>
            <w:r>
              <w:rPr>
                <w:rFonts w:eastAsia="ＭＳ 明朝" w:cs="ＭＳ 明朝"/>
                <w:color w:val="000000"/>
                <w:spacing w:val="22"/>
                <w:sz w:val="19"/>
                <w:lang w:val="ja-JP" w:eastAsia="ja-JP"/>
              </w:rPr>
              <w:t>る取</w:t>
            </w:r>
            <w:r>
              <w:rPr>
                <w:rFonts w:eastAsia="ＭＳ 明朝" w:cs="ＭＳ 明朝"/>
                <w:color w:val="000000"/>
                <w:spacing w:val="19"/>
                <w:sz w:val="19"/>
                <w:lang w:val="ja-JP" w:eastAsia="ja-JP"/>
              </w:rPr>
              <w:t>引</w:t>
            </w:r>
            <w:r>
              <w:rPr>
                <w:rFonts w:eastAsia="ＭＳ 明朝" w:cs="ＭＳ 明朝"/>
                <w:color w:val="000000"/>
                <w:spacing w:val="22"/>
                <w:sz w:val="19"/>
                <w:lang w:val="ja-JP" w:eastAsia="ja-JP"/>
              </w:rPr>
              <w:t>金融機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関</w:t>
            </w:r>
          </w:p>
        </w:tc>
        <w:tc>
          <w:tcPr>
            <w:tcW w:w="58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E2819DF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52CC65AD" w14:textId="77777777">
        <w:trPr>
          <w:cantSplit/>
          <w:trHeight w:val="2577"/>
        </w:trPr>
        <w:tc>
          <w:tcPr>
            <w:tcW w:w="3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9844D2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420" w:line="211" w:lineRule="exact"/>
              <w:ind w:left="61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今</w:t>
            </w:r>
          </w:p>
          <w:p w14:paraId="1395121F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307" w:line="211" w:lineRule="exact"/>
              <w:ind w:left="61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回</w:t>
            </w:r>
          </w:p>
          <w:p w14:paraId="58E4DCF7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307" w:line="211" w:lineRule="exact"/>
              <w:ind w:left="61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申</w:t>
            </w:r>
          </w:p>
          <w:p w14:paraId="5EFDE84A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307" w:line="211" w:lineRule="exact"/>
              <w:ind w:left="61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請</w:t>
            </w:r>
          </w:p>
          <w:p w14:paraId="4DC542B0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307" w:line="211" w:lineRule="exact"/>
              <w:ind w:left="61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事</w:t>
            </w:r>
          </w:p>
          <w:p w14:paraId="239C31AE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307" w:line="211" w:lineRule="exact"/>
              <w:ind w:left="61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業</w:t>
            </w:r>
          </w:p>
          <w:p w14:paraId="3A2AAE96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305" w:line="211" w:lineRule="exact"/>
              <w:ind w:left="61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経</w:t>
            </w:r>
          </w:p>
          <w:p w14:paraId="12788A2F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307" w:line="211" w:lineRule="exact"/>
              <w:ind w:left="61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費</w:t>
            </w:r>
          </w:p>
        </w:tc>
        <w:tc>
          <w:tcPr>
            <w:tcW w:w="3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59F0CF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420" w:line="211" w:lineRule="exact"/>
              <w:ind w:left="61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事</w:t>
            </w:r>
          </w:p>
          <w:p w14:paraId="567816D4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307" w:line="211" w:lineRule="exact"/>
              <w:ind w:left="61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業</w:t>
            </w:r>
          </w:p>
          <w:p w14:paraId="5810B6DB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307" w:line="211" w:lineRule="exact"/>
              <w:ind w:left="61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収</w:t>
            </w:r>
          </w:p>
          <w:p w14:paraId="1443C25B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307" w:line="211" w:lineRule="exact"/>
              <w:ind w:left="61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支</w:t>
            </w:r>
          </w:p>
          <w:p w14:paraId="0683EBE3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307" w:line="211" w:lineRule="exact"/>
              <w:ind w:left="61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計</w:t>
            </w:r>
          </w:p>
          <w:p w14:paraId="0DFD1A3E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307" w:line="211" w:lineRule="exact"/>
              <w:ind w:left="61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算</w:t>
            </w:r>
          </w:p>
          <w:p w14:paraId="41E46788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305" w:line="211" w:lineRule="exact"/>
              <w:ind w:left="61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書</w:t>
            </w: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264B048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420" w:line="211" w:lineRule="exact"/>
              <w:ind w:left="61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収</w:t>
            </w:r>
          </w:p>
          <w:p w14:paraId="1BCBBF3B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307" w:line="211" w:lineRule="exact"/>
              <w:ind w:left="61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入</w:t>
            </w:r>
          </w:p>
          <w:p w14:paraId="727404AF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307" w:line="211" w:lineRule="exact"/>
              <w:ind w:left="61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の</w:t>
            </w:r>
          </w:p>
          <w:p w14:paraId="67E4AE00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307" w:line="211" w:lineRule="exact"/>
              <w:ind w:left="61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部</w:t>
            </w:r>
          </w:p>
        </w:tc>
        <w:tc>
          <w:tcPr>
            <w:tcW w:w="41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F41CBA" w14:textId="77777777" w:rsidR="00FB2F32" w:rsidRDefault="00000000">
            <w:pPr>
              <w:widowControl w:val="0"/>
              <w:tabs>
                <w:tab w:val="left" w:pos="532"/>
                <w:tab w:val="left" w:pos="3500"/>
              </w:tabs>
              <w:kinsoku w:val="0"/>
              <w:overflowPunct w:val="0"/>
              <w:autoSpaceDE w:val="0"/>
              <w:autoSpaceDN w:val="0"/>
              <w:snapToGrid w:val="0"/>
              <w:spacing w:before="161" w:line="211" w:lineRule="exact"/>
              <w:ind w:left="104"/>
            </w:pPr>
            <w:r w:rsidRPr="000020E5">
              <w:rPr>
                <w:rFonts w:eastAsia="ＭＳ 明朝" w:cs="ＭＳ 明朝"/>
                <w:color w:val="000000"/>
                <w:sz w:val="19"/>
                <w:lang w:eastAsia="ja-JP"/>
              </w:rPr>
              <w:t>１</w:t>
            </w:r>
            <w:r w:rsidRPr="000020E5">
              <w:rPr>
                <w:rFonts w:eastAsia="ＭＳ 明朝" w:cs="ＭＳ 明朝"/>
                <w:color w:val="000000"/>
                <w:sz w:val="19"/>
                <w:lang w:eastAsia="ja-JP"/>
              </w:rPr>
              <w:tab/>
            </w:r>
            <w:r>
              <w:rPr>
                <w:rFonts w:eastAsia="ＭＳ 明朝" w:cs="ＭＳ 明朝"/>
                <w:color w:val="000000"/>
                <w:spacing w:val="125"/>
                <w:sz w:val="19"/>
                <w:lang w:val="ja-JP" w:eastAsia="ja-JP"/>
              </w:rPr>
              <w:t>自</w:t>
            </w:r>
            <w:r>
              <w:rPr>
                <w:rFonts w:eastAsia="ＭＳ 明朝" w:cs="ＭＳ 明朝"/>
                <w:color w:val="000000"/>
                <w:spacing w:val="122"/>
                <w:sz w:val="19"/>
                <w:lang w:val="ja-JP" w:eastAsia="ja-JP"/>
              </w:rPr>
              <w:t>己</w:t>
            </w:r>
            <w:r>
              <w:rPr>
                <w:rFonts w:eastAsia="ＭＳ 明朝" w:cs="ＭＳ 明朝"/>
                <w:color w:val="000000"/>
                <w:spacing w:val="125"/>
                <w:sz w:val="19"/>
                <w:lang w:val="ja-JP" w:eastAsia="ja-JP"/>
              </w:rPr>
              <w:t>資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金</w:t>
            </w:r>
            <w:r w:rsidRPr="000020E5">
              <w:rPr>
                <w:rFonts w:eastAsia="ＭＳ 明朝" w:cs="ＭＳ 明朝"/>
                <w:color w:val="000000"/>
                <w:sz w:val="19"/>
                <w:lang w:eastAsia="ja-JP"/>
              </w:rPr>
              <w:tab/>
            </w:r>
            <w:r>
              <w:rPr>
                <w:rFonts w:eastAsia="ＭＳ 明朝" w:cs="ＭＳ 明朝"/>
                <w:color w:val="000000"/>
                <w:spacing w:val="22"/>
                <w:sz w:val="19"/>
                <w:lang w:val="ja-JP" w:eastAsia="ja-JP"/>
              </w:rPr>
              <w:t>千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円</w:t>
            </w:r>
          </w:p>
          <w:p w14:paraId="11FEE689" w14:textId="77777777" w:rsidR="00FB2F32" w:rsidRDefault="00000000">
            <w:pPr>
              <w:widowControl w:val="0"/>
              <w:tabs>
                <w:tab w:val="left" w:pos="532"/>
              </w:tabs>
              <w:kinsoku w:val="0"/>
              <w:overflowPunct w:val="0"/>
              <w:autoSpaceDE w:val="0"/>
              <w:autoSpaceDN w:val="0"/>
              <w:snapToGrid w:val="0"/>
              <w:spacing w:before="1085" w:line="211" w:lineRule="exact"/>
              <w:ind w:left="104"/>
            </w:pPr>
            <w:r w:rsidRPr="000020E5">
              <w:rPr>
                <w:rFonts w:eastAsia="ＭＳ 明朝" w:cs="ＭＳ 明朝"/>
                <w:color w:val="000000"/>
                <w:sz w:val="19"/>
                <w:lang w:eastAsia="ja-JP"/>
              </w:rPr>
              <w:t>２</w:t>
            </w:r>
            <w:r w:rsidRPr="000020E5">
              <w:rPr>
                <w:rFonts w:eastAsia="ＭＳ 明朝" w:cs="ＭＳ 明朝"/>
                <w:color w:val="000000"/>
                <w:sz w:val="19"/>
                <w:lang w:eastAsia="ja-JP"/>
              </w:rPr>
              <w:tab/>
            </w:r>
            <w:r>
              <w:rPr>
                <w:rFonts w:eastAsia="ＭＳ 明朝" w:cs="ＭＳ 明朝"/>
                <w:color w:val="000000"/>
                <w:spacing w:val="125"/>
                <w:sz w:val="19"/>
                <w:lang w:val="ja-JP" w:eastAsia="ja-JP"/>
              </w:rPr>
              <w:t>融</w:t>
            </w:r>
            <w:r>
              <w:rPr>
                <w:rFonts w:eastAsia="ＭＳ 明朝" w:cs="ＭＳ 明朝"/>
                <w:color w:val="000000"/>
                <w:spacing w:val="122"/>
                <w:sz w:val="19"/>
                <w:lang w:val="ja-JP" w:eastAsia="ja-JP"/>
              </w:rPr>
              <w:t>資</w:t>
            </w:r>
            <w:r>
              <w:rPr>
                <w:rFonts w:eastAsia="ＭＳ 明朝" w:cs="ＭＳ 明朝"/>
                <w:color w:val="000000"/>
                <w:spacing w:val="125"/>
                <w:sz w:val="19"/>
                <w:lang w:val="ja-JP" w:eastAsia="ja-JP"/>
              </w:rPr>
              <w:t>金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額</w:t>
            </w:r>
          </w:p>
        </w:tc>
        <w:tc>
          <w:tcPr>
            <w:tcW w:w="3408" w:type="dxa"/>
            <w:gridSpan w:val="3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DEDCE0" w14:textId="77777777" w:rsidR="00FB2F32" w:rsidRDefault="00000000">
            <w:pPr>
              <w:widowControl w:val="0"/>
              <w:tabs>
                <w:tab w:val="left" w:pos="532"/>
                <w:tab w:val="left" w:pos="894"/>
                <w:tab w:val="left" w:pos="1256"/>
              </w:tabs>
              <w:kinsoku w:val="0"/>
              <w:overflowPunct w:val="0"/>
              <w:autoSpaceDE w:val="0"/>
              <w:autoSpaceDN w:val="0"/>
              <w:snapToGrid w:val="0"/>
              <w:spacing w:before="161" w:line="211" w:lineRule="exact"/>
              <w:ind w:left="107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３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そ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の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他</w:t>
            </w:r>
          </w:p>
        </w:tc>
      </w:tr>
      <w:tr w:rsidR="00FB2F32" w14:paraId="080BAC5C" w14:textId="77777777">
        <w:trPr>
          <w:cantSplit/>
          <w:trHeight w:val="2579"/>
        </w:trPr>
        <w:tc>
          <w:tcPr>
            <w:tcW w:w="31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571B2" w14:textId="77777777" w:rsidR="00FB2F32" w:rsidRDefault="00FB2F32"/>
        </w:tc>
        <w:tc>
          <w:tcPr>
            <w:tcW w:w="31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776F4" w14:textId="77777777" w:rsidR="00FB2F32" w:rsidRDefault="00FB2F32"/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2B5ED0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423" w:line="211" w:lineRule="exact"/>
              <w:ind w:left="61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支</w:t>
            </w:r>
          </w:p>
          <w:p w14:paraId="19E101E5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305" w:line="211" w:lineRule="exact"/>
              <w:ind w:left="61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出</w:t>
            </w:r>
          </w:p>
          <w:p w14:paraId="681267BC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307" w:line="211" w:lineRule="exact"/>
              <w:ind w:left="61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の</w:t>
            </w:r>
          </w:p>
          <w:p w14:paraId="25228452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307" w:line="211" w:lineRule="exact"/>
              <w:ind w:left="61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部</w:t>
            </w:r>
          </w:p>
        </w:tc>
        <w:tc>
          <w:tcPr>
            <w:tcW w:w="41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3AFC48" w14:textId="77777777" w:rsidR="00FB2F32" w:rsidRDefault="00000000">
            <w:pPr>
              <w:widowControl w:val="0"/>
              <w:tabs>
                <w:tab w:val="left" w:pos="532"/>
                <w:tab w:val="left" w:pos="1004"/>
                <w:tab w:val="left" w:pos="1480"/>
                <w:tab w:val="left" w:pos="3500"/>
              </w:tabs>
              <w:kinsoku w:val="0"/>
              <w:overflowPunct w:val="0"/>
              <w:autoSpaceDE w:val="0"/>
              <w:autoSpaceDN w:val="0"/>
              <w:snapToGrid w:val="0"/>
              <w:spacing w:before="163" w:line="211" w:lineRule="exact"/>
              <w:ind w:left="104"/>
            </w:pPr>
            <w:r w:rsidRPr="000020E5">
              <w:rPr>
                <w:rFonts w:eastAsia="ＭＳ 明朝" w:cs="ＭＳ 明朝"/>
                <w:color w:val="000000"/>
                <w:sz w:val="19"/>
                <w:lang w:eastAsia="ja-JP"/>
              </w:rPr>
              <w:t>１</w:t>
            </w:r>
            <w:r w:rsidRPr="000020E5">
              <w:rPr>
                <w:rFonts w:eastAsia="ＭＳ 明朝" w:cs="ＭＳ 明朝"/>
                <w:color w:val="000000"/>
                <w:sz w:val="19"/>
                <w:lang w:eastAsia="ja-JP"/>
              </w:rPr>
              <w:tab/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用</w:t>
            </w:r>
            <w:r w:rsidRPr="000020E5">
              <w:rPr>
                <w:rFonts w:eastAsia="ＭＳ 明朝" w:cs="ＭＳ 明朝"/>
                <w:color w:val="000000"/>
                <w:sz w:val="19"/>
                <w:lang w:eastAsia="ja-JP"/>
              </w:rPr>
              <w:tab/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地</w:t>
            </w:r>
            <w:r w:rsidRPr="000020E5">
              <w:rPr>
                <w:rFonts w:eastAsia="ＭＳ 明朝" w:cs="ＭＳ 明朝"/>
                <w:color w:val="000000"/>
                <w:sz w:val="19"/>
                <w:lang w:eastAsia="ja-JP"/>
              </w:rPr>
              <w:tab/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費</w:t>
            </w:r>
            <w:r w:rsidRPr="000020E5">
              <w:rPr>
                <w:rFonts w:eastAsia="ＭＳ 明朝" w:cs="ＭＳ 明朝"/>
                <w:color w:val="000000"/>
                <w:sz w:val="19"/>
                <w:lang w:eastAsia="ja-JP"/>
              </w:rPr>
              <w:tab/>
            </w:r>
            <w:r>
              <w:rPr>
                <w:rFonts w:eastAsia="ＭＳ 明朝" w:cs="ＭＳ 明朝"/>
                <w:color w:val="000000"/>
                <w:spacing w:val="22"/>
                <w:sz w:val="19"/>
                <w:lang w:val="ja-JP" w:eastAsia="ja-JP"/>
              </w:rPr>
              <w:t>千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円</w:t>
            </w:r>
          </w:p>
          <w:p w14:paraId="49ED1C5D" w14:textId="77777777" w:rsidR="00FB2F32" w:rsidRDefault="00000000">
            <w:pPr>
              <w:widowControl w:val="0"/>
              <w:tabs>
                <w:tab w:val="left" w:pos="532"/>
                <w:tab w:val="left" w:pos="1004"/>
                <w:tab w:val="left" w:pos="1480"/>
              </w:tabs>
              <w:kinsoku w:val="0"/>
              <w:overflowPunct w:val="0"/>
              <w:autoSpaceDE w:val="0"/>
              <w:autoSpaceDN w:val="0"/>
              <w:snapToGrid w:val="0"/>
              <w:spacing w:before="305" w:line="211" w:lineRule="exact"/>
              <w:ind w:left="104"/>
            </w:pPr>
            <w:r w:rsidRPr="000020E5">
              <w:rPr>
                <w:rFonts w:eastAsia="ＭＳ 明朝" w:cs="ＭＳ 明朝"/>
                <w:color w:val="000000"/>
                <w:sz w:val="19"/>
                <w:lang w:eastAsia="ja-JP"/>
              </w:rPr>
              <w:t>２</w:t>
            </w:r>
            <w:r w:rsidRPr="000020E5">
              <w:rPr>
                <w:rFonts w:eastAsia="ＭＳ 明朝" w:cs="ＭＳ 明朝"/>
                <w:color w:val="000000"/>
                <w:sz w:val="19"/>
                <w:lang w:eastAsia="ja-JP"/>
              </w:rPr>
              <w:tab/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土</w:t>
            </w:r>
            <w:r w:rsidRPr="000020E5">
              <w:rPr>
                <w:rFonts w:eastAsia="ＭＳ 明朝" w:cs="ＭＳ 明朝"/>
                <w:color w:val="000000"/>
                <w:sz w:val="19"/>
                <w:lang w:eastAsia="ja-JP"/>
              </w:rPr>
              <w:tab/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木</w:t>
            </w:r>
            <w:r w:rsidRPr="000020E5">
              <w:rPr>
                <w:rFonts w:eastAsia="ＭＳ 明朝" w:cs="ＭＳ 明朝"/>
                <w:color w:val="000000"/>
                <w:sz w:val="19"/>
                <w:lang w:eastAsia="ja-JP"/>
              </w:rPr>
              <w:tab/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費</w:t>
            </w:r>
          </w:p>
          <w:p w14:paraId="2865FD32" w14:textId="77777777" w:rsidR="00FB2F32" w:rsidRDefault="00000000">
            <w:pPr>
              <w:widowControl w:val="0"/>
              <w:tabs>
                <w:tab w:val="left" w:pos="532"/>
                <w:tab w:val="left" w:pos="1004"/>
                <w:tab w:val="left" w:pos="1480"/>
              </w:tabs>
              <w:kinsoku w:val="0"/>
              <w:overflowPunct w:val="0"/>
              <w:autoSpaceDE w:val="0"/>
              <w:autoSpaceDN w:val="0"/>
              <w:snapToGrid w:val="0"/>
              <w:spacing w:before="307" w:line="211" w:lineRule="exact"/>
              <w:ind w:left="104"/>
            </w:pPr>
            <w:r w:rsidRPr="000020E5">
              <w:rPr>
                <w:rFonts w:eastAsia="ＭＳ 明朝" w:cs="ＭＳ 明朝"/>
                <w:color w:val="000000"/>
                <w:sz w:val="19"/>
                <w:lang w:eastAsia="ja-JP"/>
              </w:rPr>
              <w:t>３</w:t>
            </w:r>
            <w:r w:rsidRPr="000020E5">
              <w:rPr>
                <w:rFonts w:eastAsia="ＭＳ 明朝" w:cs="ＭＳ 明朝"/>
                <w:color w:val="000000"/>
                <w:sz w:val="19"/>
                <w:lang w:eastAsia="ja-JP"/>
              </w:rPr>
              <w:tab/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防</w:t>
            </w:r>
            <w:r w:rsidRPr="000020E5">
              <w:rPr>
                <w:rFonts w:eastAsia="ＭＳ 明朝" w:cs="ＭＳ 明朝"/>
                <w:color w:val="000000"/>
                <w:sz w:val="19"/>
                <w:lang w:eastAsia="ja-JP"/>
              </w:rPr>
              <w:tab/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災</w:t>
            </w:r>
            <w:r w:rsidRPr="000020E5">
              <w:rPr>
                <w:rFonts w:eastAsia="ＭＳ 明朝" w:cs="ＭＳ 明朝"/>
                <w:color w:val="000000"/>
                <w:sz w:val="19"/>
                <w:lang w:eastAsia="ja-JP"/>
              </w:rPr>
              <w:tab/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費</w:t>
            </w:r>
          </w:p>
          <w:p w14:paraId="6BAF1FBC" w14:textId="77777777" w:rsidR="00FB2F32" w:rsidRDefault="00000000">
            <w:pPr>
              <w:widowControl w:val="0"/>
              <w:tabs>
                <w:tab w:val="left" w:pos="532"/>
                <w:tab w:val="left" w:pos="1004"/>
                <w:tab w:val="left" w:pos="1480"/>
              </w:tabs>
              <w:kinsoku w:val="0"/>
              <w:overflowPunct w:val="0"/>
              <w:autoSpaceDE w:val="0"/>
              <w:autoSpaceDN w:val="0"/>
              <w:snapToGrid w:val="0"/>
              <w:spacing w:before="307" w:line="211" w:lineRule="exact"/>
              <w:ind w:left="104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４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附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帯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費</w:t>
            </w:r>
          </w:p>
        </w:tc>
        <w:tc>
          <w:tcPr>
            <w:tcW w:w="3408" w:type="dxa"/>
            <w:gridSpan w:val="3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614E75" w14:textId="77777777" w:rsidR="00FB2F32" w:rsidRDefault="00000000">
            <w:pPr>
              <w:widowControl w:val="0"/>
              <w:tabs>
                <w:tab w:val="left" w:pos="532"/>
                <w:tab w:val="left" w:pos="894"/>
                <w:tab w:val="left" w:pos="1256"/>
              </w:tabs>
              <w:kinsoku w:val="0"/>
              <w:overflowPunct w:val="0"/>
              <w:autoSpaceDE w:val="0"/>
              <w:autoSpaceDN w:val="0"/>
              <w:snapToGrid w:val="0"/>
              <w:spacing w:before="163" w:line="211" w:lineRule="exact"/>
              <w:ind w:left="107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５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そ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の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他</w:t>
            </w:r>
          </w:p>
        </w:tc>
      </w:tr>
    </w:tbl>
    <w:p w14:paraId="42DFEE55" w14:textId="77777777" w:rsidR="00FB2F32" w:rsidRDefault="00FB2F32">
      <w:pPr>
        <w:widowControl w:val="0"/>
        <w:kinsoku w:val="0"/>
        <w:overflowPunct w:val="0"/>
        <w:autoSpaceDE w:val="0"/>
        <w:autoSpaceDN w:val="0"/>
        <w:snapToGrid w:val="0"/>
        <w:spacing w:line="20" w:lineRule="exact"/>
        <w:sectPr w:rsidR="00FB2F32">
          <w:footerReference w:type="default" r:id="rId16"/>
          <w:pgSz w:w="11906" w:h="16838"/>
          <w:pgMar w:top="700" w:right="460" w:bottom="1100" w:left="1000" w:header="240" w:footer="800" w:gutter="0"/>
          <w:cols w:space="720"/>
          <w:docGrid w:linePitch="360"/>
        </w:sectPr>
      </w:pPr>
    </w:p>
    <w:p w14:paraId="23C71377" w14:textId="77777777" w:rsidR="00FB2F32" w:rsidRDefault="00000000">
      <w:pPr>
        <w:widowControl w:val="0"/>
        <w:tabs>
          <w:tab w:val="left" w:pos="7143"/>
          <w:tab w:val="left" w:pos="8120"/>
          <w:tab w:val="left" w:pos="9097"/>
        </w:tabs>
        <w:kinsoku w:val="0"/>
        <w:overflowPunct w:val="0"/>
        <w:autoSpaceDE w:val="0"/>
        <w:autoSpaceDN w:val="0"/>
        <w:snapToGrid w:val="0"/>
        <w:spacing w:before="975" w:line="243" w:lineRule="exact"/>
        <w:ind w:left="5922"/>
      </w:pPr>
      <w:r>
        <w:rPr>
          <w:rFonts w:eastAsia="ＭＳ 明朝" w:cs="ＭＳ 明朝"/>
          <w:color w:val="000000"/>
          <w:spacing w:val="24"/>
          <w:sz w:val="22"/>
          <w:lang w:val="ja-JP" w:eastAsia="ja-JP"/>
        </w:rPr>
        <w:lastRenderedPageBreak/>
        <w:t>令</w:t>
      </w:r>
      <w:r>
        <w:rPr>
          <w:rFonts w:eastAsia="ＭＳ 明朝" w:cs="ＭＳ 明朝"/>
          <w:color w:val="000000"/>
          <w:sz w:val="22"/>
          <w:lang w:val="ja-JP" w:eastAsia="ja-JP"/>
        </w:rPr>
        <w:t>和</w:t>
      </w:r>
      <w:r>
        <w:rPr>
          <w:rFonts w:eastAsia="ＭＳ 明朝" w:cs="ＭＳ 明朝"/>
          <w:color w:val="000000"/>
          <w:sz w:val="22"/>
          <w:lang w:val="ja-JP" w:eastAsia="ja-JP"/>
        </w:rPr>
        <w:tab/>
        <w:t>年</w:t>
      </w:r>
      <w:r>
        <w:rPr>
          <w:rFonts w:eastAsia="ＭＳ 明朝" w:cs="ＭＳ 明朝"/>
          <w:color w:val="000000"/>
          <w:sz w:val="22"/>
          <w:lang w:val="ja-JP" w:eastAsia="ja-JP"/>
        </w:rPr>
        <w:tab/>
        <w:t>月</w:t>
      </w:r>
      <w:r>
        <w:rPr>
          <w:rFonts w:eastAsia="ＭＳ 明朝" w:cs="ＭＳ 明朝"/>
          <w:color w:val="000000"/>
          <w:sz w:val="22"/>
          <w:lang w:val="ja-JP" w:eastAsia="ja-JP"/>
        </w:rPr>
        <w:tab/>
        <w:t>日</w:t>
      </w:r>
    </w:p>
    <w:p w14:paraId="274274E1" w14:textId="77777777" w:rsidR="00FB2F32" w:rsidRDefault="00000000">
      <w:pPr>
        <w:widowControl w:val="0"/>
        <w:tabs>
          <w:tab w:val="left" w:pos="2053"/>
        </w:tabs>
        <w:kinsoku w:val="0"/>
        <w:overflowPunct w:val="0"/>
        <w:autoSpaceDE w:val="0"/>
        <w:autoSpaceDN w:val="0"/>
        <w:snapToGrid w:val="0"/>
        <w:spacing w:before="223" w:line="243" w:lineRule="exact"/>
        <w:ind w:left="586"/>
      </w:pPr>
      <w:r>
        <w:rPr>
          <w:rFonts w:eastAsia="ＭＳ 明朝" w:cs="ＭＳ 明朝"/>
          <w:color w:val="000000"/>
          <w:spacing w:val="24"/>
          <w:sz w:val="22"/>
          <w:lang w:val="ja-JP" w:eastAsia="ja-JP"/>
        </w:rPr>
        <w:t>福島県</w:t>
      </w:r>
      <w:r>
        <w:rPr>
          <w:rFonts w:eastAsia="ＭＳ 明朝" w:cs="ＭＳ 明朝"/>
          <w:color w:val="000000"/>
          <w:spacing w:val="22"/>
          <w:sz w:val="22"/>
          <w:lang w:val="ja-JP" w:eastAsia="ja-JP"/>
        </w:rPr>
        <w:t>知</w:t>
      </w:r>
      <w:r>
        <w:rPr>
          <w:rFonts w:eastAsia="ＭＳ 明朝" w:cs="ＭＳ 明朝"/>
          <w:color w:val="000000"/>
          <w:sz w:val="22"/>
          <w:lang w:val="ja-JP" w:eastAsia="ja-JP"/>
        </w:rPr>
        <w:t>事</w:t>
      </w:r>
      <w:r>
        <w:rPr>
          <w:rFonts w:eastAsia="ＭＳ 明朝" w:cs="ＭＳ 明朝"/>
          <w:color w:val="000000"/>
          <w:sz w:val="22"/>
          <w:lang w:val="ja-JP" w:eastAsia="ja-JP"/>
        </w:rPr>
        <w:tab/>
        <w:t>様</w:t>
      </w:r>
    </w:p>
    <w:p w14:paraId="3B8A9B81" w14:textId="77777777" w:rsidR="00FB2F32" w:rsidRDefault="00000000">
      <w:pPr>
        <w:widowControl w:val="0"/>
        <w:tabs>
          <w:tab w:val="left" w:pos="4791"/>
          <w:tab w:val="left" w:pos="5502"/>
        </w:tabs>
        <w:kinsoku w:val="0"/>
        <w:overflowPunct w:val="0"/>
        <w:autoSpaceDE w:val="0"/>
        <w:autoSpaceDN w:val="0"/>
        <w:snapToGrid w:val="0"/>
        <w:spacing w:before="302" w:line="351" w:lineRule="exact"/>
        <w:ind w:left="4081"/>
      </w:pPr>
      <w:r>
        <w:rPr>
          <w:rFonts w:eastAsia="ＭＳ 明朝" w:cs="ＭＳ 明朝"/>
          <w:color w:val="000000"/>
          <w:sz w:val="31"/>
          <w:lang w:val="ja-JP" w:eastAsia="ja-JP"/>
        </w:rPr>
        <w:t>誓</w:t>
      </w:r>
      <w:r>
        <w:rPr>
          <w:rFonts w:eastAsia="ＭＳ 明朝" w:cs="ＭＳ 明朝"/>
          <w:color w:val="000000"/>
          <w:sz w:val="31"/>
          <w:lang w:val="ja-JP" w:eastAsia="ja-JP"/>
        </w:rPr>
        <w:tab/>
        <w:t>約</w:t>
      </w:r>
      <w:r>
        <w:rPr>
          <w:rFonts w:eastAsia="ＭＳ 明朝" w:cs="ＭＳ 明朝"/>
          <w:color w:val="000000"/>
          <w:sz w:val="31"/>
          <w:lang w:val="ja-JP" w:eastAsia="ja-JP"/>
        </w:rPr>
        <w:tab/>
        <w:t>書</w:t>
      </w:r>
    </w:p>
    <w:p w14:paraId="4F7C6D71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313" w:line="211" w:lineRule="exact"/>
        <w:ind w:left="798"/>
        <w:rPr>
          <w:lang w:eastAsia="ja-JP"/>
        </w:rPr>
      </w:pP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私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は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（当法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人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は</w:t>
      </w:r>
      <w:r>
        <w:rPr>
          <w:rFonts w:eastAsia="ＭＳ 明朝" w:cs="ＭＳ 明朝"/>
          <w:color w:val="000000"/>
          <w:spacing w:val="-74"/>
          <w:sz w:val="19"/>
          <w:lang w:val="ja-JP" w:eastAsia="ja-JP"/>
        </w:rPr>
        <w:t>）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、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森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林法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（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昭和</w:t>
      </w:r>
      <w:r>
        <w:rPr>
          <w:rFonts w:eastAsia="ＭＳ 明朝" w:cs="ＭＳ 明朝"/>
          <w:color w:val="000000"/>
          <w:spacing w:val="10"/>
          <w:sz w:val="19"/>
          <w:lang w:val="ja-JP" w:eastAsia="ja-JP"/>
        </w:rPr>
        <w:t>2</w:t>
      </w:r>
      <w:r>
        <w:rPr>
          <w:rFonts w:eastAsia="ＭＳ 明朝" w:cs="ＭＳ 明朝"/>
          <w:color w:val="000000"/>
          <w:spacing w:val="12"/>
          <w:sz w:val="19"/>
          <w:lang w:val="ja-JP" w:eastAsia="ja-JP"/>
        </w:rPr>
        <w:t>6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年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法律第</w:t>
      </w:r>
      <w:r>
        <w:rPr>
          <w:rFonts w:eastAsia="ＭＳ 明朝" w:cs="ＭＳ 明朝"/>
          <w:color w:val="000000"/>
          <w:spacing w:val="10"/>
          <w:sz w:val="19"/>
          <w:lang w:val="ja-JP" w:eastAsia="ja-JP"/>
        </w:rPr>
        <w:t>24</w:t>
      </w:r>
      <w:r>
        <w:rPr>
          <w:rFonts w:eastAsia="ＭＳ 明朝" w:cs="ＭＳ 明朝"/>
          <w:color w:val="000000"/>
          <w:spacing w:val="12"/>
          <w:sz w:val="19"/>
          <w:lang w:val="ja-JP" w:eastAsia="ja-JP"/>
        </w:rPr>
        <w:t>9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号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）第</w:t>
      </w:r>
      <w:r>
        <w:rPr>
          <w:rFonts w:eastAsia="ＭＳ 明朝" w:cs="ＭＳ 明朝"/>
          <w:color w:val="000000"/>
          <w:spacing w:val="10"/>
          <w:sz w:val="19"/>
          <w:lang w:val="ja-JP" w:eastAsia="ja-JP"/>
        </w:rPr>
        <w:t>10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条の</w:t>
      </w:r>
      <w:r>
        <w:rPr>
          <w:rFonts w:eastAsia="ＭＳ 明朝" w:cs="ＭＳ 明朝"/>
          <w:color w:val="000000"/>
          <w:spacing w:val="10"/>
          <w:sz w:val="19"/>
          <w:lang w:val="ja-JP" w:eastAsia="ja-JP"/>
        </w:rPr>
        <w:t>2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第</w:t>
      </w:r>
      <w:r>
        <w:rPr>
          <w:rFonts w:eastAsia="ＭＳ 明朝" w:cs="ＭＳ 明朝"/>
          <w:color w:val="000000"/>
          <w:spacing w:val="10"/>
          <w:sz w:val="19"/>
          <w:lang w:val="ja-JP" w:eastAsia="ja-JP"/>
        </w:rPr>
        <w:t>1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項の規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定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によ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る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開発行</w:t>
      </w:r>
      <w:r>
        <w:rPr>
          <w:rFonts w:eastAsia="ＭＳ 明朝" w:cs="ＭＳ 明朝"/>
          <w:color w:val="000000"/>
          <w:sz w:val="19"/>
          <w:lang w:val="ja-JP" w:eastAsia="ja-JP"/>
        </w:rPr>
        <w:t>為</w:t>
      </w:r>
    </w:p>
    <w:p w14:paraId="737F7020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190" w:line="211" w:lineRule="exact"/>
        <w:ind w:left="586"/>
        <w:rPr>
          <w:lang w:eastAsia="ja-JP"/>
        </w:rPr>
      </w:pP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の許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可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申請に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当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たり、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次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の事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項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を誓約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し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ます</w:t>
      </w:r>
      <w:r>
        <w:rPr>
          <w:rFonts w:eastAsia="ＭＳ 明朝" w:cs="ＭＳ 明朝"/>
          <w:color w:val="000000"/>
          <w:sz w:val="19"/>
          <w:lang w:val="ja-JP" w:eastAsia="ja-JP"/>
        </w:rPr>
        <w:t>。</w:t>
      </w:r>
    </w:p>
    <w:p w14:paraId="7AFD60ED" w14:textId="77777777" w:rsidR="00FB2F32" w:rsidRDefault="00000000">
      <w:pPr>
        <w:widowControl w:val="0"/>
        <w:tabs>
          <w:tab w:val="left" w:pos="906"/>
        </w:tabs>
        <w:kinsoku w:val="0"/>
        <w:overflowPunct w:val="0"/>
        <w:autoSpaceDE w:val="0"/>
        <w:autoSpaceDN w:val="0"/>
        <w:snapToGrid w:val="0"/>
        <w:spacing w:before="312" w:line="211" w:lineRule="exact"/>
        <w:ind w:left="586"/>
        <w:rPr>
          <w:lang w:eastAsia="ja-JP"/>
        </w:rPr>
      </w:pPr>
      <w:r>
        <w:rPr>
          <w:rFonts w:eastAsia="ＭＳ 明朝" w:cs="ＭＳ 明朝"/>
          <w:color w:val="000000"/>
          <w:sz w:val="19"/>
          <w:lang w:val="ja-JP" w:eastAsia="ja-JP"/>
        </w:rPr>
        <w:t>1</w:t>
      </w:r>
      <w:r>
        <w:rPr>
          <w:rFonts w:eastAsia="ＭＳ 明朝" w:cs="ＭＳ 明朝"/>
          <w:color w:val="000000"/>
          <w:sz w:val="19"/>
          <w:lang w:val="ja-JP" w:eastAsia="ja-JP"/>
        </w:rPr>
        <w:tab/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申請者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は</w:t>
      </w:r>
      <w:r>
        <w:rPr>
          <w:rFonts w:eastAsia="ＭＳ 明朝" w:cs="ＭＳ 明朝"/>
          <w:color w:val="000000"/>
          <w:spacing w:val="-65"/>
          <w:sz w:val="19"/>
          <w:lang w:val="ja-JP" w:eastAsia="ja-JP"/>
        </w:rPr>
        <w:t>、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同法第</w:t>
      </w:r>
      <w:r>
        <w:rPr>
          <w:rFonts w:eastAsia="ＭＳ 明朝" w:cs="ＭＳ 明朝"/>
          <w:color w:val="000000"/>
          <w:spacing w:val="10"/>
          <w:sz w:val="19"/>
          <w:lang w:val="ja-JP" w:eastAsia="ja-JP"/>
        </w:rPr>
        <w:t>10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条の</w:t>
      </w:r>
      <w:r>
        <w:rPr>
          <w:rFonts w:eastAsia="ＭＳ 明朝" w:cs="ＭＳ 明朝"/>
          <w:color w:val="000000"/>
          <w:spacing w:val="10"/>
          <w:sz w:val="19"/>
          <w:lang w:val="ja-JP" w:eastAsia="ja-JP"/>
        </w:rPr>
        <w:t>3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第</w:t>
      </w:r>
      <w:r>
        <w:rPr>
          <w:rFonts w:eastAsia="ＭＳ 明朝" w:cs="ＭＳ 明朝"/>
          <w:color w:val="000000"/>
          <w:spacing w:val="10"/>
          <w:sz w:val="19"/>
          <w:lang w:val="ja-JP" w:eastAsia="ja-JP"/>
        </w:rPr>
        <w:t>1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項の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規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定によ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る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開発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行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為の中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止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又は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復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旧に必要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な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行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為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をす</w:t>
      </w:r>
      <w:r>
        <w:rPr>
          <w:rFonts w:eastAsia="ＭＳ 明朝" w:cs="ＭＳ 明朝"/>
          <w:color w:val="000000"/>
          <w:sz w:val="19"/>
          <w:lang w:val="ja-JP" w:eastAsia="ja-JP"/>
        </w:rPr>
        <w:t>べ</w:t>
      </w:r>
    </w:p>
    <w:p w14:paraId="657C541D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190" w:line="211" w:lineRule="exact"/>
        <w:ind w:left="586"/>
        <w:rPr>
          <w:lang w:eastAsia="ja-JP"/>
        </w:rPr>
      </w:pP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き旨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の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命令を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受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けてお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り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、か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つ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、これ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に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従っ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て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いない者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に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該当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し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ません</w:t>
      </w:r>
      <w:r>
        <w:rPr>
          <w:rFonts w:eastAsia="ＭＳ 明朝" w:cs="ＭＳ 明朝"/>
          <w:color w:val="000000"/>
          <w:sz w:val="19"/>
          <w:lang w:val="ja-JP" w:eastAsia="ja-JP"/>
        </w:rPr>
        <w:t>。</w:t>
      </w:r>
    </w:p>
    <w:p w14:paraId="6DB3CBA7" w14:textId="77777777" w:rsidR="00FB2F32" w:rsidRDefault="00000000">
      <w:pPr>
        <w:widowControl w:val="0"/>
        <w:tabs>
          <w:tab w:val="left" w:pos="906"/>
        </w:tabs>
        <w:kinsoku w:val="0"/>
        <w:overflowPunct w:val="0"/>
        <w:autoSpaceDE w:val="0"/>
        <w:autoSpaceDN w:val="0"/>
        <w:snapToGrid w:val="0"/>
        <w:spacing w:before="290" w:line="211" w:lineRule="exact"/>
        <w:ind w:left="586"/>
        <w:rPr>
          <w:lang w:eastAsia="ja-JP"/>
        </w:rPr>
      </w:pPr>
      <w:r>
        <w:rPr>
          <w:rFonts w:eastAsia="ＭＳ 明朝" w:cs="ＭＳ 明朝"/>
          <w:color w:val="000000"/>
          <w:sz w:val="19"/>
          <w:lang w:val="ja-JP" w:eastAsia="ja-JP"/>
        </w:rPr>
        <w:t>2</w:t>
      </w:r>
      <w:r>
        <w:rPr>
          <w:rFonts w:eastAsia="ＭＳ 明朝" w:cs="ＭＳ 明朝"/>
          <w:color w:val="000000"/>
          <w:sz w:val="19"/>
          <w:lang w:val="ja-JP" w:eastAsia="ja-JP"/>
        </w:rPr>
        <w:tab/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本誓約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書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の記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載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内容は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、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事実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と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相違あ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り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ません</w:t>
      </w:r>
      <w:r>
        <w:rPr>
          <w:rFonts w:eastAsia="ＭＳ 明朝" w:cs="ＭＳ 明朝"/>
          <w:color w:val="000000"/>
          <w:sz w:val="19"/>
          <w:lang w:val="ja-JP" w:eastAsia="ja-JP"/>
        </w:rPr>
        <w:t>。</w:t>
      </w:r>
    </w:p>
    <w:p w14:paraId="2598ADD2" w14:textId="77777777" w:rsidR="00FB2F32" w:rsidRDefault="00000000">
      <w:pPr>
        <w:widowControl w:val="0"/>
        <w:tabs>
          <w:tab w:val="left" w:pos="963"/>
        </w:tabs>
        <w:kinsoku w:val="0"/>
        <w:overflowPunct w:val="0"/>
        <w:autoSpaceDE w:val="0"/>
        <w:autoSpaceDN w:val="0"/>
        <w:snapToGrid w:val="0"/>
        <w:spacing w:before="348" w:line="187" w:lineRule="exact"/>
        <w:ind w:left="586"/>
        <w:rPr>
          <w:lang w:eastAsia="ja-JP"/>
        </w:rPr>
      </w:pPr>
      <w:r>
        <w:rPr>
          <w:rFonts w:eastAsia="ＭＳ 明朝" w:cs="ＭＳ 明朝"/>
          <w:color w:val="000000"/>
          <w:sz w:val="17"/>
          <w:lang w:val="ja-JP" w:eastAsia="ja-JP"/>
        </w:rPr>
        <w:t>※</w:t>
      </w:r>
      <w:r>
        <w:rPr>
          <w:rFonts w:eastAsia="ＭＳ 明朝" w:cs="ＭＳ 明朝"/>
          <w:color w:val="000000"/>
          <w:sz w:val="17"/>
          <w:lang w:val="ja-JP" w:eastAsia="ja-JP"/>
        </w:rPr>
        <w:tab/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県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が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、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申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請者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の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資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力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及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び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信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用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を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確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認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す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る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た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め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必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要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が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あ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る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と認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め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る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場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合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に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は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、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申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請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者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の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代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表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社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員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、</w:t>
      </w:r>
      <w:r>
        <w:rPr>
          <w:rFonts w:eastAsia="ＭＳ 明朝" w:cs="ＭＳ 明朝"/>
          <w:color w:val="000000"/>
          <w:sz w:val="17"/>
          <w:lang w:val="ja-JP" w:eastAsia="ja-JP"/>
        </w:rPr>
        <w:t>業</w:t>
      </w:r>
    </w:p>
    <w:p w14:paraId="6D511758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161" w:line="187" w:lineRule="exact"/>
        <w:ind w:left="586"/>
        <w:rPr>
          <w:lang w:eastAsia="ja-JP"/>
        </w:rPr>
      </w:pP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務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執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行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社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員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、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親会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社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、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出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資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者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、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そ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の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他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当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該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開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発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行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為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の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実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施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に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実質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的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に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関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与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す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る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者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と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の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関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係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並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び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に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こ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れ</w:t>
      </w:r>
      <w:r>
        <w:rPr>
          <w:rFonts w:eastAsia="ＭＳ 明朝" w:cs="ＭＳ 明朝"/>
          <w:color w:val="000000"/>
          <w:sz w:val="17"/>
          <w:lang w:val="ja-JP" w:eastAsia="ja-JP"/>
        </w:rPr>
        <w:t>ら</w:t>
      </w:r>
    </w:p>
    <w:p w14:paraId="5AF984CD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163" w:line="187" w:lineRule="exact"/>
        <w:ind w:left="586"/>
        <w:rPr>
          <w:lang w:eastAsia="ja-JP"/>
        </w:rPr>
      </w:pP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の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者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に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係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る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森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林法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第</w:t>
      </w:r>
      <w:r>
        <w:rPr>
          <w:rFonts w:eastAsia="ＭＳ 明朝" w:cs="ＭＳ 明朝"/>
          <w:color w:val="000000"/>
          <w:spacing w:val="8"/>
          <w:sz w:val="17"/>
          <w:lang w:val="ja-JP" w:eastAsia="ja-JP"/>
        </w:rPr>
        <w:t>10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条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の</w:t>
      </w:r>
      <w:r>
        <w:rPr>
          <w:rFonts w:eastAsia="ＭＳ 明朝" w:cs="ＭＳ 明朝"/>
          <w:color w:val="000000"/>
          <w:spacing w:val="8"/>
          <w:sz w:val="17"/>
          <w:lang w:val="ja-JP" w:eastAsia="ja-JP"/>
        </w:rPr>
        <w:t>3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第</w:t>
      </w:r>
      <w:r>
        <w:rPr>
          <w:rFonts w:eastAsia="ＭＳ 明朝" w:cs="ＭＳ 明朝"/>
          <w:color w:val="000000"/>
          <w:spacing w:val="8"/>
          <w:sz w:val="17"/>
          <w:lang w:val="ja-JP" w:eastAsia="ja-JP"/>
        </w:rPr>
        <w:t>1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項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の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規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定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に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よ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る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命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令及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び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そ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の履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行状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況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に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つ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い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て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、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説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明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又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は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関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係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資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料の</w:t>
      </w:r>
      <w:r>
        <w:rPr>
          <w:rFonts w:eastAsia="ＭＳ 明朝" w:cs="ＭＳ 明朝"/>
          <w:color w:val="000000"/>
          <w:sz w:val="17"/>
          <w:lang w:val="ja-JP" w:eastAsia="ja-JP"/>
        </w:rPr>
        <w:t>提</w:t>
      </w:r>
    </w:p>
    <w:p w14:paraId="316893CD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163" w:line="187" w:lineRule="exact"/>
        <w:ind w:left="586"/>
        <w:rPr>
          <w:lang w:eastAsia="ja-JP"/>
        </w:rPr>
      </w:pP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出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を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求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め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る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こ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とが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あ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り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ま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す</w:t>
      </w:r>
      <w:r>
        <w:rPr>
          <w:rFonts w:eastAsia="ＭＳ 明朝" w:cs="ＭＳ 明朝"/>
          <w:color w:val="000000"/>
          <w:sz w:val="17"/>
          <w:lang w:val="ja-JP" w:eastAsia="ja-JP"/>
        </w:rPr>
        <w:t>。</w:t>
      </w:r>
    </w:p>
    <w:p w14:paraId="13FAE575" w14:textId="77777777" w:rsidR="00FB2F32" w:rsidRDefault="00FB2F32">
      <w:pPr>
        <w:widowControl w:val="0"/>
        <w:kinsoku w:val="0"/>
        <w:overflowPunct w:val="0"/>
        <w:autoSpaceDE w:val="0"/>
        <w:autoSpaceDN w:val="0"/>
        <w:snapToGrid w:val="0"/>
        <w:spacing w:line="555" w:lineRule="exact"/>
        <w:rPr>
          <w:lang w:eastAsia="ja-JP"/>
        </w:rPr>
      </w:pPr>
    </w:p>
    <w:tbl>
      <w:tblPr>
        <w:tblW w:w="8211" w:type="dxa"/>
        <w:tblInd w:w="63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983"/>
        <w:gridCol w:w="6228"/>
      </w:tblGrid>
      <w:tr w:rsidR="00FB2F32" w14:paraId="1FCB946F" w14:textId="77777777">
        <w:trPr>
          <w:cantSplit/>
          <w:trHeight w:val="446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7E6E6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B418602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215" w:line="230" w:lineRule="exact"/>
              <w:ind w:left="330"/>
            </w:pPr>
            <w:r>
              <w:rPr>
                <w:rFonts w:eastAsia="ＭＳ 明朝" w:cs="ＭＳ 明朝"/>
                <w:color w:val="000000"/>
                <w:spacing w:val="-19"/>
                <w:lang w:val="ja-JP" w:eastAsia="ja-JP"/>
              </w:rPr>
              <w:t>住</w:t>
            </w:r>
            <w:r>
              <w:rPr>
                <w:rFonts w:eastAsia="ＭＳ 明朝" w:cs="ＭＳ 明朝"/>
                <w:color w:val="000000"/>
                <w:spacing w:val="-22"/>
                <w:lang w:val="ja-JP" w:eastAsia="ja-JP"/>
              </w:rPr>
              <w:t>所</w:t>
            </w:r>
            <w:r>
              <w:rPr>
                <w:rFonts w:eastAsia="ＭＳ 明朝" w:cs="ＭＳ 明朝"/>
                <w:color w:val="000000"/>
                <w:spacing w:val="-19"/>
                <w:lang w:val="ja-JP" w:eastAsia="ja-JP"/>
              </w:rPr>
              <w:t>（所</w:t>
            </w:r>
            <w:r>
              <w:rPr>
                <w:rFonts w:eastAsia="ＭＳ 明朝" w:cs="ＭＳ 明朝"/>
                <w:color w:val="000000"/>
                <w:spacing w:val="-22"/>
                <w:lang w:val="ja-JP" w:eastAsia="ja-JP"/>
              </w:rPr>
              <w:t>在</w:t>
            </w:r>
            <w:r>
              <w:rPr>
                <w:rFonts w:eastAsia="ＭＳ 明朝" w:cs="ＭＳ 明朝"/>
                <w:color w:val="000000"/>
                <w:spacing w:val="-19"/>
                <w:lang w:val="ja-JP" w:eastAsia="ja-JP"/>
              </w:rPr>
              <w:t>地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>）</w:t>
            </w:r>
          </w:p>
        </w:tc>
        <w:tc>
          <w:tcPr>
            <w:tcW w:w="6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BBEBFA9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67FB7820" w14:textId="77777777">
        <w:trPr>
          <w:cantSplit/>
          <w:trHeight w:val="246"/>
        </w:trPr>
        <w:tc>
          <w:tcPr>
            <w:tcW w:w="198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7E6E6"/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00A183A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622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E5041DB" w14:textId="77777777" w:rsidR="00FB2F32" w:rsidRDefault="00FB2F32"/>
        </w:tc>
      </w:tr>
      <w:tr w:rsidR="00FB2F32" w14:paraId="579AE6C1" w14:textId="77777777">
        <w:trPr>
          <w:cantSplit/>
          <w:trHeight w:val="247"/>
        </w:trPr>
        <w:tc>
          <w:tcPr>
            <w:tcW w:w="19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53C5059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62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32F4F" w14:textId="77777777" w:rsidR="00FB2F32" w:rsidRDefault="00FB2F32"/>
        </w:tc>
      </w:tr>
      <w:tr w:rsidR="00FB2F32" w14:paraId="25D01CAC" w14:textId="77777777">
        <w:trPr>
          <w:cantSplit/>
          <w:trHeight w:val="262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7E6E6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935A05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34" w:line="230" w:lineRule="exact"/>
              <w:ind w:left="424"/>
            </w:pPr>
            <w:r>
              <w:rPr>
                <w:rFonts w:eastAsia="ＭＳ 明朝" w:cs="ＭＳ 明朝"/>
                <w:color w:val="000000"/>
                <w:spacing w:val="-19"/>
                <w:lang w:val="ja-JP" w:eastAsia="ja-JP"/>
              </w:rPr>
              <w:t>氏名</w:t>
            </w:r>
            <w:r>
              <w:rPr>
                <w:rFonts w:eastAsia="ＭＳ 明朝" w:cs="ＭＳ 明朝"/>
                <w:color w:val="000000"/>
                <w:spacing w:val="-22"/>
                <w:lang w:val="ja-JP" w:eastAsia="ja-JP"/>
              </w:rPr>
              <w:t>（</w:t>
            </w:r>
            <w:r>
              <w:rPr>
                <w:rFonts w:eastAsia="ＭＳ 明朝" w:cs="ＭＳ 明朝"/>
                <w:color w:val="000000"/>
                <w:spacing w:val="-19"/>
                <w:lang w:val="ja-JP" w:eastAsia="ja-JP"/>
              </w:rPr>
              <w:t>名称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>）</w:t>
            </w:r>
          </w:p>
        </w:tc>
        <w:tc>
          <w:tcPr>
            <w:tcW w:w="6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BF15ED6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712DC368" w14:textId="77777777">
        <w:trPr>
          <w:cantSplit/>
          <w:trHeight w:val="246"/>
        </w:trPr>
        <w:tc>
          <w:tcPr>
            <w:tcW w:w="198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7E6E6"/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BE8BFBC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622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B10738C" w14:textId="77777777" w:rsidR="00FB2F32" w:rsidRDefault="00FB2F32"/>
        </w:tc>
      </w:tr>
      <w:tr w:rsidR="00FB2F32" w14:paraId="28857353" w14:textId="77777777">
        <w:trPr>
          <w:cantSplit/>
          <w:trHeight w:val="247"/>
        </w:trPr>
        <w:tc>
          <w:tcPr>
            <w:tcW w:w="19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3AE6F3C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62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E0D6A" w14:textId="77777777" w:rsidR="00FB2F32" w:rsidRDefault="00FB2F32"/>
        </w:tc>
      </w:tr>
      <w:tr w:rsidR="00FB2F32" w14:paraId="6FC498DC" w14:textId="77777777">
        <w:trPr>
          <w:cantSplit/>
          <w:trHeight w:val="265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7E6E6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A60C7F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34" w:line="230" w:lineRule="exact"/>
              <w:ind w:left="330"/>
            </w:pPr>
            <w:r>
              <w:rPr>
                <w:rFonts w:eastAsia="ＭＳ 明朝" w:cs="ＭＳ 明朝"/>
                <w:color w:val="000000"/>
                <w:spacing w:val="-19"/>
                <w:lang w:val="ja-JP" w:eastAsia="ja-JP"/>
              </w:rPr>
              <w:t>代</w:t>
            </w:r>
            <w:r>
              <w:rPr>
                <w:rFonts w:eastAsia="ＭＳ 明朝" w:cs="ＭＳ 明朝"/>
                <w:color w:val="000000"/>
                <w:spacing w:val="-22"/>
                <w:lang w:val="ja-JP" w:eastAsia="ja-JP"/>
              </w:rPr>
              <w:t>表</w:t>
            </w:r>
            <w:r>
              <w:rPr>
                <w:rFonts w:eastAsia="ＭＳ 明朝" w:cs="ＭＳ 明朝"/>
                <w:color w:val="000000"/>
                <w:spacing w:val="-19"/>
                <w:lang w:val="ja-JP" w:eastAsia="ja-JP"/>
              </w:rPr>
              <w:t>者職</w:t>
            </w:r>
            <w:r>
              <w:rPr>
                <w:rFonts w:eastAsia="ＭＳ 明朝" w:cs="ＭＳ 明朝"/>
                <w:color w:val="000000"/>
                <w:spacing w:val="-22"/>
                <w:lang w:val="ja-JP" w:eastAsia="ja-JP"/>
              </w:rPr>
              <w:t>・</w:t>
            </w:r>
            <w:r>
              <w:rPr>
                <w:rFonts w:eastAsia="ＭＳ 明朝" w:cs="ＭＳ 明朝"/>
                <w:color w:val="000000"/>
                <w:spacing w:val="-19"/>
                <w:lang w:val="ja-JP" w:eastAsia="ja-JP"/>
              </w:rPr>
              <w:t>氏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>名</w:t>
            </w:r>
          </w:p>
        </w:tc>
        <w:tc>
          <w:tcPr>
            <w:tcW w:w="6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73A39B4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784089C3" w14:textId="77777777">
        <w:trPr>
          <w:cantSplit/>
          <w:trHeight w:val="246"/>
        </w:trPr>
        <w:tc>
          <w:tcPr>
            <w:tcW w:w="198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7E6E6"/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4293465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622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BCBE5EE" w14:textId="77777777" w:rsidR="00FB2F32" w:rsidRDefault="00FB2F32"/>
        </w:tc>
      </w:tr>
      <w:tr w:rsidR="00FB2F32" w14:paraId="4B5CC82B" w14:textId="77777777">
        <w:trPr>
          <w:cantSplit/>
          <w:trHeight w:val="247"/>
        </w:trPr>
        <w:tc>
          <w:tcPr>
            <w:tcW w:w="19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EF207C8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62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16CEF" w14:textId="77777777" w:rsidR="00FB2F32" w:rsidRDefault="00FB2F32"/>
        </w:tc>
      </w:tr>
    </w:tbl>
    <w:p w14:paraId="4177EE11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111" w:line="187" w:lineRule="exact"/>
        <w:ind w:left="586"/>
        <w:rPr>
          <w:lang w:eastAsia="ja-JP"/>
        </w:rPr>
      </w:pP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※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法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人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の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場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合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は、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所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在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地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、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法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人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名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並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び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に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代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表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者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の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職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及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び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氏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名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を記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載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し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て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く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だ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さ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い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。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個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人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の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場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合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は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、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住</w:t>
      </w:r>
      <w:r>
        <w:rPr>
          <w:rFonts w:eastAsia="ＭＳ 明朝" w:cs="ＭＳ 明朝"/>
          <w:color w:val="000000"/>
          <w:sz w:val="17"/>
          <w:lang w:val="ja-JP" w:eastAsia="ja-JP"/>
        </w:rPr>
        <w:t>所</w:t>
      </w:r>
    </w:p>
    <w:p w14:paraId="30F4D0DA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122" w:line="187" w:lineRule="exact"/>
        <w:ind w:left="586"/>
        <w:rPr>
          <w:lang w:eastAsia="ja-JP"/>
        </w:rPr>
      </w:pP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及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び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氏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名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を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記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載し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て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く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だ</w:t>
      </w:r>
      <w:r>
        <w:rPr>
          <w:rFonts w:eastAsia="ＭＳ 明朝" w:cs="ＭＳ 明朝"/>
          <w:color w:val="000000"/>
          <w:spacing w:val="19"/>
          <w:sz w:val="17"/>
          <w:lang w:val="ja-JP" w:eastAsia="ja-JP"/>
        </w:rPr>
        <w:t>さ</w:t>
      </w:r>
      <w:r>
        <w:rPr>
          <w:rFonts w:eastAsia="ＭＳ 明朝" w:cs="ＭＳ 明朝"/>
          <w:color w:val="000000"/>
          <w:spacing w:val="17"/>
          <w:sz w:val="17"/>
          <w:lang w:val="ja-JP" w:eastAsia="ja-JP"/>
        </w:rPr>
        <w:t>い</w:t>
      </w:r>
      <w:r>
        <w:rPr>
          <w:rFonts w:eastAsia="ＭＳ 明朝" w:cs="ＭＳ 明朝"/>
          <w:color w:val="000000"/>
          <w:sz w:val="17"/>
          <w:lang w:val="ja-JP" w:eastAsia="ja-JP"/>
        </w:rPr>
        <w:t>。</w:t>
      </w:r>
    </w:p>
    <w:p w14:paraId="3AFD0A65" w14:textId="77777777" w:rsidR="00FB2F32" w:rsidRDefault="00FB2F32">
      <w:pPr>
        <w:widowControl w:val="0"/>
        <w:kinsoku w:val="0"/>
        <w:overflowPunct w:val="0"/>
        <w:autoSpaceDE w:val="0"/>
        <w:autoSpaceDN w:val="0"/>
        <w:snapToGrid w:val="0"/>
        <w:spacing w:line="20" w:lineRule="exact"/>
        <w:rPr>
          <w:lang w:eastAsia="ja-JP"/>
        </w:rPr>
        <w:sectPr w:rsidR="00FB2F32">
          <w:footerReference w:type="default" r:id="rId17"/>
          <w:pgSz w:w="11906" w:h="16838"/>
          <w:pgMar w:top="700" w:right="460" w:bottom="1100" w:left="1000" w:header="240" w:footer="800" w:gutter="0"/>
          <w:cols w:space="720"/>
          <w:docGrid w:linePitch="360"/>
        </w:sectPr>
      </w:pPr>
    </w:p>
    <w:p w14:paraId="18849E4F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1002" w:line="219" w:lineRule="exact"/>
        <w:ind w:left="418"/>
        <w:rPr>
          <w:lang w:eastAsia="ja-JP"/>
        </w:rPr>
      </w:pPr>
      <w:r>
        <w:rPr>
          <w:rFonts w:ascii="ＭＳ Ｐ明朝" w:eastAsia="ＭＳ Ｐ明朝" w:hAnsi="ＭＳ Ｐ明朝" w:cs="ＭＳ Ｐ明朝"/>
          <w:color w:val="000000"/>
          <w:spacing w:val="-1"/>
          <w:sz w:val="19"/>
          <w:lang w:val="ja-JP" w:eastAsia="ja-JP"/>
        </w:rPr>
        <w:lastRenderedPageBreak/>
        <w:t>（</w:t>
      </w:r>
      <w:r>
        <w:rPr>
          <w:rFonts w:ascii="ＭＳ Ｐ明朝" w:eastAsia="ＭＳ Ｐ明朝" w:hAnsi="ＭＳ Ｐ明朝" w:cs="ＭＳ Ｐ明朝"/>
          <w:color w:val="000000"/>
          <w:spacing w:val="2"/>
          <w:sz w:val="19"/>
          <w:lang w:val="ja-JP" w:eastAsia="ja-JP"/>
        </w:rPr>
        <w:t>参</w:t>
      </w:r>
      <w:r>
        <w:rPr>
          <w:rFonts w:ascii="ＭＳ Ｐ明朝" w:eastAsia="ＭＳ Ｐ明朝" w:hAnsi="ＭＳ Ｐ明朝" w:cs="ＭＳ Ｐ明朝"/>
          <w:color w:val="000000"/>
          <w:sz w:val="19"/>
          <w:lang w:val="ja-JP" w:eastAsia="ja-JP"/>
        </w:rPr>
        <w:t>考</w:t>
      </w:r>
      <w:r>
        <w:rPr>
          <w:rFonts w:ascii="ＭＳ Ｐ明朝" w:eastAsia="ＭＳ Ｐ明朝" w:hAnsi="ＭＳ Ｐ明朝" w:cs="ＭＳ Ｐ明朝"/>
          <w:color w:val="000000"/>
          <w:spacing w:val="2"/>
          <w:sz w:val="19"/>
          <w:lang w:val="ja-JP" w:eastAsia="ja-JP"/>
        </w:rPr>
        <w:t>様</w:t>
      </w:r>
      <w:r>
        <w:rPr>
          <w:rFonts w:ascii="ＭＳ Ｐ明朝" w:eastAsia="ＭＳ Ｐ明朝" w:hAnsi="ＭＳ Ｐ明朝" w:cs="ＭＳ Ｐ明朝"/>
          <w:color w:val="000000"/>
          <w:sz w:val="19"/>
          <w:lang w:val="ja-JP" w:eastAsia="ja-JP"/>
        </w:rPr>
        <w:t>式</w:t>
      </w:r>
      <w:r>
        <w:rPr>
          <w:rFonts w:ascii="ＭＳ Ｐ明朝" w:eastAsia="ＭＳ Ｐ明朝" w:hAnsi="ＭＳ Ｐ明朝" w:cs="ＭＳ Ｐ明朝"/>
          <w:color w:val="000000"/>
          <w:spacing w:val="1"/>
          <w:sz w:val="19"/>
          <w:lang w:val="ja-JP" w:eastAsia="ja-JP"/>
        </w:rPr>
        <w:t>６</w:t>
      </w:r>
      <w:r>
        <w:rPr>
          <w:rFonts w:ascii="ＭＳ Ｐ明朝" w:eastAsia="ＭＳ Ｐ明朝" w:hAnsi="ＭＳ Ｐ明朝" w:cs="ＭＳ Ｐ明朝"/>
          <w:color w:val="000000"/>
          <w:sz w:val="19"/>
          <w:lang w:val="ja-JP" w:eastAsia="ja-JP"/>
        </w:rPr>
        <w:t>）</w:t>
      </w:r>
    </w:p>
    <w:p w14:paraId="32B9F978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line="264" w:lineRule="exact"/>
        <w:ind w:left="5857"/>
        <w:rPr>
          <w:lang w:eastAsia="ja-JP"/>
        </w:rPr>
      </w:pPr>
      <w:r>
        <w:rPr>
          <w:rFonts w:ascii="ＭＳ Ｐゴシック" w:eastAsia="ＭＳ Ｐゴシック" w:hAnsi="ＭＳ Ｐゴシック" w:cs="ＭＳ Ｐゴシック"/>
          <w:color w:val="000000"/>
          <w:sz w:val="24"/>
          <w:lang w:val="ja-JP" w:eastAsia="ja-JP"/>
        </w:rPr>
        <w:t>水害防止施</w:t>
      </w:r>
      <w:r>
        <w:rPr>
          <w:rFonts w:ascii="ＭＳ Ｐゴシック" w:eastAsia="ＭＳ Ｐゴシック" w:hAnsi="ＭＳ Ｐゴシック" w:cs="ＭＳ Ｐゴシック"/>
          <w:color w:val="000000"/>
          <w:spacing w:val="2"/>
          <w:sz w:val="24"/>
          <w:lang w:val="ja-JP" w:eastAsia="ja-JP"/>
        </w:rPr>
        <w:t>設</w:t>
      </w:r>
      <w:r>
        <w:rPr>
          <w:rFonts w:ascii="ＭＳ Ｐゴシック" w:eastAsia="ＭＳ Ｐゴシック" w:hAnsi="ＭＳ Ｐゴシック" w:cs="ＭＳ Ｐゴシック"/>
          <w:color w:val="000000"/>
          <w:sz w:val="24"/>
          <w:lang w:val="ja-JP" w:eastAsia="ja-JP"/>
        </w:rPr>
        <w:t>の必要性検</w:t>
      </w:r>
      <w:r>
        <w:rPr>
          <w:rFonts w:ascii="ＭＳ Ｐゴシック" w:eastAsia="ＭＳ Ｐゴシック" w:hAnsi="ＭＳ Ｐゴシック" w:cs="ＭＳ Ｐゴシック"/>
          <w:color w:val="000000"/>
          <w:spacing w:val="2"/>
          <w:sz w:val="24"/>
          <w:lang w:val="ja-JP" w:eastAsia="ja-JP"/>
        </w:rPr>
        <w:t>討</w:t>
      </w:r>
      <w:r>
        <w:rPr>
          <w:rFonts w:ascii="ＭＳ Ｐゴシック" w:eastAsia="ＭＳ Ｐゴシック" w:hAnsi="ＭＳ Ｐゴシック" w:cs="ＭＳ Ｐゴシック"/>
          <w:color w:val="000000"/>
          <w:sz w:val="24"/>
          <w:lang w:val="ja-JP" w:eastAsia="ja-JP"/>
        </w:rPr>
        <w:t>表</w:t>
      </w:r>
    </w:p>
    <w:p w14:paraId="23A42FFC" w14:textId="77777777" w:rsidR="00FB2F32" w:rsidRDefault="00FB2F32">
      <w:pPr>
        <w:widowControl w:val="0"/>
        <w:kinsoku w:val="0"/>
        <w:overflowPunct w:val="0"/>
        <w:autoSpaceDE w:val="0"/>
        <w:autoSpaceDN w:val="0"/>
        <w:snapToGrid w:val="0"/>
        <w:spacing w:line="65" w:lineRule="exact"/>
        <w:rPr>
          <w:lang w:eastAsia="ja-JP"/>
        </w:rPr>
      </w:pPr>
    </w:p>
    <w:tbl>
      <w:tblPr>
        <w:tblW w:w="13818" w:type="dxa"/>
        <w:tblInd w:w="5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50"/>
        <w:gridCol w:w="553"/>
        <w:gridCol w:w="453"/>
        <w:gridCol w:w="542"/>
        <w:gridCol w:w="540"/>
        <w:gridCol w:w="542"/>
        <w:gridCol w:w="542"/>
        <w:gridCol w:w="544"/>
        <w:gridCol w:w="542"/>
        <w:gridCol w:w="450"/>
        <w:gridCol w:w="451"/>
        <w:gridCol w:w="452"/>
        <w:gridCol w:w="814"/>
        <w:gridCol w:w="542"/>
        <w:gridCol w:w="157"/>
        <w:gridCol w:w="928"/>
        <w:gridCol w:w="88"/>
        <w:gridCol w:w="542"/>
        <w:gridCol w:w="454"/>
        <w:gridCol w:w="722"/>
        <w:gridCol w:w="451"/>
        <w:gridCol w:w="452"/>
        <w:gridCol w:w="812"/>
        <w:gridCol w:w="181"/>
        <w:gridCol w:w="814"/>
        <w:gridCol w:w="900"/>
      </w:tblGrid>
      <w:tr w:rsidR="00FB2F32" w14:paraId="08046508" w14:textId="77777777">
        <w:trPr>
          <w:cantSplit/>
          <w:trHeight w:val="493"/>
        </w:trPr>
        <w:tc>
          <w:tcPr>
            <w:tcW w:w="7314" w:type="dxa"/>
            <w:gridSpan w:val="1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CD1A3A5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  <w:rPr>
                <w:lang w:eastAsia="ja-JP"/>
              </w:rPr>
            </w:pPr>
          </w:p>
          <w:p w14:paraId="417FED9F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" w:lineRule="exact"/>
              <w:rPr>
                <w:lang w:eastAsia="ja-JP"/>
              </w:rPr>
            </w:pPr>
          </w:p>
          <w:p w14:paraId="63CBD031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" w:lineRule="exact"/>
              <w:rPr>
                <w:lang w:eastAsia="ja-JP"/>
              </w:rPr>
            </w:pPr>
          </w:p>
          <w:p w14:paraId="1CFEC311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" w:lineRule="exact"/>
              <w:rPr>
                <w:lang w:eastAsia="ja-JP"/>
              </w:rPr>
            </w:pPr>
          </w:p>
          <w:p w14:paraId="748E1FCA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" w:lineRule="exact"/>
              <w:rPr>
                <w:lang w:eastAsia="ja-JP"/>
              </w:rPr>
            </w:pPr>
          </w:p>
          <w:p w14:paraId="0B668691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" w:lineRule="exact"/>
              <w:rPr>
                <w:lang w:eastAsia="ja-JP"/>
              </w:rPr>
            </w:pPr>
          </w:p>
          <w:p w14:paraId="774517A7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" w:lineRule="exact"/>
              <w:rPr>
                <w:lang w:eastAsia="ja-JP"/>
              </w:rPr>
            </w:pPr>
          </w:p>
          <w:p w14:paraId="30A95D9A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" w:lineRule="exact"/>
              <w:rPr>
                <w:lang w:eastAsia="ja-JP"/>
              </w:rPr>
            </w:pPr>
          </w:p>
          <w:p w14:paraId="6C78A134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" w:lineRule="exact"/>
              <w:rPr>
                <w:lang w:eastAsia="ja-JP"/>
              </w:rPr>
            </w:pPr>
          </w:p>
          <w:p w14:paraId="6ACD33EF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" w:lineRule="exact"/>
              <w:rPr>
                <w:lang w:eastAsia="ja-JP"/>
              </w:rPr>
            </w:pPr>
          </w:p>
          <w:p w14:paraId="5D4E5554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" w:lineRule="exact"/>
              <w:rPr>
                <w:lang w:eastAsia="ja-JP"/>
              </w:rPr>
            </w:pPr>
          </w:p>
          <w:p w14:paraId="212C5AF3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" w:lineRule="exact"/>
              <w:rPr>
                <w:lang w:eastAsia="ja-JP"/>
              </w:rPr>
            </w:pPr>
          </w:p>
          <w:p w14:paraId="3DA9D12D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" w:lineRule="exact"/>
              <w:rPr>
                <w:lang w:eastAsia="ja-JP"/>
              </w:rPr>
            </w:pPr>
          </w:p>
          <w:p w14:paraId="36CA8E54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" w:lineRule="exact"/>
              <w:rPr>
                <w:lang w:eastAsia="ja-JP"/>
              </w:rPr>
            </w:pPr>
          </w:p>
        </w:tc>
        <w:tc>
          <w:tcPr>
            <w:tcW w:w="11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C30456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60" w:line="198" w:lineRule="exact"/>
              <w:ind w:left="133"/>
            </w:pPr>
            <w:r>
              <w:rPr>
                <w:rFonts w:ascii="ＭＳ Ｐ明朝" w:eastAsia="ＭＳ Ｐ明朝" w:hAnsi="ＭＳ Ｐ明朝" w:cs="ＭＳ Ｐ明朝"/>
                <w:color w:val="000000"/>
                <w:spacing w:val="2"/>
                <w:sz w:val="18"/>
                <w:lang w:val="ja-JP" w:eastAsia="ja-JP"/>
              </w:rPr>
              <w:t>開</w:t>
            </w:r>
            <w:r>
              <w:rPr>
                <w:rFonts w:ascii="ＭＳ Ｐ明朝" w:eastAsia="ＭＳ Ｐ明朝" w:hAnsi="ＭＳ Ｐ明朝" w:cs="ＭＳ Ｐ明朝"/>
                <w:color w:val="000000"/>
                <w:sz w:val="18"/>
                <w:lang w:val="ja-JP" w:eastAsia="ja-JP"/>
              </w:rPr>
              <w:t>発箇</w:t>
            </w:r>
            <w:r>
              <w:rPr>
                <w:rFonts w:ascii="ＭＳ Ｐ明朝" w:eastAsia="ＭＳ Ｐ明朝" w:hAnsi="ＭＳ Ｐ明朝" w:cs="ＭＳ Ｐ明朝"/>
                <w:color w:val="000000"/>
                <w:spacing w:val="2"/>
                <w:sz w:val="18"/>
                <w:lang w:val="ja-JP" w:eastAsia="ja-JP"/>
              </w:rPr>
              <w:t>所</w:t>
            </w:r>
            <w:r>
              <w:rPr>
                <w:rFonts w:ascii="ＭＳ Ｐ明朝" w:eastAsia="ＭＳ Ｐ明朝" w:hAnsi="ＭＳ Ｐ明朝" w:cs="ＭＳ Ｐ明朝"/>
                <w:color w:val="000000"/>
                <w:sz w:val="18"/>
                <w:lang w:val="ja-JP" w:eastAsia="ja-JP"/>
              </w:rPr>
              <w:t>名</w:t>
            </w:r>
          </w:p>
        </w:tc>
        <w:tc>
          <w:tcPr>
            <w:tcW w:w="21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B8A0639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1D8E47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60" w:line="198" w:lineRule="exact"/>
              <w:ind w:left="120"/>
            </w:pPr>
            <w:r>
              <w:rPr>
                <w:rFonts w:ascii="ＭＳ Ｐ明朝" w:eastAsia="ＭＳ Ｐ明朝" w:hAnsi="ＭＳ Ｐ明朝" w:cs="ＭＳ Ｐ明朝"/>
                <w:color w:val="000000"/>
                <w:sz w:val="18"/>
                <w:lang w:val="ja-JP" w:eastAsia="ja-JP"/>
              </w:rPr>
              <w:t>沢、</w:t>
            </w:r>
            <w:r>
              <w:rPr>
                <w:rFonts w:ascii="ＭＳ Ｐ明朝" w:eastAsia="ＭＳ Ｐ明朝" w:hAnsi="ＭＳ Ｐ明朝" w:cs="ＭＳ Ｐ明朝"/>
                <w:color w:val="000000"/>
                <w:spacing w:val="2"/>
                <w:sz w:val="18"/>
                <w:lang w:val="ja-JP" w:eastAsia="ja-JP"/>
              </w:rPr>
              <w:t>河</w:t>
            </w:r>
            <w:r>
              <w:rPr>
                <w:rFonts w:ascii="ＭＳ Ｐ明朝" w:eastAsia="ＭＳ Ｐ明朝" w:hAnsi="ＭＳ Ｐ明朝" w:cs="ＭＳ Ｐ明朝"/>
                <w:color w:val="000000"/>
                <w:sz w:val="18"/>
                <w:lang w:val="ja-JP" w:eastAsia="ja-JP"/>
              </w:rPr>
              <w:t>川等名</w:t>
            </w:r>
          </w:p>
        </w:tc>
        <w:tc>
          <w:tcPr>
            <w:tcW w:w="18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DE7FDE7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04E4EA42" w14:textId="77777777">
        <w:trPr>
          <w:cantSplit/>
          <w:trHeight w:val="360"/>
        </w:trPr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A49CC7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62" w:line="111" w:lineRule="exact"/>
              <w:ind w:left="88"/>
            </w:pPr>
            <w:r>
              <w:rPr>
                <w:rFonts w:ascii="ＭＳ Ｐ明朝" w:eastAsia="ＭＳ Ｐ明朝" w:hAnsi="ＭＳ Ｐ明朝" w:cs="ＭＳ Ｐ明朝"/>
                <w:color w:val="000000"/>
                <w:spacing w:val="-22"/>
                <w:sz w:val="10"/>
                <w:lang w:val="ja-JP" w:eastAsia="ja-JP"/>
              </w:rPr>
              <w:t>区</w:t>
            </w:r>
            <w:r>
              <w:rPr>
                <w:rFonts w:ascii="ＭＳ Ｐ明朝" w:eastAsia="ＭＳ Ｐ明朝" w:hAnsi="ＭＳ Ｐ明朝" w:cs="ＭＳ Ｐ明朝"/>
                <w:color w:val="000000"/>
                <w:sz w:val="10"/>
                <w:lang w:val="ja-JP" w:eastAsia="ja-JP"/>
              </w:rPr>
              <w:t>分</w:t>
            </w:r>
          </w:p>
        </w:tc>
        <w:tc>
          <w:tcPr>
            <w:tcW w:w="805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51F52F6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93" w:line="198" w:lineRule="exact"/>
              <w:ind w:left="3085"/>
              <w:rPr>
                <w:lang w:eastAsia="ja-JP"/>
              </w:rPr>
            </w:pPr>
            <w:r>
              <w:rPr>
                <w:rFonts w:ascii="ＭＳ Ｐ明朝" w:eastAsia="ＭＳ Ｐ明朝" w:hAnsi="ＭＳ Ｐ明朝" w:cs="ＭＳ Ｐ明朝"/>
                <w:color w:val="000000"/>
                <w:sz w:val="18"/>
                <w:lang w:val="ja-JP" w:eastAsia="ja-JP"/>
              </w:rPr>
              <w:t>開発</w:t>
            </w:r>
            <w:r>
              <w:rPr>
                <w:rFonts w:ascii="ＭＳ Ｐ明朝" w:eastAsia="ＭＳ Ｐ明朝" w:hAnsi="ＭＳ Ｐ明朝" w:cs="ＭＳ Ｐ明朝"/>
                <w:color w:val="000000"/>
                <w:spacing w:val="2"/>
                <w:sz w:val="18"/>
                <w:lang w:val="ja-JP" w:eastAsia="ja-JP"/>
              </w:rPr>
              <w:t>に</w:t>
            </w:r>
            <w:r>
              <w:rPr>
                <w:rFonts w:ascii="ＭＳ Ｐ明朝" w:eastAsia="ＭＳ Ｐ明朝" w:hAnsi="ＭＳ Ｐ明朝" w:cs="ＭＳ Ｐ明朝"/>
                <w:color w:val="000000"/>
                <w:spacing w:val="-2"/>
                <w:sz w:val="18"/>
                <w:lang w:val="ja-JP" w:eastAsia="ja-JP"/>
              </w:rPr>
              <w:t>よ</w:t>
            </w:r>
            <w:r>
              <w:rPr>
                <w:rFonts w:ascii="ＭＳ Ｐ明朝" w:eastAsia="ＭＳ Ｐ明朝" w:hAnsi="ＭＳ Ｐ明朝" w:cs="ＭＳ Ｐ明朝"/>
                <w:color w:val="000000"/>
                <w:spacing w:val="1"/>
                <w:sz w:val="18"/>
                <w:lang w:val="ja-JP" w:eastAsia="ja-JP"/>
              </w:rPr>
              <w:t>る</w:t>
            </w:r>
            <w:r>
              <w:rPr>
                <w:rFonts w:ascii="ＭＳ Ｐ明朝" w:eastAsia="ＭＳ Ｐ明朝" w:hAnsi="ＭＳ Ｐ明朝" w:cs="ＭＳ Ｐ明朝"/>
                <w:color w:val="000000"/>
                <w:spacing w:val="2"/>
                <w:sz w:val="18"/>
                <w:lang w:val="ja-JP" w:eastAsia="ja-JP"/>
              </w:rPr>
              <w:t>流</w:t>
            </w:r>
            <w:r>
              <w:rPr>
                <w:rFonts w:ascii="ＭＳ Ｐ明朝" w:eastAsia="ＭＳ Ｐ明朝" w:hAnsi="ＭＳ Ｐ明朝" w:cs="ＭＳ Ｐ明朝"/>
                <w:color w:val="000000"/>
                <w:sz w:val="18"/>
                <w:lang w:val="ja-JP" w:eastAsia="ja-JP"/>
              </w:rPr>
              <w:t>量の増</w:t>
            </w:r>
            <w:r>
              <w:rPr>
                <w:rFonts w:ascii="ＭＳ Ｐ明朝" w:eastAsia="ＭＳ Ｐ明朝" w:hAnsi="ＭＳ Ｐ明朝" w:cs="ＭＳ Ｐ明朝"/>
                <w:color w:val="000000"/>
                <w:spacing w:val="2"/>
                <w:sz w:val="18"/>
                <w:lang w:val="ja-JP" w:eastAsia="ja-JP"/>
              </w:rPr>
              <w:t>加</w:t>
            </w:r>
            <w:r>
              <w:rPr>
                <w:rFonts w:ascii="ＭＳ Ｐ明朝" w:eastAsia="ＭＳ Ｐ明朝" w:hAnsi="ＭＳ Ｐ明朝" w:cs="ＭＳ Ｐ明朝"/>
                <w:color w:val="000000"/>
                <w:sz w:val="18"/>
                <w:lang w:val="ja-JP" w:eastAsia="ja-JP"/>
              </w:rPr>
              <w:t>量</w:t>
            </w:r>
          </w:p>
        </w:tc>
        <w:tc>
          <w:tcPr>
            <w:tcW w:w="27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BE8AF2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93" w:line="198" w:lineRule="exact"/>
              <w:ind w:left="224"/>
              <w:rPr>
                <w:lang w:eastAsia="ja-JP"/>
              </w:rPr>
            </w:pPr>
            <w:r>
              <w:rPr>
                <w:rFonts w:ascii="ＭＳ Ｐ明朝" w:eastAsia="ＭＳ Ｐ明朝" w:hAnsi="ＭＳ Ｐ明朝" w:cs="ＭＳ Ｐ明朝"/>
                <w:color w:val="000000"/>
                <w:spacing w:val="2"/>
                <w:sz w:val="18"/>
                <w:lang w:val="ja-JP" w:eastAsia="ja-JP"/>
              </w:rPr>
              <w:t>施</w:t>
            </w:r>
            <w:r>
              <w:rPr>
                <w:rFonts w:ascii="ＭＳ Ｐ明朝" w:eastAsia="ＭＳ Ｐ明朝" w:hAnsi="ＭＳ Ｐ明朝" w:cs="ＭＳ Ｐ明朝"/>
                <w:color w:val="000000"/>
                <w:sz w:val="18"/>
                <w:lang w:val="ja-JP" w:eastAsia="ja-JP"/>
              </w:rPr>
              <w:t>設ネック</w:t>
            </w:r>
            <w:r>
              <w:rPr>
                <w:rFonts w:ascii="ＭＳ Ｐ明朝" w:eastAsia="ＭＳ Ｐ明朝" w:hAnsi="ＭＳ Ｐ明朝" w:cs="ＭＳ Ｐ明朝"/>
                <w:color w:val="000000"/>
                <w:spacing w:val="2"/>
                <w:sz w:val="18"/>
                <w:lang w:val="ja-JP" w:eastAsia="ja-JP"/>
              </w:rPr>
              <w:t>ポ</w:t>
            </w:r>
            <w:r>
              <w:rPr>
                <w:rFonts w:ascii="ＭＳ Ｐ明朝" w:eastAsia="ＭＳ Ｐ明朝" w:hAnsi="ＭＳ Ｐ明朝" w:cs="ＭＳ Ｐ明朝"/>
                <w:color w:val="000000"/>
                <w:spacing w:val="-1"/>
                <w:sz w:val="18"/>
                <w:lang w:val="ja-JP" w:eastAsia="ja-JP"/>
              </w:rPr>
              <w:t>イ</w:t>
            </w:r>
            <w:r>
              <w:rPr>
                <w:rFonts w:ascii="ＭＳ Ｐ明朝" w:eastAsia="ＭＳ Ｐ明朝" w:hAnsi="ＭＳ Ｐ明朝" w:cs="ＭＳ Ｐ明朝"/>
                <w:color w:val="000000"/>
                <w:spacing w:val="1"/>
                <w:sz w:val="18"/>
                <w:lang w:val="ja-JP" w:eastAsia="ja-JP"/>
              </w:rPr>
              <w:t>ン</w:t>
            </w:r>
            <w:r>
              <w:rPr>
                <w:rFonts w:ascii="ＭＳ Ｐ明朝" w:eastAsia="ＭＳ Ｐ明朝" w:hAnsi="ＭＳ Ｐ明朝" w:cs="ＭＳ Ｐ明朝"/>
                <w:color w:val="000000"/>
                <w:spacing w:val="-1"/>
                <w:sz w:val="18"/>
                <w:lang w:val="ja-JP" w:eastAsia="ja-JP"/>
              </w:rPr>
              <w:t>ト</w:t>
            </w:r>
            <w:r>
              <w:rPr>
                <w:rFonts w:ascii="ＭＳ Ｐ明朝" w:eastAsia="ＭＳ Ｐ明朝" w:hAnsi="ＭＳ Ｐ明朝" w:cs="ＭＳ Ｐ明朝"/>
                <w:color w:val="000000"/>
                <w:spacing w:val="2"/>
                <w:sz w:val="18"/>
                <w:lang w:val="ja-JP" w:eastAsia="ja-JP"/>
              </w:rPr>
              <w:t>の</w:t>
            </w:r>
            <w:r>
              <w:rPr>
                <w:rFonts w:ascii="ＭＳ Ｐ明朝" w:eastAsia="ＭＳ Ｐ明朝" w:hAnsi="ＭＳ Ｐ明朝" w:cs="ＭＳ Ｐ明朝"/>
                <w:color w:val="000000"/>
                <w:sz w:val="18"/>
                <w:lang w:val="ja-JP" w:eastAsia="ja-JP"/>
              </w:rPr>
              <w:t>流化能力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E54F1E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29" w:line="153" w:lineRule="exact"/>
              <w:ind w:left="90"/>
              <w:rPr>
                <w:lang w:eastAsia="ja-JP"/>
              </w:rPr>
            </w:pPr>
            <w:r>
              <w:rPr>
                <w:rFonts w:ascii="ＭＳ Ｐ明朝" w:eastAsia="ＭＳ Ｐ明朝" w:hAnsi="ＭＳ Ｐ明朝" w:cs="ＭＳ Ｐ明朝"/>
                <w:color w:val="000000"/>
                <w:spacing w:val="-5"/>
                <w:sz w:val="13"/>
                <w:lang w:val="ja-JP" w:eastAsia="ja-JP"/>
              </w:rPr>
              <w:t>水害防</w:t>
            </w:r>
            <w:r>
              <w:rPr>
                <w:rFonts w:ascii="ＭＳ Ｐ明朝" w:eastAsia="ＭＳ Ｐ明朝" w:hAnsi="ＭＳ Ｐ明朝" w:cs="ＭＳ Ｐ明朝"/>
                <w:color w:val="000000"/>
                <w:spacing w:val="-2"/>
                <w:sz w:val="13"/>
                <w:lang w:val="ja-JP" w:eastAsia="ja-JP"/>
              </w:rPr>
              <w:t>止</w:t>
            </w:r>
            <w:r>
              <w:rPr>
                <w:rFonts w:ascii="ＭＳ Ｐ明朝" w:eastAsia="ＭＳ Ｐ明朝" w:hAnsi="ＭＳ Ｐ明朝" w:cs="ＭＳ Ｐ明朝"/>
                <w:color w:val="000000"/>
                <w:spacing w:val="-5"/>
                <w:sz w:val="13"/>
                <w:lang w:val="ja-JP" w:eastAsia="ja-JP"/>
              </w:rPr>
              <w:t>施</w:t>
            </w:r>
            <w:r>
              <w:rPr>
                <w:rFonts w:ascii="ＭＳ Ｐ明朝" w:eastAsia="ＭＳ Ｐ明朝" w:hAnsi="ＭＳ Ｐ明朝" w:cs="ＭＳ Ｐ明朝"/>
                <w:color w:val="000000"/>
                <w:sz w:val="13"/>
                <w:lang w:val="ja-JP" w:eastAsia="ja-JP"/>
              </w:rPr>
              <w:t>設</w:t>
            </w:r>
          </w:p>
          <w:p w14:paraId="2518E646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36" w:line="153" w:lineRule="exact"/>
              <w:ind w:left="90"/>
              <w:rPr>
                <w:lang w:eastAsia="ja-JP"/>
              </w:rPr>
            </w:pPr>
            <w:r>
              <w:rPr>
                <w:rFonts w:ascii="ＭＳ Ｐ明朝" w:eastAsia="ＭＳ Ｐ明朝" w:hAnsi="ＭＳ Ｐ明朝" w:cs="ＭＳ Ｐ明朝"/>
                <w:color w:val="000000"/>
                <w:spacing w:val="-26"/>
                <w:sz w:val="13"/>
                <w:lang w:val="ja-JP" w:eastAsia="ja-JP"/>
              </w:rPr>
              <w:t>流下</w:t>
            </w:r>
            <w:r>
              <w:rPr>
                <w:rFonts w:ascii="ＭＳ Ｐ明朝" w:eastAsia="ＭＳ Ｐ明朝" w:hAnsi="ＭＳ Ｐ明朝" w:cs="ＭＳ Ｐ明朝"/>
                <w:color w:val="000000"/>
                <w:spacing w:val="-24"/>
                <w:sz w:val="13"/>
                <w:lang w:val="ja-JP" w:eastAsia="ja-JP"/>
              </w:rPr>
              <w:t>断</w:t>
            </w:r>
            <w:r>
              <w:rPr>
                <w:rFonts w:ascii="ＭＳ Ｐ明朝" w:eastAsia="ＭＳ Ｐ明朝" w:hAnsi="ＭＳ Ｐ明朝" w:cs="ＭＳ Ｐ明朝"/>
                <w:color w:val="000000"/>
                <w:spacing w:val="-26"/>
                <w:sz w:val="13"/>
                <w:lang w:val="ja-JP" w:eastAsia="ja-JP"/>
              </w:rPr>
              <w:t>面改修</w:t>
            </w:r>
            <w:r>
              <w:rPr>
                <w:rFonts w:ascii="ＭＳ Ｐ明朝" w:eastAsia="ＭＳ Ｐ明朝" w:hAnsi="ＭＳ Ｐ明朝" w:cs="ＭＳ Ｐ明朝"/>
                <w:color w:val="000000"/>
                <w:sz w:val="13"/>
                <w:lang w:val="ja-JP" w:eastAsia="ja-JP"/>
              </w:rPr>
              <w:t>の</w:t>
            </w:r>
          </w:p>
          <w:p w14:paraId="4746E3FF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36" w:line="153" w:lineRule="exact"/>
              <w:ind w:left="90"/>
            </w:pPr>
            <w:r>
              <w:rPr>
                <w:rFonts w:ascii="ＭＳ Ｐ明朝" w:eastAsia="ＭＳ Ｐ明朝" w:hAnsi="ＭＳ Ｐ明朝" w:cs="ＭＳ Ｐ明朝"/>
                <w:color w:val="000000"/>
                <w:spacing w:val="29"/>
                <w:sz w:val="13"/>
                <w:lang w:val="ja-JP" w:eastAsia="ja-JP"/>
              </w:rPr>
              <w:t>必要性検</w:t>
            </w:r>
            <w:r>
              <w:rPr>
                <w:rFonts w:ascii="ＭＳ Ｐ明朝" w:eastAsia="ＭＳ Ｐ明朝" w:hAnsi="ＭＳ Ｐ明朝" w:cs="ＭＳ Ｐ明朝"/>
                <w:color w:val="000000"/>
                <w:sz w:val="13"/>
                <w:lang w:val="ja-JP" w:eastAsia="ja-JP"/>
              </w:rPr>
              <w:t>討</w:t>
            </w:r>
          </w:p>
          <w:p w14:paraId="05A57BF1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34" w:line="153" w:lineRule="exact"/>
              <w:ind w:left="90"/>
            </w:pPr>
            <w:r w:rsidRPr="000020E5">
              <w:rPr>
                <w:rFonts w:ascii="ＭＳ Ｐ明朝" w:eastAsia="ＭＳ Ｐ明朝" w:hAnsi="ＭＳ Ｐ明朝" w:cs="ＭＳ Ｐ明朝"/>
                <w:color w:val="000000"/>
                <w:sz w:val="13"/>
                <w:lang w:eastAsia="ja-JP"/>
              </w:rPr>
              <w:t>Ｄ</w:t>
            </w:r>
            <w:r w:rsidRPr="000020E5">
              <w:rPr>
                <w:rFonts w:ascii="ＭＳ Ｐ明朝" w:eastAsia="ＭＳ Ｐ明朝" w:hAnsi="ＭＳ Ｐ明朝" w:cs="ＭＳ Ｐ明朝"/>
                <w:color w:val="000000"/>
                <w:spacing w:val="2"/>
                <w:sz w:val="13"/>
                <w:lang w:eastAsia="ja-JP"/>
              </w:rPr>
              <w:t>≧</w:t>
            </w:r>
            <w:r w:rsidRPr="000020E5">
              <w:rPr>
                <w:rFonts w:ascii="ＭＳ Ｐ明朝" w:eastAsia="ＭＳ Ｐ明朝" w:hAnsi="ＭＳ Ｐ明朝" w:cs="ＭＳ Ｐ明朝"/>
                <w:color w:val="000000"/>
                <w:spacing w:val="70"/>
                <w:sz w:val="13"/>
                <w:lang w:eastAsia="ja-JP"/>
              </w:rPr>
              <w:t>Ａ</w:t>
            </w:r>
            <w:r>
              <w:rPr>
                <w:rFonts w:ascii="ＭＳ Ｐ明朝" w:eastAsia="ＭＳ Ｐ明朝" w:hAnsi="ＭＳ Ｐ明朝" w:cs="ＭＳ Ｐ明朝"/>
                <w:color w:val="000000"/>
                <w:sz w:val="13"/>
                <w:lang w:val="ja-JP" w:eastAsia="ja-JP"/>
              </w:rPr>
              <w:t>不要</w:t>
            </w:r>
          </w:p>
          <w:p w14:paraId="389078E9" w14:textId="77777777" w:rsidR="00FB2F32" w:rsidRDefault="00000000">
            <w:pPr>
              <w:widowControl w:val="0"/>
              <w:tabs>
                <w:tab w:val="left" w:pos="637"/>
              </w:tabs>
              <w:kinsoku w:val="0"/>
              <w:overflowPunct w:val="0"/>
              <w:autoSpaceDE w:val="0"/>
              <w:autoSpaceDN w:val="0"/>
              <w:snapToGrid w:val="0"/>
              <w:spacing w:before="36" w:line="153" w:lineRule="exact"/>
              <w:ind w:left="90"/>
            </w:pPr>
            <w:r w:rsidRPr="000020E5">
              <w:rPr>
                <w:rFonts w:ascii="ＭＳ Ｐ明朝" w:eastAsia="ＭＳ Ｐ明朝" w:hAnsi="ＭＳ Ｐ明朝" w:cs="ＭＳ Ｐ明朝"/>
                <w:color w:val="000000"/>
                <w:sz w:val="13"/>
                <w:lang w:eastAsia="ja-JP"/>
              </w:rPr>
              <w:t>Ｄ</w:t>
            </w:r>
            <w:r w:rsidRPr="000020E5">
              <w:rPr>
                <w:rFonts w:ascii="ＭＳ Ｐ明朝" w:eastAsia="ＭＳ Ｐ明朝" w:hAnsi="ＭＳ Ｐ明朝" w:cs="ＭＳ Ｐ明朝"/>
                <w:color w:val="000000"/>
                <w:spacing w:val="2"/>
                <w:sz w:val="13"/>
                <w:lang w:eastAsia="ja-JP"/>
              </w:rPr>
              <w:t>＜</w:t>
            </w:r>
            <w:r w:rsidRPr="000020E5">
              <w:rPr>
                <w:rFonts w:ascii="ＭＳ Ｐ明朝" w:eastAsia="ＭＳ Ｐ明朝" w:hAnsi="ＭＳ Ｐ明朝" w:cs="ＭＳ Ｐ明朝"/>
                <w:color w:val="000000"/>
                <w:sz w:val="13"/>
                <w:lang w:eastAsia="ja-JP"/>
              </w:rPr>
              <w:t>Ａ</w:t>
            </w:r>
            <w:r w:rsidRPr="000020E5">
              <w:rPr>
                <w:rFonts w:ascii="ＭＳ Ｐ明朝" w:eastAsia="ＭＳ Ｐ明朝" w:hAnsi="ＭＳ Ｐ明朝" w:cs="ＭＳ Ｐ明朝"/>
                <w:color w:val="000000"/>
                <w:sz w:val="13"/>
                <w:lang w:eastAsia="ja-JP"/>
              </w:rPr>
              <w:tab/>
            </w:r>
            <w:r>
              <w:rPr>
                <w:rFonts w:ascii="ＭＳ Ｐ明朝" w:eastAsia="ＭＳ Ｐ明朝" w:hAnsi="ＭＳ Ｐ明朝" w:cs="ＭＳ Ｐ明朝"/>
                <w:color w:val="000000"/>
                <w:sz w:val="13"/>
                <w:lang w:val="ja-JP" w:eastAsia="ja-JP"/>
              </w:rPr>
              <w:t>要</w:t>
            </w:r>
          </w:p>
        </w:tc>
        <w:tc>
          <w:tcPr>
            <w:tcW w:w="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7B4A81" w14:textId="77777777" w:rsidR="00FB2F32" w:rsidRDefault="00000000">
            <w:pPr>
              <w:widowControl w:val="0"/>
              <w:tabs>
                <w:tab w:val="left" w:pos="582"/>
              </w:tabs>
              <w:kinsoku w:val="0"/>
              <w:overflowPunct w:val="0"/>
              <w:autoSpaceDE w:val="0"/>
              <w:autoSpaceDN w:val="0"/>
              <w:snapToGrid w:val="0"/>
              <w:spacing w:before="318" w:line="153" w:lineRule="exact"/>
              <w:ind w:left="90"/>
            </w:pPr>
            <w:r>
              <w:rPr>
                <w:rFonts w:ascii="ＭＳ Ｐ明朝" w:eastAsia="ＭＳ Ｐ明朝" w:hAnsi="ＭＳ Ｐ明朝" w:cs="ＭＳ Ｐ明朝"/>
                <w:color w:val="000000"/>
                <w:sz w:val="13"/>
                <w:lang w:val="ja-JP" w:eastAsia="ja-JP"/>
              </w:rPr>
              <w:t>施</w:t>
            </w:r>
            <w:r>
              <w:rPr>
                <w:rFonts w:ascii="ＭＳ Ｐ明朝" w:eastAsia="ＭＳ Ｐ明朝" w:hAnsi="ＭＳ Ｐ明朝" w:cs="ＭＳ Ｐ明朝"/>
                <w:color w:val="000000"/>
                <w:sz w:val="13"/>
                <w:lang w:val="ja-JP" w:eastAsia="ja-JP"/>
              </w:rPr>
              <w:tab/>
              <w:t>設</w:t>
            </w:r>
          </w:p>
          <w:p w14:paraId="29E5F1C2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224" w:line="153" w:lineRule="exact"/>
              <w:ind w:left="90"/>
            </w:pPr>
            <w:r>
              <w:rPr>
                <w:rFonts w:ascii="ＭＳ Ｐ明朝" w:eastAsia="ＭＳ Ｐ明朝" w:hAnsi="ＭＳ Ｐ明朝" w:cs="ＭＳ Ｐ明朝"/>
                <w:color w:val="000000"/>
                <w:spacing w:val="24"/>
                <w:sz w:val="13"/>
                <w:lang w:val="ja-JP" w:eastAsia="ja-JP"/>
              </w:rPr>
              <w:t>管</w:t>
            </w:r>
            <w:r>
              <w:rPr>
                <w:rFonts w:ascii="ＭＳ Ｐ明朝" w:eastAsia="ＭＳ Ｐ明朝" w:hAnsi="ＭＳ Ｐ明朝" w:cs="ＭＳ Ｐ明朝"/>
                <w:color w:val="000000"/>
                <w:spacing w:val="26"/>
                <w:sz w:val="13"/>
                <w:lang w:val="ja-JP" w:eastAsia="ja-JP"/>
              </w:rPr>
              <w:t>理</w:t>
            </w:r>
            <w:r>
              <w:rPr>
                <w:rFonts w:ascii="ＭＳ Ｐ明朝" w:eastAsia="ＭＳ Ｐ明朝" w:hAnsi="ＭＳ Ｐ明朝" w:cs="ＭＳ Ｐ明朝"/>
                <w:color w:val="000000"/>
                <w:spacing w:val="24"/>
                <w:sz w:val="13"/>
                <w:lang w:val="ja-JP" w:eastAsia="ja-JP"/>
              </w:rPr>
              <w:t>者</w:t>
            </w:r>
            <w:r>
              <w:rPr>
                <w:rFonts w:ascii="ＭＳ Ｐ明朝" w:eastAsia="ＭＳ Ｐ明朝" w:hAnsi="ＭＳ Ｐ明朝" w:cs="ＭＳ Ｐ明朝"/>
                <w:color w:val="000000"/>
                <w:sz w:val="13"/>
                <w:lang w:val="ja-JP" w:eastAsia="ja-JP"/>
              </w:rPr>
              <w:t>名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787079" w14:textId="77777777" w:rsidR="00FB2F32" w:rsidRDefault="00000000">
            <w:pPr>
              <w:widowControl w:val="0"/>
              <w:tabs>
                <w:tab w:val="left" w:pos="671"/>
              </w:tabs>
              <w:kinsoku w:val="0"/>
              <w:overflowPunct w:val="0"/>
              <w:autoSpaceDE w:val="0"/>
              <w:autoSpaceDN w:val="0"/>
              <w:snapToGrid w:val="0"/>
              <w:spacing w:before="318" w:line="153" w:lineRule="exact"/>
              <w:ind w:left="90"/>
              <w:rPr>
                <w:lang w:eastAsia="ja-JP"/>
              </w:rPr>
            </w:pPr>
            <w:r>
              <w:rPr>
                <w:rFonts w:ascii="ＭＳ Ｐ明朝" w:eastAsia="ＭＳ Ｐ明朝" w:hAnsi="ＭＳ Ｐ明朝" w:cs="ＭＳ Ｐ明朝"/>
                <w:color w:val="000000"/>
                <w:sz w:val="13"/>
                <w:lang w:val="ja-JP" w:eastAsia="ja-JP"/>
              </w:rPr>
              <w:t>備</w:t>
            </w:r>
            <w:r>
              <w:rPr>
                <w:rFonts w:ascii="ＭＳ Ｐ明朝" w:eastAsia="ＭＳ Ｐ明朝" w:hAnsi="ＭＳ Ｐ明朝" w:cs="ＭＳ Ｐ明朝"/>
                <w:color w:val="000000"/>
                <w:sz w:val="13"/>
                <w:lang w:val="ja-JP" w:eastAsia="ja-JP"/>
              </w:rPr>
              <w:tab/>
              <w:t>考</w:t>
            </w:r>
          </w:p>
          <w:p w14:paraId="287FB95C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257" w:line="111" w:lineRule="exact"/>
              <w:ind w:left="90"/>
              <w:rPr>
                <w:lang w:eastAsia="ja-JP"/>
              </w:rPr>
            </w:pPr>
            <w:r>
              <w:rPr>
                <w:rFonts w:ascii="ＭＳ Ｐ明朝" w:eastAsia="ＭＳ Ｐ明朝" w:hAnsi="ＭＳ Ｐ明朝" w:cs="ＭＳ Ｐ明朝"/>
                <w:color w:val="000000"/>
                <w:spacing w:val="-2"/>
                <w:sz w:val="10"/>
                <w:lang w:val="ja-JP" w:eastAsia="ja-JP"/>
              </w:rPr>
              <w:t>（</w:t>
            </w:r>
            <w:r>
              <w:rPr>
                <w:rFonts w:ascii="ＭＳ Ｐ明朝" w:eastAsia="ＭＳ Ｐ明朝" w:hAnsi="ＭＳ Ｐ明朝" w:cs="ＭＳ Ｐ明朝"/>
                <w:color w:val="000000"/>
                <w:sz w:val="10"/>
                <w:lang w:val="ja-JP" w:eastAsia="ja-JP"/>
              </w:rPr>
              <w:t>１％の</w:t>
            </w:r>
          </w:p>
          <w:p w14:paraId="46F6CB60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79" w:line="111" w:lineRule="exact"/>
              <w:ind w:left="138"/>
              <w:rPr>
                <w:lang w:eastAsia="ja-JP"/>
              </w:rPr>
            </w:pPr>
            <w:r>
              <w:rPr>
                <w:rFonts w:ascii="ＭＳ Ｐ明朝" w:eastAsia="ＭＳ Ｐ明朝" w:hAnsi="ＭＳ Ｐ明朝" w:cs="ＭＳ Ｐ明朝"/>
                <w:color w:val="000000"/>
                <w:sz w:val="10"/>
                <w:lang w:val="ja-JP" w:eastAsia="ja-JP"/>
              </w:rPr>
              <w:t>流量</w:t>
            </w:r>
            <w:r>
              <w:rPr>
                <w:rFonts w:ascii="ＭＳ Ｐ明朝" w:eastAsia="ＭＳ Ｐ明朝" w:hAnsi="ＭＳ Ｐ明朝" w:cs="ＭＳ Ｐ明朝"/>
                <w:color w:val="000000"/>
                <w:spacing w:val="-2"/>
                <w:sz w:val="10"/>
                <w:lang w:val="ja-JP" w:eastAsia="ja-JP"/>
              </w:rPr>
              <w:t>増</w:t>
            </w:r>
            <w:r>
              <w:rPr>
                <w:rFonts w:ascii="ＭＳ Ｐ明朝" w:eastAsia="ＭＳ Ｐ明朝" w:hAnsi="ＭＳ Ｐ明朝" w:cs="ＭＳ Ｐ明朝"/>
                <w:color w:val="000000"/>
                <w:sz w:val="10"/>
                <w:lang w:val="ja-JP" w:eastAsia="ja-JP"/>
              </w:rPr>
              <w:t>解消点）</w:t>
            </w:r>
          </w:p>
        </w:tc>
      </w:tr>
      <w:tr w:rsidR="00FB2F32" w14:paraId="5D4B7D7B" w14:textId="77777777">
        <w:trPr>
          <w:cantSplit/>
          <w:trHeight w:val="364"/>
        </w:trPr>
        <w:tc>
          <w:tcPr>
            <w:tcW w:w="3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FBAB49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35" w:line="153" w:lineRule="exact"/>
              <w:ind w:left="108"/>
            </w:pPr>
            <w:r>
              <w:rPr>
                <w:rFonts w:ascii="ＭＳ Ｐ明朝" w:eastAsia="ＭＳ Ｐ明朝" w:hAnsi="ＭＳ Ｐ明朝" w:cs="ＭＳ Ｐ明朝"/>
                <w:color w:val="000000"/>
                <w:sz w:val="13"/>
                <w:lang w:val="ja-JP" w:eastAsia="ja-JP"/>
              </w:rPr>
              <w:t>地</w:t>
            </w:r>
          </w:p>
          <w:p w14:paraId="3DE6EA09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34" w:line="153" w:lineRule="exact"/>
              <w:ind w:left="108"/>
            </w:pPr>
            <w:r>
              <w:rPr>
                <w:rFonts w:ascii="ＭＳ Ｐ明朝" w:eastAsia="ＭＳ Ｐ明朝" w:hAnsi="ＭＳ Ｐ明朝" w:cs="ＭＳ Ｐ明朝"/>
                <w:color w:val="000000"/>
                <w:sz w:val="13"/>
                <w:lang w:val="ja-JP" w:eastAsia="ja-JP"/>
              </w:rPr>
              <w:t>点</w:t>
            </w:r>
          </w:p>
          <w:p w14:paraId="5EAD1EEE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36" w:line="153" w:lineRule="exact"/>
              <w:ind w:left="108"/>
            </w:pPr>
            <w:r>
              <w:rPr>
                <w:rFonts w:ascii="ＭＳ Ｐ明朝" w:eastAsia="ＭＳ Ｐ明朝" w:hAnsi="ＭＳ Ｐ明朝" w:cs="ＭＳ Ｐ明朝"/>
                <w:color w:val="000000"/>
                <w:sz w:val="13"/>
                <w:lang w:val="ja-JP" w:eastAsia="ja-JP"/>
              </w:rPr>
              <w:t>№</w:t>
            </w:r>
          </w:p>
        </w:tc>
        <w:tc>
          <w:tcPr>
            <w:tcW w:w="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886B20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35" w:line="153" w:lineRule="exact"/>
              <w:ind w:left="100"/>
            </w:pPr>
            <w:r>
              <w:rPr>
                <w:rFonts w:ascii="ＭＳ Ｐ明朝" w:eastAsia="ＭＳ Ｐ明朝" w:hAnsi="ＭＳ Ｐ明朝" w:cs="ＭＳ Ｐ明朝"/>
                <w:color w:val="000000"/>
                <w:spacing w:val="84"/>
                <w:sz w:val="13"/>
                <w:lang w:val="ja-JP" w:eastAsia="ja-JP"/>
              </w:rPr>
              <w:t>流</w:t>
            </w:r>
            <w:r>
              <w:rPr>
                <w:rFonts w:ascii="ＭＳ Ｐ明朝" w:eastAsia="ＭＳ Ｐ明朝" w:hAnsi="ＭＳ Ｐ明朝" w:cs="ＭＳ Ｐ明朝"/>
                <w:color w:val="000000"/>
                <w:sz w:val="13"/>
                <w:lang w:val="ja-JP" w:eastAsia="ja-JP"/>
              </w:rPr>
              <w:t>域</w:t>
            </w:r>
          </w:p>
          <w:p w14:paraId="36827C39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224" w:line="153" w:lineRule="exact"/>
              <w:ind w:left="100"/>
            </w:pPr>
            <w:r>
              <w:rPr>
                <w:rFonts w:ascii="ＭＳ Ｐ明朝" w:eastAsia="ＭＳ Ｐ明朝" w:hAnsi="ＭＳ Ｐ明朝" w:cs="ＭＳ Ｐ明朝"/>
                <w:color w:val="000000"/>
                <w:spacing w:val="84"/>
                <w:sz w:val="13"/>
                <w:lang w:val="ja-JP" w:eastAsia="ja-JP"/>
              </w:rPr>
              <w:t>面</w:t>
            </w:r>
            <w:r>
              <w:rPr>
                <w:rFonts w:ascii="ＭＳ Ｐ明朝" w:eastAsia="ＭＳ Ｐ明朝" w:hAnsi="ＭＳ Ｐ明朝" w:cs="ＭＳ Ｐ明朝"/>
                <w:color w:val="000000"/>
                <w:sz w:val="13"/>
                <w:lang w:val="ja-JP" w:eastAsia="ja-JP"/>
              </w:rPr>
              <w:t>積</w:t>
            </w:r>
          </w:p>
        </w:tc>
        <w:tc>
          <w:tcPr>
            <w:tcW w:w="4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6E46921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27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A1E956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35" w:line="153" w:lineRule="exact"/>
              <w:ind w:left="636"/>
            </w:pPr>
            <w:r>
              <w:rPr>
                <w:rFonts w:ascii="ＭＳ Ｐ明朝" w:eastAsia="ＭＳ Ｐ明朝" w:hAnsi="ＭＳ Ｐ明朝" w:cs="ＭＳ Ｐ明朝"/>
                <w:color w:val="000000"/>
                <w:spacing w:val="2"/>
                <w:sz w:val="13"/>
                <w:lang w:val="ja-JP" w:eastAsia="ja-JP"/>
              </w:rPr>
              <w:t>流</w:t>
            </w:r>
            <w:r>
              <w:rPr>
                <w:rFonts w:ascii="ＭＳ Ｐ明朝" w:eastAsia="ＭＳ Ｐ明朝" w:hAnsi="ＭＳ Ｐ明朝" w:cs="ＭＳ Ｐ明朝"/>
                <w:color w:val="000000"/>
                <w:sz w:val="13"/>
                <w:lang w:val="ja-JP" w:eastAsia="ja-JP"/>
              </w:rPr>
              <w:t>出</w:t>
            </w:r>
            <w:r>
              <w:rPr>
                <w:rFonts w:ascii="ＭＳ Ｐ明朝" w:eastAsia="ＭＳ Ｐ明朝" w:hAnsi="ＭＳ Ｐ明朝" w:cs="ＭＳ Ｐ明朝"/>
                <w:color w:val="000000"/>
                <w:spacing w:val="2"/>
                <w:sz w:val="13"/>
                <w:lang w:val="ja-JP" w:eastAsia="ja-JP"/>
              </w:rPr>
              <w:t>係</w:t>
            </w:r>
            <w:r>
              <w:rPr>
                <w:rFonts w:ascii="ＭＳ Ｐ明朝" w:eastAsia="ＭＳ Ｐ明朝" w:hAnsi="ＭＳ Ｐ明朝" w:cs="ＭＳ Ｐ明朝"/>
                <w:color w:val="000000"/>
                <w:sz w:val="13"/>
                <w:lang w:val="ja-JP" w:eastAsia="ja-JP"/>
              </w:rPr>
              <w:t>数</w:t>
            </w:r>
            <w:r>
              <w:rPr>
                <w:rFonts w:ascii="ＭＳ Ｐ明朝" w:eastAsia="ＭＳ Ｐ明朝" w:hAnsi="ＭＳ Ｐ明朝" w:cs="ＭＳ Ｐ明朝"/>
                <w:color w:val="000000"/>
                <w:spacing w:val="2"/>
                <w:sz w:val="13"/>
                <w:lang w:val="ja-JP" w:eastAsia="ja-JP"/>
              </w:rPr>
              <w:t>別</w:t>
            </w:r>
            <w:r>
              <w:rPr>
                <w:rFonts w:ascii="ＭＳ Ｐ明朝" w:eastAsia="ＭＳ Ｐ明朝" w:hAnsi="ＭＳ Ｐ明朝" w:cs="ＭＳ Ｐ明朝"/>
                <w:color w:val="000000"/>
                <w:sz w:val="13"/>
                <w:lang w:val="ja-JP" w:eastAsia="ja-JP"/>
              </w:rPr>
              <w:t>面積</w:t>
            </w:r>
          </w:p>
        </w:tc>
        <w:tc>
          <w:tcPr>
            <w:tcW w:w="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81539F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35" w:line="153" w:lineRule="exact"/>
              <w:ind w:left="90"/>
            </w:pPr>
            <w:r>
              <w:rPr>
                <w:rFonts w:ascii="ＭＳ Ｐ明朝" w:eastAsia="ＭＳ Ｐ明朝" w:hAnsi="ＭＳ Ｐ明朝" w:cs="ＭＳ Ｐ明朝"/>
                <w:color w:val="000000"/>
                <w:spacing w:val="82"/>
                <w:sz w:val="13"/>
                <w:lang w:val="ja-JP" w:eastAsia="ja-JP"/>
              </w:rPr>
              <w:t>平</w:t>
            </w:r>
            <w:r>
              <w:rPr>
                <w:rFonts w:ascii="ＭＳ Ｐ明朝" w:eastAsia="ＭＳ Ｐ明朝" w:hAnsi="ＭＳ Ｐ明朝" w:cs="ＭＳ Ｐ明朝"/>
                <w:color w:val="000000"/>
                <w:sz w:val="13"/>
                <w:lang w:val="ja-JP" w:eastAsia="ja-JP"/>
              </w:rPr>
              <w:t>均</w:t>
            </w:r>
          </w:p>
          <w:p w14:paraId="3D71CA43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34" w:line="153" w:lineRule="exact"/>
              <w:ind w:left="90"/>
            </w:pPr>
            <w:r>
              <w:rPr>
                <w:rFonts w:ascii="ＭＳ Ｐ明朝" w:eastAsia="ＭＳ Ｐ明朝" w:hAnsi="ＭＳ Ｐ明朝" w:cs="ＭＳ Ｐ明朝"/>
                <w:color w:val="000000"/>
                <w:spacing w:val="82"/>
                <w:sz w:val="13"/>
                <w:lang w:val="ja-JP" w:eastAsia="ja-JP"/>
              </w:rPr>
              <w:t>流</w:t>
            </w:r>
            <w:r>
              <w:rPr>
                <w:rFonts w:ascii="ＭＳ Ｐ明朝" w:eastAsia="ＭＳ Ｐ明朝" w:hAnsi="ＭＳ Ｐ明朝" w:cs="ＭＳ Ｐ明朝"/>
                <w:color w:val="000000"/>
                <w:sz w:val="13"/>
                <w:lang w:val="ja-JP" w:eastAsia="ja-JP"/>
              </w:rPr>
              <w:t>出</w:t>
            </w:r>
          </w:p>
          <w:p w14:paraId="51693B77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36" w:line="153" w:lineRule="exact"/>
              <w:ind w:left="90"/>
            </w:pPr>
            <w:r>
              <w:rPr>
                <w:rFonts w:ascii="ＭＳ Ｐ明朝" w:eastAsia="ＭＳ Ｐ明朝" w:hAnsi="ＭＳ Ｐ明朝" w:cs="ＭＳ Ｐ明朝"/>
                <w:color w:val="000000"/>
                <w:spacing w:val="82"/>
                <w:sz w:val="13"/>
                <w:lang w:val="ja-JP" w:eastAsia="ja-JP"/>
              </w:rPr>
              <w:t>係</w:t>
            </w:r>
            <w:r>
              <w:rPr>
                <w:rFonts w:ascii="ＭＳ Ｐ明朝" w:eastAsia="ＭＳ Ｐ明朝" w:hAnsi="ＭＳ Ｐ明朝" w:cs="ＭＳ Ｐ明朝"/>
                <w:color w:val="000000"/>
                <w:sz w:val="13"/>
                <w:lang w:val="ja-JP" w:eastAsia="ja-JP"/>
              </w:rPr>
              <w:t>数</w:t>
            </w:r>
          </w:p>
        </w:tc>
        <w:tc>
          <w:tcPr>
            <w:tcW w:w="13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1B16E0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35" w:line="153" w:lineRule="exact"/>
              <w:ind w:left="395"/>
            </w:pPr>
            <w:r>
              <w:rPr>
                <w:rFonts w:ascii="ＭＳ Ｐ明朝" w:eastAsia="ＭＳ Ｐ明朝" w:hAnsi="ＭＳ Ｐ明朝" w:cs="ＭＳ Ｐ明朝"/>
                <w:color w:val="000000"/>
                <w:spacing w:val="2"/>
                <w:sz w:val="13"/>
                <w:lang w:val="ja-JP" w:eastAsia="ja-JP"/>
              </w:rPr>
              <w:t>到</w:t>
            </w:r>
            <w:r>
              <w:rPr>
                <w:rFonts w:ascii="ＭＳ Ｐ明朝" w:eastAsia="ＭＳ Ｐ明朝" w:hAnsi="ＭＳ Ｐ明朝" w:cs="ＭＳ Ｐ明朝"/>
                <w:color w:val="000000"/>
                <w:sz w:val="13"/>
                <w:lang w:val="ja-JP" w:eastAsia="ja-JP"/>
              </w:rPr>
              <w:t>達</w:t>
            </w:r>
            <w:r>
              <w:rPr>
                <w:rFonts w:ascii="ＭＳ Ｐ明朝" w:eastAsia="ＭＳ Ｐ明朝" w:hAnsi="ＭＳ Ｐ明朝" w:cs="ＭＳ Ｐ明朝"/>
                <w:color w:val="000000"/>
                <w:spacing w:val="2"/>
                <w:sz w:val="13"/>
                <w:lang w:val="ja-JP" w:eastAsia="ja-JP"/>
              </w:rPr>
              <w:t>時</w:t>
            </w:r>
            <w:r>
              <w:rPr>
                <w:rFonts w:ascii="ＭＳ Ｐ明朝" w:eastAsia="ＭＳ Ｐ明朝" w:hAnsi="ＭＳ Ｐ明朝" w:cs="ＭＳ Ｐ明朝"/>
                <w:color w:val="000000"/>
                <w:sz w:val="13"/>
                <w:lang w:val="ja-JP" w:eastAsia="ja-JP"/>
              </w:rPr>
              <w:t>間</w:t>
            </w:r>
          </w:p>
        </w:tc>
        <w:tc>
          <w:tcPr>
            <w:tcW w:w="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4976A1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35" w:line="153" w:lineRule="exact"/>
              <w:ind w:left="90"/>
              <w:rPr>
                <w:lang w:eastAsia="ja-JP"/>
              </w:rPr>
            </w:pPr>
            <w:r>
              <w:rPr>
                <w:rFonts w:ascii="ＭＳ Ｐ明朝" w:eastAsia="ＭＳ Ｐ明朝" w:hAnsi="ＭＳ Ｐ明朝" w:cs="ＭＳ Ｐ明朝"/>
                <w:color w:val="000000"/>
                <w:spacing w:val="26"/>
                <w:sz w:val="13"/>
                <w:lang w:val="ja-JP" w:eastAsia="ja-JP"/>
              </w:rPr>
              <w:t>施</w:t>
            </w:r>
            <w:r>
              <w:rPr>
                <w:rFonts w:ascii="ＭＳ Ｐ明朝" w:eastAsia="ＭＳ Ｐ明朝" w:hAnsi="ＭＳ Ｐ明朝" w:cs="ＭＳ Ｐ明朝"/>
                <w:color w:val="000000"/>
                <w:spacing w:val="29"/>
                <w:sz w:val="13"/>
                <w:lang w:val="ja-JP" w:eastAsia="ja-JP"/>
              </w:rPr>
              <w:t>設</w:t>
            </w:r>
            <w:r>
              <w:rPr>
                <w:rFonts w:ascii="ＭＳ Ｐ明朝" w:eastAsia="ＭＳ Ｐ明朝" w:hAnsi="ＭＳ Ｐ明朝" w:cs="ＭＳ Ｐ明朝"/>
                <w:color w:val="000000"/>
                <w:spacing w:val="26"/>
                <w:sz w:val="13"/>
                <w:lang w:val="ja-JP" w:eastAsia="ja-JP"/>
              </w:rPr>
              <w:t>の</w:t>
            </w:r>
            <w:r>
              <w:rPr>
                <w:rFonts w:ascii="ＭＳ Ｐ明朝" w:eastAsia="ＭＳ Ｐ明朝" w:hAnsi="ＭＳ Ｐ明朝" w:cs="ＭＳ Ｐ明朝"/>
                <w:color w:val="000000"/>
                <w:sz w:val="13"/>
                <w:lang w:val="ja-JP" w:eastAsia="ja-JP"/>
              </w:rPr>
              <w:t>対</w:t>
            </w:r>
          </w:p>
          <w:p w14:paraId="5458BD81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34" w:line="153" w:lineRule="exact"/>
              <w:ind w:left="90"/>
              <w:rPr>
                <w:lang w:eastAsia="ja-JP"/>
              </w:rPr>
            </w:pPr>
            <w:r>
              <w:rPr>
                <w:rFonts w:ascii="ＭＳ Ｐ明朝" w:eastAsia="ＭＳ Ｐ明朝" w:hAnsi="ＭＳ Ｐ明朝" w:cs="ＭＳ Ｐ明朝"/>
                <w:color w:val="000000"/>
                <w:spacing w:val="26"/>
                <w:sz w:val="13"/>
                <w:lang w:val="ja-JP" w:eastAsia="ja-JP"/>
              </w:rPr>
              <w:t>応</w:t>
            </w:r>
            <w:r>
              <w:rPr>
                <w:rFonts w:ascii="ＭＳ Ｐ明朝" w:eastAsia="ＭＳ Ｐ明朝" w:hAnsi="ＭＳ Ｐ明朝" w:cs="ＭＳ Ｐ明朝"/>
                <w:color w:val="000000"/>
                <w:spacing w:val="24"/>
                <w:sz w:val="13"/>
                <w:lang w:val="ja-JP" w:eastAsia="ja-JP"/>
              </w:rPr>
              <w:t>雨量</w:t>
            </w:r>
            <w:r>
              <w:rPr>
                <w:rFonts w:ascii="ＭＳ Ｐ明朝" w:eastAsia="ＭＳ Ｐ明朝" w:hAnsi="ＭＳ Ｐ明朝" w:cs="ＭＳ Ｐ明朝"/>
                <w:color w:val="000000"/>
                <w:sz w:val="13"/>
                <w:lang w:val="ja-JP" w:eastAsia="ja-JP"/>
              </w:rPr>
              <w:t>強</w:t>
            </w:r>
          </w:p>
          <w:p w14:paraId="6B6ACE7C" w14:textId="77777777" w:rsidR="00FB2F32" w:rsidRDefault="00000000">
            <w:pPr>
              <w:widowControl w:val="0"/>
              <w:tabs>
                <w:tab w:val="left" w:pos="570"/>
              </w:tabs>
              <w:kinsoku w:val="0"/>
              <w:overflowPunct w:val="0"/>
              <w:autoSpaceDE w:val="0"/>
              <w:autoSpaceDN w:val="0"/>
              <w:snapToGrid w:val="0"/>
              <w:spacing w:before="36" w:line="153" w:lineRule="exact"/>
              <w:ind w:left="90"/>
              <w:rPr>
                <w:lang w:eastAsia="ja-JP"/>
              </w:rPr>
            </w:pPr>
            <w:r>
              <w:rPr>
                <w:rFonts w:ascii="ＭＳ Ｐ明朝" w:eastAsia="ＭＳ Ｐ明朝" w:hAnsi="ＭＳ Ｐ明朝" w:cs="ＭＳ Ｐ明朝"/>
                <w:color w:val="000000"/>
                <w:sz w:val="13"/>
                <w:lang w:val="ja-JP" w:eastAsia="ja-JP"/>
              </w:rPr>
              <w:t>度</w:t>
            </w:r>
            <w:r>
              <w:rPr>
                <w:rFonts w:ascii="ＭＳ Ｐ明朝" w:eastAsia="ＭＳ Ｐ明朝" w:hAnsi="ＭＳ Ｐ明朝" w:cs="ＭＳ Ｐ明朝"/>
                <w:color w:val="000000"/>
                <w:sz w:val="13"/>
                <w:lang w:val="ja-JP" w:eastAsia="ja-JP"/>
              </w:rPr>
              <w:tab/>
              <w:t>Ｎ</w:t>
            </w:r>
          </w:p>
        </w:tc>
        <w:tc>
          <w:tcPr>
            <w:tcW w:w="69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8055F7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35" w:line="153" w:lineRule="exact"/>
              <w:ind w:left="90"/>
            </w:pPr>
            <w:r>
              <w:rPr>
                <w:rFonts w:ascii="ＭＳ Ｐ明朝" w:eastAsia="ＭＳ Ｐ明朝" w:hAnsi="ＭＳ Ｐ明朝" w:cs="ＭＳ Ｐ明朝"/>
                <w:color w:val="000000"/>
                <w:spacing w:val="22"/>
                <w:sz w:val="13"/>
                <w:lang w:val="ja-JP" w:eastAsia="ja-JP"/>
              </w:rPr>
              <w:t>１</w:t>
            </w:r>
            <w:r>
              <w:rPr>
                <w:rFonts w:ascii="ＭＳ Ｐ明朝" w:eastAsia="ＭＳ Ｐ明朝" w:hAnsi="ＭＳ Ｐ明朝" w:cs="ＭＳ Ｐ明朝"/>
                <w:color w:val="000000"/>
                <w:spacing w:val="24"/>
                <w:sz w:val="13"/>
                <w:lang w:val="ja-JP" w:eastAsia="ja-JP"/>
              </w:rPr>
              <w:t>／</w:t>
            </w:r>
            <w:r>
              <w:rPr>
                <w:rFonts w:ascii="ＭＳ Ｐ明朝" w:eastAsia="ＭＳ Ｐ明朝" w:hAnsi="ＭＳ Ｐ明朝" w:cs="ＭＳ Ｐ明朝"/>
                <w:color w:val="000000"/>
                <w:spacing w:val="23"/>
                <w:sz w:val="13"/>
                <w:lang w:val="ja-JP" w:eastAsia="ja-JP"/>
              </w:rPr>
              <w:t>Ｎ</w:t>
            </w:r>
            <w:r>
              <w:rPr>
                <w:rFonts w:ascii="ＭＳ Ｐ明朝" w:eastAsia="ＭＳ Ｐ明朝" w:hAnsi="ＭＳ Ｐ明朝" w:cs="ＭＳ Ｐ明朝"/>
                <w:color w:val="000000"/>
                <w:sz w:val="13"/>
                <w:lang w:val="ja-JP" w:eastAsia="ja-JP"/>
              </w:rPr>
              <w:t>の</w:t>
            </w:r>
          </w:p>
          <w:p w14:paraId="056EECBB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34" w:line="153" w:lineRule="exact"/>
              <w:ind w:left="90"/>
            </w:pPr>
            <w:r>
              <w:rPr>
                <w:rFonts w:ascii="ＭＳ Ｐ明朝" w:eastAsia="ＭＳ Ｐ明朝" w:hAnsi="ＭＳ Ｐ明朝" w:cs="ＭＳ Ｐ明朝"/>
                <w:color w:val="000000"/>
                <w:spacing w:val="91"/>
                <w:sz w:val="13"/>
                <w:lang w:val="ja-JP" w:eastAsia="ja-JP"/>
              </w:rPr>
              <w:t>ピ</w:t>
            </w:r>
            <w:r>
              <w:rPr>
                <w:rFonts w:ascii="ＭＳ Ｐ明朝" w:eastAsia="ＭＳ Ｐ明朝" w:hAnsi="ＭＳ Ｐ明朝" w:cs="ＭＳ Ｐ明朝"/>
                <w:color w:val="000000"/>
                <w:spacing w:val="89"/>
                <w:sz w:val="13"/>
                <w:lang w:val="ja-JP" w:eastAsia="ja-JP"/>
              </w:rPr>
              <w:t>ー</w:t>
            </w:r>
            <w:r>
              <w:rPr>
                <w:rFonts w:ascii="ＭＳ Ｐ明朝" w:eastAsia="ＭＳ Ｐ明朝" w:hAnsi="ＭＳ Ｐ明朝" w:cs="ＭＳ Ｐ明朝"/>
                <w:color w:val="000000"/>
                <w:sz w:val="13"/>
                <w:lang w:val="ja-JP" w:eastAsia="ja-JP"/>
              </w:rPr>
              <w:t>ク</w:t>
            </w:r>
          </w:p>
          <w:p w14:paraId="0B7C6920" w14:textId="77777777" w:rsidR="00FB2F32" w:rsidRDefault="00000000">
            <w:pPr>
              <w:widowControl w:val="0"/>
              <w:tabs>
                <w:tab w:val="left" w:pos="491"/>
              </w:tabs>
              <w:kinsoku w:val="0"/>
              <w:overflowPunct w:val="0"/>
              <w:autoSpaceDE w:val="0"/>
              <w:autoSpaceDN w:val="0"/>
              <w:snapToGrid w:val="0"/>
              <w:spacing w:before="36" w:line="153" w:lineRule="exact"/>
              <w:ind w:left="90"/>
            </w:pPr>
            <w:r>
              <w:rPr>
                <w:rFonts w:ascii="ＭＳ Ｐ明朝" w:eastAsia="ＭＳ Ｐ明朝" w:hAnsi="ＭＳ Ｐ明朝" w:cs="ＭＳ Ｐ明朝"/>
                <w:color w:val="000000"/>
                <w:sz w:val="13"/>
                <w:lang w:val="ja-JP" w:eastAsia="ja-JP"/>
              </w:rPr>
              <w:t>流</w:t>
            </w:r>
            <w:r>
              <w:rPr>
                <w:rFonts w:ascii="ＭＳ Ｐ明朝" w:eastAsia="ＭＳ Ｐ明朝" w:hAnsi="ＭＳ Ｐ明朝" w:cs="ＭＳ Ｐ明朝"/>
                <w:color w:val="000000"/>
                <w:sz w:val="13"/>
                <w:lang w:val="ja-JP" w:eastAsia="ja-JP"/>
              </w:rPr>
              <w:tab/>
              <w:t>量</w:t>
            </w:r>
          </w:p>
        </w:tc>
        <w:tc>
          <w:tcPr>
            <w:tcW w:w="928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D9A407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35" w:line="153" w:lineRule="exact"/>
              <w:ind w:left="113"/>
              <w:rPr>
                <w:lang w:eastAsia="ja-JP"/>
              </w:rPr>
            </w:pPr>
            <w:r>
              <w:rPr>
                <w:rFonts w:ascii="ＭＳ Ｐ明朝" w:eastAsia="ＭＳ Ｐ明朝" w:hAnsi="ＭＳ Ｐ明朝" w:cs="ＭＳ Ｐ明朝"/>
                <w:color w:val="000000"/>
                <w:spacing w:val="-10"/>
                <w:sz w:val="13"/>
                <w:lang w:val="ja-JP" w:eastAsia="ja-JP"/>
              </w:rPr>
              <w:t>開</w:t>
            </w:r>
            <w:r>
              <w:rPr>
                <w:rFonts w:ascii="ＭＳ Ｐ明朝" w:eastAsia="ＭＳ Ｐ明朝" w:hAnsi="ＭＳ Ｐ明朝" w:cs="ＭＳ Ｐ明朝"/>
                <w:color w:val="000000"/>
                <w:spacing w:val="-7"/>
                <w:sz w:val="13"/>
                <w:lang w:val="ja-JP" w:eastAsia="ja-JP"/>
              </w:rPr>
              <w:t>発</w:t>
            </w:r>
            <w:r>
              <w:rPr>
                <w:rFonts w:ascii="ＭＳ Ｐ明朝" w:eastAsia="ＭＳ Ｐ明朝" w:hAnsi="ＭＳ Ｐ明朝" w:cs="ＭＳ Ｐ明朝"/>
                <w:color w:val="000000"/>
                <w:spacing w:val="-10"/>
                <w:sz w:val="13"/>
                <w:lang w:val="ja-JP" w:eastAsia="ja-JP"/>
              </w:rPr>
              <w:t>に</w:t>
            </w:r>
            <w:r>
              <w:rPr>
                <w:rFonts w:ascii="ＭＳ Ｐ明朝" w:eastAsia="ＭＳ Ｐ明朝" w:hAnsi="ＭＳ Ｐ明朝" w:cs="ＭＳ Ｐ明朝"/>
                <w:color w:val="000000"/>
                <w:spacing w:val="-8"/>
                <w:sz w:val="13"/>
                <w:lang w:val="ja-JP" w:eastAsia="ja-JP"/>
              </w:rPr>
              <w:t>よ</w:t>
            </w:r>
            <w:r>
              <w:rPr>
                <w:rFonts w:ascii="ＭＳ Ｐ明朝" w:eastAsia="ＭＳ Ｐ明朝" w:hAnsi="ＭＳ Ｐ明朝" w:cs="ＭＳ Ｐ明朝"/>
                <w:color w:val="000000"/>
                <w:spacing w:val="-10"/>
                <w:sz w:val="13"/>
                <w:lang w:val="ja-JP" w:eastAsia="ja-JP"/>
              </w:rPr>
              <w:t>る</w:t>
            </w:r>
            <w:r>
              <w:rPr>
                <w:rFonts w:ascii="ＭＳ Ｐ明朝" w:eastAsia="ＭＳ Ｐ明朝" w:hAnsi="ＭＳ Ｐ明朝" w:cs="ＭＳ Ｐ明朝"/>
                <w:color w:val="000000"/>
                <w:sz w:val="13"/>
                <w:lang w:val="ja-JP" w:eastAsia="ja-JP"/>
              </w:rPr>
              <w:t>流</w:t>
            </w:r>
          </w:p>
          <w:p w14:paraId="3E766B3F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34" w:line="153" w:lineRule="exact"/>
              <w:ind w:left="113"/>
              <w:rPr>
                <w:lang w:eastAsia="ja-JP"/>
              </w:rPr>
            </w:pPr>
            <w:r>
              <w:rPr>
                <w:rFonts w:ascii="ＭＳ Ｐ明朝" w:eastAsia="ＭＳ Ｐ明朝" w:hAnsi="ＭＳ Ｐ明朝" w:cs="ＭＳ Ｐ明朝"/>
                <w:color w:val="000000"/>
                <w:spacing w:val="-19"/>
                <w:sz w:val="13"/>
                <w:lang w:val="ja-JP" w:eastAsia="ja-JP"/>
              </w:rPr>
              <w:t>量</w:t>
            </w:r>
            <w:r>
              <w:rPr>
                <w:rFonts w:ascii="ＭＳ Ｐ明朝" w:eastAsia="ＭＳ Ｐ明朝" w:hAnsi="ＭＳ Ｐ明朝" w:cs="ＭＳ Ｐ明朝"/>
                <w:color w:val="000000"/>
                <w:spacing w:val="-22"/>
                <w:sz w:val="13"/>
                <w:lang w:val="ja-JP" w:eastAsia="ja-JP"/>
              </w:rPr>
              <w:t>の増</w:t>
            </w:r>
            <w:r>
              <w:rPr>
                <w:rFonts w:ascii="ＭＳ Ｐ明朝" w:eastAsia="ＭＳ Ｐ明朝" w:hAnsi="ＭＳ Ｐ明朝" w:cs="ＭＳ Ｐ明朝"/>
                <w:color w:val="000000"/>
                <w:spacing w:val="-19"/>
                <w:sz w:val="13"/>
                <w:lang w:val="ja-JP" w:eastAsia="ja-JP"/>
              </w:rPr>
              <w:t>加</w:t>
            </w:r>
            <w:r>
              <w:rPr>
                <w:rFonts w:ascii="ＭＳ Ｐ明朝" w:eastAsia="ＭＳ Ｐ明朝" w:hAnsi="ＭＳ Ｐ明朝" w:cs="ＭＳ Ｐ明朝"/>
                <w:color w:val="000000"/>
                <w:spacing w:val="-22"/>
                <w:sz w:val="13"/>
                <w:lang w:val="ja-JP" w:eastAsia="ja-JP"/>
              </w:rPr>
              <w:t>量</w:t>
            </w:r>
            <w:r>
              <w:rPr>
                <w:rFonts w:ascii="ＭＳ Ｐ明朝" w:eastAsia="ＭＳ Ｐ明朝" w:hAnsi="ＭＳ Ｐ明朝" w:cs="ＭＳ Ｐ明朝"/>
                <w:color w:val="000000"/>
                <w:sz w:val="13"/>
                <w:lang w:val="ja-JP" w:eastAsia="ja-JP"/>
              </w:rPr>
              <w:t>％</w:t>
            </w:r>
          </w:p>
          <w:p w14:paraId="5FFD2D65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7" w:line="177" w:lineRule="exact"/>
              <w:ind w:left="192"/>
            </w:pPr>
            <w:r>
              <w:rPr>
                <w:rFonts w:ascii="ＭＳ Ｐ明朝" w:eastAsia="ＭＳ Ｐ明朝" w:hAnsi="ＭＳ Ｐ明朝" w:cs="ＭＳ Ｐ明朝"/>
                <w:color w:val="000000"/>
                <w:spacing w:val="1"/>
                <w:sz w:val="16"/>
                <w:lang w:val="ja-JP" w:eastAsia="ja-JP"/>
              </w:rPr>
              <w:t>（</w:t>
            </w:r>
            <w:r>
              <w:rPr>
                <w:rFonts w:ascii="ＭＳ Ｐ明朝" w:eastAsia="ＭＳ Ｐ明朝" w:hAnsi="ＭＳ Ｐ明朝" w:cs="ＭＳ Ｐ明朝"/>
                <w:color w:val="000000"/>
                <w:spacing w:val="-1"/>
                <w:sz w:val="16"/>
                <w:lang w:val="ja-JP" w:eastAsia="ja-JP"/>
              </w:rPr>
              <w:t>１</w:t>
            </w:r>
            <w:r>
              <w:rPr>
                <w:rFonts w:ascii="ＭＳ Ｐ明朝" w:eastAsia="ＭＳ Ｐ明朝" w:hAnsi="ＭＳ Ｐ明朝" w:cs="ＭＳ Ｐ明朝"/>
                <w:color w:val="000000"/>
                <w:sz w:val="16"/>
                <w:lang w:val="ja-JP" w:eastAsia="ja-JP"/>
              </w:rPr>
              <w:t>％＞）</w:t>
            </w:r>
          </w:p>
        </w:tc>
        <w:tc>
          <w:tcPr>
            <w:tcW w:w="6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C36FE9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35" w:line="153" w:lineRule="exact"/>
              <w:ind w:left="88"/>
            </w:pPr>
            <w:r>
              <w:rPr>
                <w:rFonts w:ascii="ＭＳ Ｐ明朝" w:eastAsia="ＭＳ Ｐ明朝" w:hAnsi="ＭＳ Ｐ明朝" w:cs="ＭＳ Ｐ明朝"/>
                <w:color w:val="000000"/>
                <w:spacing w:val="22"/>
                <w:sz w:val="13"/>
                <w:lang w:val="ja-JP" w:eastAsia="ja-JP"/>
              </w:rPr>
              <w:t>施</w:t>
            </w:r>
            <w:r>
              <w:rPr>
                <w:rFonts w:ascii="ＭＳ Ｐ明朝" w:eastAsia="ＭＳ Ｐ明朝" w:hAnsi="ＭＳ Ｐ明朝" w:cs="ＭＳ Ｐ明朝"/>
                <w:color w:val="000000"/>
                <w:spacing w:val="19"/>
                <w:sz w:val="13"/>
                <w:lang w:val="ja-JP" w:eastAsia="ja-JP"/>
              </w:rPr>
              <w:t>設</w:t>
            </w:r>
            <w:r>
              <w:rPr>
                <w:rFonts w:ascii="ＭＳ Ｐ明朝" w:eastAsia="ＭＳ Ｐ明朝" w:hAnsi="ＭＳ Ｐ明朝" w:cs="ＭＳ Ｐ明朝"/>
                <w:color w:val="000000"/>
                <w:sz w:val="13"/>
                <w:lang w:val="ja-JP" w:eastAsia="ja-JP"/>
              </w:rPr>
              <w:t>の</w:t>
            </w:r>
          </w:p>
          <w:p w14:paraId="7AA8E68D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34" w:line="153" w:lineRule="exact"/>
              <w:ind w:left="88"/>
            </w:pPr>
            <w:r>
              <w:rPr>
                <w:rFonts w:ascii="ＭＳ Ｐ明朝" w:eastAsia="ＭＳ Ｐ明朝" w:hAnsi="ＭＳ Ｐ明朝" w:cs="ＭＳ Ｐ明朝"/>
                <w:color w:val="000000"/>
                <w:spacing w:val="-34"/>
                <w:sz w:val="13"/>
                <w:lang w:val="ja-JP" w:eastAsia="ja-JP"/>
              </w:rPr>
              <w:t>粗</w:t>
            </w:r>
            <w:r>
              <w:rPr>
                <w:rFonts w:ascii="ＭＳ Ｐ明朝" w:eastAsia="ＭＳ Ｐ明朝" w:hAnsi="ＭＳ Ｐ明朝" w:cs="ＭＳ Ｐ明朝"/>
                <w:color w:val="000000"/>
                <w:spacing w:val="-36"/>
                <w:sz w:val="13"/>
                <w:lang w:val="ja-JP" w:eastAsia="ja-JP"/>
              </w:rPr>
              <w:t>度</w:t>
            </w:r>
            <w:r>
              <w:rPr>
                <w:rFonts w:ascii="ＭＳ Ｐ明朝" w:eastAsia="ＭＳ Ｐ明朝" w:hAnsi="ＭＳ Ｐ明朝" w:cs="ＭＳ Ｐ明朝"/>
                <w:color w:val="000000"/>
                <w:spacing w:val="-34"/>
                <w:sz w:val="13"/>
                <w:lang w:val="ja-JP" w:eastAsia="ja-JP"/>
              </w:rPr>
              <w:t>係</w:t>
            </w:r>
            <w:r>
              <w:rPr>
                <w:rFonts w:ascii="ＭＳ Ｐ明朝" w:eastAsia="ＭＳ Ｐ明朝" w:hAnsi="ＭＳ Ｐ明朝" w:cs="ＭＳ Ｐ明朝"/>
                <w:color w:val="000000"/>
                <w:sz w:val="13"/>
                <w:lang w:val="ja-JP" w:eastAsia="ja-JP"/>
              </w:rPr>
              <w:t>数</w:t>
            </w:r>
          </w:p>
        </w:tc>
        <w:tc>
          <w:tcPr>
            <w:tcW w:w="4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A1B62B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35" w:line="153" w:lineRule="exact"/>
              <w:ind w:left="156"/>
            </w:pPr>
            <w:r>
              <w:rPr>
                <w:rFonts w:ascii="ＭＳ Ｐ明朝" w:eastAsia="ＭＳ Ｐ明朝" w:hAnsi="ＭＳ Ｐ明朝" w:cs="ＭＳ Ｐ明朝"/>
                <w:color w:val="000000"/>
                <w:sz w:val="13"/>
                <w:lang w:val="ja-JP" w:eastAsia="ja-JP"/>
              </w:rPr>
              <w:t>勾</w:t>
            </w:r>
          </w:p>
          <w:p w14:paraId="22D66EB5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224" w:line="153" w:lineRule="exact"/>
              <w:ind w:left="156"/>
            </w:pPr>
            <w:r>
              <w:rPr>
                <w:rFonts w:ascii="ＭＳ Ｐ明朝" w:eastAsia="ＭＳ Ｐ明朝" w:hAnsi="ＭＳ Ｐ明朝" w:cs="ＭＳ Ｐ明朝"/>
                <w:color w:val="000000"/>
                <w:sz w:val="13"/>
                <w:lang w:val="ja-JP" w:eastAsia="ja-JP"/>
              </w:rPr>
              <w:t>配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61DC7D" w14:textId="77777777" w:rsidR="00FB2F32" w:rsidRDefault="00000000">
            <w:pPr>
              <w:widowControl w:val="0"/>
              <w:tabs>
                <w:tab w:val="left" w:pos="523"/>
              </w:tabs>
              <w:kinsoku w:val="0"/>
              <w:overflowPunct w:val="0"/>
              <w:autoSpaceDE w:val="0"/>
              <w:autoSpaceDN w:val="0"/>
              <w:snapToGrid w:val="0"/>
              <w:spacing w:before="135" w:line="153" w:lineRule="exact"/>
              <w:ind w:left="89"/>
            </w:pPr>
            <w:r>
              <w:rPr>
                <w:rFonts w:ascii="ＭＳ Ｐ明朝" w:eastAsia="ＭＳ Ｐ明朝" w:hAnsi="ＭＳ Ｐ明朝" w:cs="ＭＳ Ｐ明朝"/>
                <w:color w:val="000000"/>
                <w:spacing w:val="29"/>
                <w:sz w:val="13"/>
                <w:lang w:val="ja-JP" w:eastAsia="ja-JP"/>
              </w:rPr>
              <w:t>流</w:t>
            </w:r>
            <w:r>
              <w:rPr>
                <w:rFonts w:ascii="ＭＳ Ｐ明朝" w:eastAsia="ＭＳ Ｐ明朝" w:hAnsi="ＭＳ Ｐ明朝" w:cs="ＭＳ Ｐ明朝"/>
                <w:color w:val="000000"/>
                <w:sz w:val="13"/>
                <w:lang w:val="ja-JP" w:eastAsia="ja-JP"/>
              </w:rPr>
              <w:t>速</w:t>
            </w:r>
            <w:r>
              <w:rPr>
                <w:rFonts w:ascii="ＭＳ Ｐ明朝" w:eastAsia="ＭＳ Ｐ明朝" w:hAnsi="ＭＳ Ｐ明朝" w:cs="ＭＳ Ｐ明朝"/>
                <w:color w:val="000000"/>
                <w:sz w:val="13"/>
                <w:lang w:val="ja-JP" w:eastAsia="ja-JP"/>
              </w:rPr>
              <w:tab/>
              <w:t>Ｂ</w:t>
            </w:r>
          </w:p>
        </w:tc>
        <w:tc>
          <w:tcPr>
            <w:tcW w:w="9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546CDF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68" w:line="111" w:lineRule="exact"/>
              <w:ind w:left="89"/>
              <w:rPr>
                <w:lang w:eastAsia="ja-JP"/>
              </w:rPr>
            </w:pPr>
            <w:r>
              <w:rPr>
                <w:rFonts w:ascii="ＭＳ Ｐ明朝" w:eastAsia="ＭＳ Ｐ明朝" w:hAnsi="ＭＳ Ｐ明朝" w:cs="ＭＳ Ｐ明朝"/>
                <w:color w:val="000000"/>
                <w:spacing w:val="7"/>
                <w:sz w:val="10"/>
                <w:lang w:val="ja-JP" w:eastAsia="ja-JP"/>
              </w:rPr>
              <w:t>対</w:t>
            </w:r>
            <w:r>
              <w:rPr>
                <w:rFonts w:ascii="ＭＳ Ｐ明朝" w:eastAsia="ＭＳ Ｐ明朝" w:hAnsi="ＭＳ Ｐ明朝" w:cs="ＭＳ Ｐ明朝"/>
                <w:color w:val="000000"/>
                <w:spacing w:val="10"/>
                <w:sz w:val="10"/>
                <w:lang w:val="ja-JP" w:eastAsia="ja-JP"/>
              </w:rPr>
              <w:t>応</w:t>
            </w:r>
            <w:r>
              <w:rPr>
                <w:rFonts w:ascii="ＭＳ Ｐ明朝" w:eastAsia="ＭＳ Ｐ明朝" w:hAnsi="ＭＳ Ｐ明朝" w:cs="ＭＳ Ｐ明朝"/>
                <w:color w:val="000000"/>
                <w:spacing w:val="7"/>
                <w:sz w:val="10"/>
                <w:lang w:val="ja-JP" w:eastAsia="ja-JP"/>
              </w:rPr>
              <w:t>す</w:t>
            </w:r>
            <w:r>
              <w:rPr>
                <w:rFonts w:ascii="ＭＳ Ｐ明朝" w:eastAsia="ＭＳ Ｐ明朝" w:hAnsi="ＭＳ Ｐ明朝" w:cs="ＭＳ Ｐ明朝"/>
                <w:color w:val="000000"/>
                <w:spacing w:val="6"/>
                <w:sz w:val="10"/>
                <w:lang w:val="ja-JP" w:eastAsia="ja-JP"/>
              </w:rPr>
              <w:t>る</w:t>
            </w:r>
            <w:r>
              <w:rPr>
                <w:rFonts w:ascii="ＭＳ Ｐ明朝" w:eastAsia="ＭＳ Ｐ明朝" w:hAnsi="ＭＳ Ｐ明朝" w:cs="ＭＳ Ｐ明朝"/>
                <w:color w:val="000000"/>
                <w:spacing w:val="7"/>
                <w:sz w:val="10"/>
                <w:lang w:val="ja-JP" w:eastAsia="ja-JP"/>
              </w:rPr>
              <w:t>施設</w:t>
            </w:r>
            <w:r>
              <w:rPr>
                <w:rFonts w:ascii="ＭＳ Ｐ明朝" w:eastAsia="ＭＳ Ｐ明朝" w:hAnsi="ＭＳ Ｐ明朝" w:cs="ＭＳ Ｐ明朝"/>
                <w:color w:val="000000"/>
                <w:sz w:val="10"/>
                <w:lang w:val="ja-JP" w:eastAsia="ja-JP"/>
              </w:rPr>
              <w:t>の</w:t>
            </w:r>
          </w:p>
          <w:p w14:paraId="61E16919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43" w:line="153" w:lineRule="exact"/>
              <w:ind w:left="89"/>
              <w:rPr>
                <w:lang w:eastAsia="ja-JP"/>
              </w:rPr>
            </w:pPr>
            <w:r>
              <w:rPr>
                <w:rFonts w:ascii="ＭＳ Ｐ明朝" w:eastAsia="ＭＳ Ｐ明朝" w:hAnsi="ＭＳ Ｐ明朝" w:cs="ＭＳ Ｐ明朝"/>
                <w:color w:val="000000"/>
                <w:spacing w:val="7"/>
                <w:sz w:val="13"/>
                <w:lang w:val="ja-JP" w:eastAsia="ja-JP"/>
              </w:rPr>
              <w:t>流下</w:t>
            </w:r>
            <w:r>
              <w:rPr>
                <w:rFonts w:ascii="ＭＳ Ｐ明朝" w:eastAsia="ＭＳ Ｐ明朝" w:hAnsi="ＭＳ Ｐ明朝" w:cs="ＭＳ Ｐ明朝"/>
                <w:color w:val="000000"/>
                <w:spacing w:val="5"/>
                <w:sz w:val="13"/>
                <w:lang w:val="ja-JP" w:eastAsia="ja-JP"/>
              </w:rPr>
              <w:t>可</w:t>
            </w:r>
            <w:r>
              <w:rPr>
                <w:rFonts w:ascii="ＭＳ Ｐ明朝" w:eastAsia="ＭＳ Ｐ明朝" w:hAnsi="ＭＳ Ｐ明朝" w:cs="ＭＳ Ｐ明朝"/>
                <w:color w:val="000000"/>
                <w:spacing w:val="7"/>
                <w:sz w:val="13"/>
                <w:lang w:val="ja-JP" w:eastAsia="ja-JP"/>
              </w:rPr>
              <w:t>能</w:t>
            </w:r>
            <w:r>
              <w:rPr>
                <w:rFonts w:ascii="ＭＳ Ｐ明朝" w:eastAsia="ＭＳ Ｐ明朝" w:hAnsi="ＭＳ Ｐ明朝" w:cs="ＭＳ Ｐ明朝"/>
                <w:color w:val="000000"/>
                <w:sz w:val="13"/>
                <w:lang w:val="ja-JP" w:eastAsia="ja-JP"/>
              </w:rPr>
              <w:t>量</w:t>
            </w:r>
          </w:p>
          <w:p w14:paraId="1F89C5DE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36" w:line="153" w:lineRule="exact"/>
              <w:ind w:left="89"/>
            </w:pPr>
            <w:r>
              <w:rPr>
                <w:rFonts w:ascii="ＭＳ Ｐ明朝" w:eastAsia="ＭＳ Ｐ明朝" w:hAnsi="ＭＳ Ｐ明朝" w:cs="ＭＳ Ｐ明朝"/>
                <w:color w:val="000000"/>
                <w:spacing w:val="25"/>
                <w:sz w:val="13"/>
                <w:lang w:val="ja-JP" w:eastAsia="ja-JP"/>
              </w:rPr>
              <w:t>Ｂ</w:t>
            </w:r>
            <w:r>
              <w:rPr>
                <w:rFonts w:ascii="ＭＳ Ｐ明朝" w:eastAsia="ＭＳ Ｐ明朝" w:hAnsi="ＭＳ Ｐ明朝" w:cs="ＭＳ Ｐ明朝"/>
                <w:color w:val="000000"/>
                <w:spacing w:val="26"/>
                <w:sz w:val="13"/>
                <w:lang w:val="ja-JP" w:eastAsia="ja-JP"/>
              </w:rPr>
              <w:t>×Ｃ</w:t>
            </w:r>
            <w:r>
              <w:rPr>
                <w:rFonts w:ascii="ＭＳ Ｐ明朝" w:eastAsia="ＭＳ Ｐ明朝" w:hAnsi="ＭＳ Ｐ明朝" w:cs="ＭＳ Ｐ明朝"/>
                <w:color w:val="000000"/>
                <w:spacing w:val="60"/>
                <w:sz w:val="13"/>
                <w:lang w:val="ja-JP" w:eastAsia="ja-JP"/>
              </w:rPr>
              <w:t>＝</w:t>
            </w:r>
            <w:r>
              <w:rPr>
                <w:rFonts w:ascii="Times New Roman" w:eastAsia="Times New Roman" w:hAnsi="Times New Roman" w:cs="Times New Roman"/>
                <w:color w:val="000000"/>
                <w:sz w:val="13"/>
                <w:lang w:val="ja-JP" w:eastAsia="ja-JP"/>
              </w:rPr>
              <w:t>D</w:t>
            </w:r>
          </w:p>
        </w:tc>
        <w:tc>
          <w:tcPr>
            <w:tcW w:w="99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3788AB4" w14:textId="77777777" w:rsidR="00FB2F32" w:rsidRDefault="00FB2F32"/>
        </w:tc>
        <w:tc>
          <w:tcPr>
            <w:tcW w:w="81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26DBF95" w14:textId="77777777" w:rsidR="00FB2F32" w:rsidRDefault="00FB2F32"/>
        </w:tc>
        <w:tc>
          <w:tcPr>
            <w:tcW w:w="9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75B86B5" w14:textId="77777777" w:rsidR="00FB2F32" w:rsidRDefault="00FB2F32"/>
        </w:tc>
      </w:tr>
      <w:tr w:rsidR="00FB2F32" w14:paraId="43A51DAD" w14:textId="77777777">
        <w:trPr>
          <w:cantSplit/>
          <w:trHeight w:val="298"/>
        </w:trPr>
        <w:tc>
          <w:tcPr>
            <w:tcW w:w="34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419CC93" w14:textId="77777777" w:rsidR="00FB2F32" w:rsidRDefault="00FB2F32"/>
        </w:tc>
        <w:tc>
          <w:tcPr>
            <w:tcW w:w="55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CC9E4AA" w14:textId="77777777" w:rsidR="00FB2F32" w:rsidRDefault="00FB2F32"/>
        </w:tc>
        <w:tc>
          <w:tcPr>
            <w:tcW w:w="45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8562F9D" w14:textId="77777777" w:rsidR="00FB2F32" w:rsidRDefault="00FB2F32"/>
        </w:tc>
        <w:tc>
          <w:tcPr>
            <w:tcW w:w="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6D7C6B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98" w:line="198" w:lineRule="exact"/>
              <w:ind w:left="89"/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18"/>
                <w:lang w:val="ja-JP" w:eastAsia="ja-JP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lang w:val="ja-JP" w:eastAsia="ja-JP"/>
              </w:rPr>
              <w:t>.</w:t>
            </w:r>
          </w:p>
        </w:tc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4ADB4D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98" w:line="198" w:lineRule="exact"/>
              <w:ind w:left="89"/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18"/>
                <w:lang w:val="ja-JP" w:eastAsia="ja-JP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lang w:val="ja-JP" w:eastAsia="ja-JP"/>
              </w:rPr>
              <w:t>.</w:t>
            </w:r>
          </w:p>
        </w:tc>
        <w:tc>
          <w:tcPr>
            <w:tcW w:w="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CC0F49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98" w:line="198" w:lineRule="exact"/>
              <w:ind w:left="91"/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18"/>
                <w:lang w:val="ja-JP" w:eastAsia="ja-JP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lang w:val="ja-JP" w:eastAsia="ja-JP"/>
              </w:rPr>
              <w:t>.</w:t>
            </w:r>
          </w:p>
        </w:tc>
        <w:tc>
          <w:tcPr>
            <w:tcW w:w="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733617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98" w:line="198" w:lineRule="exact"/>
              <w:ind w:left="91"/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18"/>
                <w:lang w:val="ja-JP" w:eastAsia="ja-JP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lang w:val="ja-JP" w:eastAsia="ja-JP"/>
              </w:rPr>
              <w:t>.</w:t>
            </w:r>
          </w:p>
        </w:tc>
        <w:tc>
          <w:tcPr>
            <w:tcW w:w="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FEEF0A4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C9286B7" w14:textId="77777777" w:rsidR="00FB2F32" w:rsidRDefault="00FB2F32"/>
        </w:tc>
        <w:tc>
          <w:tcPr>
            <w:tcW w:w="4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C46EABB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34" w:line="153" w:lineRule="exact"/>
              <w:ind w:left="88"/>
            </w:pPr>
            <w:r>
              <w:rPr>
                <w:rFonts w:ascii="ＭＳ Ｐ明朝" w:eastAsia="ＭＳ Ｐ明朝" w:hAnsi="ＭＳ Ｐ明朝" w:cs="ＭＳ Ｐ明朝"/>
                <w:color w:val="000000"/>
                <w:spacing w:val="-7"/>
                <w:sz w:val="13"/>
                <w:lang w:val="ja-JP" w:eastAsia="ja-JP"/>
              </w:rPr>
              <w:t>流</w:t>
            </w:r>
            <w:r>
              <w:rPr>
                <w:rFonts w:ascii="ＭＳ Ｐ明朝" w:eastAsia="ＭＳ Ｐ明朝" w:hAnsi="ＭＳ Ｐ明朝" w:cs="ＭＳ Ｐ明朝"/>
                <w:color w:val="000000"/>
                <w:sz w:val="13"/>
                <w:lang w:val="ja-JP" w:eastAsia="ja-JP"/>
              </w:rPr>
              <w:t>入</w:t>
            </w:r>
          </w:p>
        </w:tc>
        <w:tc>
          <w:tcPr>
            <w:tcW w:w="4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A7D004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34" w:line="153" w:lineRule="exact"/>
              <w:ind w:left="91"/>
            </w:pPr>
            <w:r>
              <w:rPr>
                <w:rFonts w:ascii="ＭＳ Ｐ明朝" w:eastAsia="ＭＳ Ｐ明朝" w:hAnsi="ＭＳ Ｐ明朝" w:cs="ＭＳ Ｐ明朝"/>
                <w:color w:val="000000"/>
                <w:spacing w:val="-10"/>
                <w:sz w:val="13"/>
                <w:lang w:val="ja-JP" w:eastAsia="ja-JP"/>
              </w:rPr>
              <w:t>流</w:t>
            </w:r>
            <w:r>
              <w:rPr>
                <w:rFonts w:ascii="ＭＳ Ｐ明朝" w:eastAsia="ＭＳ Ｐ明朝" w:hAnsi="ＭＳ Ｐ明朝" w:cs="ＭＳ Ｐ明朝"/>
                <w:color w:val="000000"/>
                <w:sz w:val="13"/>
                <w:lang w:val="ja-JP" w:eastAsia="ja-JP"/>
              </w:rPr>
              <w:t>出</w:t>
            </w:r>
          </w:p>
        </w:tc>
        <w:tc>
          <w:tcPr>
            <w:tcW w:w="4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BE3F941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34" w:line="153" w:lineRule="exact"/>
              <w:ind w:left="156"/>
            </w:pPr>
            <w:r>
              <w:rPr>
                <w:rFonts w:ascii="ＭＳ Ｐ明朝" w:eastAsia="ＭＳ Ｐ明朝" w:hAnsi="ＭＳ Ｐ明朝" w:cs="ＭＳ Ｐ明朝"/>
                <w:color w:val="000000"/>
                <w:sz w:val="13"/>
                <w:lang w:val="ja-JP" w:eastAsia="ja-JP"/>
              </w:rPr>
              <w:t>計</w:t>
            </w:r>
          </w:p>
        </w:tc>
        <w:tc>
          <w:tcPr>
            <w:tcW w:w="81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3DDF740" w14:textId="77777777" w:rsidR="00FB2F32" w:rsidRDefault="00FB2F32"/>
        </w:tc>
        <w:tc>
          <w:tcPr>
            <w:tcW w:w="699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5631469" w14:textId="77777777" w:rsidR="00FB2F32" w:rsidRDefault="00FB2F32"/>
        </w:tc>
        <w:tc>
          <w:tcPr>
            <w:tcW w:w="928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512E8E6" w14:textId="77777777" w:rsidR="00FB2F32" w:rsidRDefault="00FB2F32"/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417D707C" w14:textId="77777777" w:rsidR="00FB2F32" w:rsidRDefault="00FB2F32"/>
        </w:tc>
        <w:tc>
          <w:tcPr>
            <w:tcW w:w="45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4510FFB" w14:textId="77777777" w:rsidR="00FB2F32" w:rsidRDefault="00FB2F32"/>
        </w:tc>
        <w:tc>
          <w:tcPr>
            <w:tcW w:w="722" w:type="dxa"/>
            <w:vMerge w:val="restart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DEB5E0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34" w:line="153" w:lineRule="exact"/>
              <w:ind w:left="89"/>
            </w:pPr>
            <w:r>
              <w:rPr>
                <w:rFonts w:ascii="ＭＳ Ｐ明朝" w:eastAsia="ＭＳ Ｐ明朝" w:hAnsi="ＭＳ Ｐ明朝" w:cs="ＭＳ Ｐ明朝"/>
                <w:color w:val="000000"/>
                <w:sz w:val="13"/>
                <w:lang w:val="ja-JP" w:eastAsia="ja-JP"/>
              </w:rPr>
              <w:t>断</w:t>
            </w:r>
            <w:r>
              <w:rPr>
                <w:rFonts w:ascii="ＭＳ Ｐ明朝" w:eastAsia="ＭＳ Ｐ明朝" w:hAnsi="ＭＳ Ｐ明朝" w:cs="ＭＳ Ｐ明朝"/>
                <w:color w:val="000000"/>
                <w:spacing w:val="-2"/>
                <w:sz w:val="13"/>
                <w:lang w:val="ja-JP" w:eastAsia="ja-JP"/>
              </w:rPr>
              <w:t>面</w:t>
            </w:r>
            <w:r>
              <w:rPr>
                <w:rFonts w:ascii="ＭＳ Ｐ明朝" w:eastAsia="ＭＳ Ｐ明朝" w:hAnsi="ＭＳ Ｐ明朝" w:cs="ＭＳ Ｐ明朝"/>
                <w:color w:val="000000"/>
                <w:spacing w:val="34"/>
                <w:sz w:val="13"/>
                <w:lang w:val="ja-JP" w:eastAsia="ja-JP"/>
              </w:rPr>
              <w:t>積</w:t>
            </w:r>
            <w:r>
              <w:rPr>
                <w:rFonts w:ascii="Times New Roman" w:eastAsia="Times New Roman" w:hAnsi="Times New Roman" w:cs="Times New Roman"/>
                <w:color w:val="000000"/>
                <w:sz w:val="13"/>
                <w:lang w:val="ja-JP" w:eastAsia="ja-JP"/>
              </w:rPr>
              <w:t>C</w:t>
            </w:r>
          </w:p>
        </w:tc>
        <w:tc>
          <w:tcPr>
            <w:tcW w:w="90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EF413DC" w14:textId="77777777" w:rsidR="00FB2F32" w:rsidRDefault="00FB2F32"/>
        </w:tc>
        <w:tc>
          <w:tcPr>
            <w:tcW w:w="99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4AAD5AF" w14:textId="77777777" w:rsidR="00FB2F32" w:rsidRDefault="00FB2F32"/>
        </w:tc>
        <w:tc>
          <w:tcPr>
            <w:tcW w:w="81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8D47098" w14:textId="77777777" w:rsidR="00FB2F32" w:rsidRDefault="00FB2F32"/>
        </w:tc>
        <w:tc>
          <w:tcPr>
            <w:tcW w:w="9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8F03EC6" w14:textId="77777777" w:rsidR="00FB2F32" w:rsidRDefault="00FB2F32"/>
        </w:tc>
      </w:tr>
      <w:tr w:rsidR="00FB2F32" w14:paraId="5CB7DEC3" w14:textId="77777777">
        <w:trPr>
          <w:cantSplit/>
          <w:trHeight w:val="271"/>
        </w:trPr>
        <w:tc>
          <w:tcPr>
            <w:tcW w:w="3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05755" w14:textId="77777777" w:rsidR="00FB2F32" w:rsidRDefault="00FB2F32"/>
        </w:tc>
        <w:tc>
          <w:tcPr>
            <w:tcW w:w="5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3176B" w14:textId="77777777" w:rsidR="00FB2F32" w:rsidRDefault="00FB2F32"/>
        </w:tc>
        <w:tc>
          <w:tcPr>
            <w:tcW w:w="4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63EE9" w14:textId="77777777" w:rsidR="00FB2F32" w:rsidRDefault="00FB2F32"/>
        </w:tc>
        <w:tc>
          <w:tcPr>
            <w:tcW w:w="5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83EB8" w14:textId="77777777" w:rsidR="00FB2F32" w:rsidRDefault="00FB2F32"/>
        </w:tc>
        <w:tc>
          <w:tcPr>
            <w:tcW w:w="5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AFD06" w14:textId="77777777" w:rsidR="00FB2F32" w:rsidRDefault="00FB2F32"/>
        </w:tc>
        <w:tc>
          <w:tcPr>
            <w:tcW w:w="5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9A366" w14:textId="77777777" w:rsidR="00FB2F32" w:rsidRDefault="00FB2F32"/>
        </w:tc>
        <w:tc>
          <w:tcPr>
            <w:tcW w:w="5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E6030" w14:textId="77777777" w:rsidR="00FB2F32" w:rsidRDefault="00FB2F32"/>
        </w:tc>
        <w:tc>
          <w:tcPr>
            <w:tcW w:w="5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CECFF" w14:textId="77777777" w:rsidR="00FB2F32" w:rsidRDefault="00FB2F32"/>
        </w:tc>
        <w:tc>
          <w:tcPr>
            <w:tcW w:w="5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CF17D" w14:textId="77777777" w:rsidR="00FB2F32" w:rsidRDefault="00FB2F32"/>
        </w:tc>
        <w:tc>
          <w:tcPr>
            <w:tcW w:w="4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9362E" w14:textId="77777777" w:rsidR="00FB2F32" w:rsidRDefault="00FB2F32"/>
        </w:tc>
        <w:tc>
          <w:tcPr>
            <w:tcW w:w="4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06086" w14:textId="77777777" w:rsidR="00FB2F32" w:rsidRDefault="00FB2F32"/>
        </w:tc>
        <w:tc>
          <w:tcPr>
            <w:tcW w:w="4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3B80A" w14:textId="77777777" w:rsidR="00FB2F32" w:rsidRDefault="00FB2F32"/>
        </w:tc>
        <w:tc>
          <w:tcPr>
            <w:tcW w:w="8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83CCA" w14:textId="77777777" w:rsidR="00FB2F32" w:rsidRDefault="00FB2F32"/>
        </w:tc>
        <w:tc>
          <w:tcPr>
            <w:tcW w:w="69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C10CD1A" w14:textId="77777777" w:rsidR="00FB2F32" w:rsidRDefault="00FB2F32"/>
        </w:tc>
        <w:tc>
          <w:tcPr>
            <w:tcW w:w="92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B992F5E" w14:textId="77777777" w:rsidR="00FB2F32" w:rsidRDefault="00FB2F32"/>
        </w:tc>
        <w:tc>
          <w:tcPr>
            <w:tcW w:w="630" w:type="dxa"/>
            <w:gridSpan w:val="2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BB0995" w14:textId="77777777" w:rsidR="00FB2F32" w:rsidRDefault="00000000">
            <w:pPr>
              <w:widowControl w:val="0"/>
              <w:tabs>
                <w:tab w:val="left" w:pos="400"/>
              </w:tabs>
              <w:kinsoku w:val="0"/>
              <w:overflowPunct w:val="0"/>
              <w:autoSpaceDE w:val="0"/>
              <w:autoSpaceDN w:val="0"/>
              <w:snapToGrid w:val="0"/>
              <w:spacing w:before="41" w:line="153" w:lineRule="exact"/>
              <w:ind w:left="88"/>
            </w:pPr>
            <w:r>
              <w:rPr>
                <w:rFonts w:ascii="ＭＳ Ｐ明朝" w:eastAsia="ＭＳ Ｐ明朝" w:hAnsi="ＭＳ Ｐ明朝" w:cs="ＭＳ Ｐ明朝"/>
                <w:color w:val="000000"/>
                <w:sz w:val="13"/>
                <w:lang w:val="ja-JP" w:eastAsia="ja-JP"/>
              </w:rPr>
              <w:t>径</w:t>
            </w:r>
            <w:r>
              <w:rPr>
                <w:rFonts w:ascii="ＭＳ Ｐ明朝" w:eastAsia="ＭＳ Ｐ明朝" w:hAnsi="ＭＳ Ｐ明朝" w:cs="ＭＳ Ｐ明朝"/>
                <w:color w:val="000000"/>
                <w:sz w:val="13"/>
                <w:lang w:val="ja-JP" w:eastAsia="ja-JP"/>
              </w:rPr>
              <w:tab/>
              <w:t>深</w:t>
            </w:r>
          </w:p>
        </w:tc>
        <w:tc>
          <w:tcPr>
            <w:tcW w:w="4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B6A33" w14:textId="77777777" w:rsidR="00FB2F32" w:rsidRDefault="00FB2F32"/>
        </w:tc>
        <w:tc>
          <w:tcPr>
            <w:tcW w:w="72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614E5" w14:textId="77777777" w:rsidR="00FB2F32" w:rsidRDefault="00FB2F32"/>
        </w:tc>
        <w:tc>
          <w:tcPr>
            <w:tcW w:w="90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C8475" w14:textId="77777777" w:rsidR="00FB2F32" w:rsidRDefault="00FB2F32"/>
        </w:tc>
        <w:tc>
          <w:tcPr>
            <w:tcW w:w="99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27298" w14:textId="77777777" w:rsidR="00FB2F32" w:rsidRDefault="00FB2F32"/>
        </w:tc>
        <w:tc>
          <w:tcPr>
            <w:tcW w:w="8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2EEE3" w14:textId="77777777" w:rsidR="00FB2F32" w:rsidRDefault="00FB2F32"/>
        </w:tc>
        <w:tc>
          <w:tcPr>
            <w:tcW w:w="9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340C0" w14:textId="77777777" w:rsidR="00FB2F32" w:rsidRDefault="00FB2F32"/>
        </w:tc>
      </w:tr>
      <w:tr w:rsidR="00FB2F32" w14:paraId="61BDBCB6" w14:textId="77777777">
        <w:trPr>
          <w:cantSplit/>
          <w:trHeight w:val="365"/>
        </w:trPr>
        <w:tc>
          <w:tcPr>
            <w:tcW w:w="3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4E9D6F4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9E808A2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A01F53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67" w:line="111" w:lineRule="exact"/>
              <w:ind w:left="90"/>
            </w:pPr>
            <w:r>
              <w:rPr>
                <w:rFonts w:ascii="ＭＳ Ｐ明朝" w:eastAsia="ＭＳ Ｐ明朝" w:hAnsi="ＭＳ Ｐ明朝" w:cs="ＭＳ Ｐ明朝"/>
                <w:color w:val="000000"/>
                <w:spacing w:val="-14"/>
                <w:sz w:val="10"/>
                <w:lang w:val="ja-JP" w:eastAsia="ja-JP"/>
              </w:rPr>
              <w:t>開発</w:t>
            </w:r>
            <w:r>
              <w:rPr>
                <w:rFonts w:ascii="ＭＳ Ｐ明朝" w:eastAsia="ＭＳ Ｐ明朝" w:hAnsi="ＭＳ Ｐ明朝" w:cs="ＭＳ Ｐ明朝"/>
                <w:color w:val="000000"/>
                <w:sz w:val="10"/>
                <w:lang w:val="ja-JP" w:eastAsia="ja-JP"/>
              </w:rPr>
              <w:t>前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ADE58EA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F05F7D3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3014C5E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3DB8F95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9203460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3861A6B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AB06903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CB998E4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72B45F5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227ADC2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nil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741B894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928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F52DC15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8D1F50F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4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9B31BCA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73DD7F8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9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A9318CA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82AD31A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DF15E7D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FC2DDA5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16A71C8C" w14:textId="77777777">
        <w:trPr>
          <w:cantSplit/>
          <w:trHeight w:val="364"/>
        </w:trPr>
        <w:tc>
          <w:tcPr>
            <w:tcW w:w="3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D6DAE" w14:textId="77777777" w:rsidR="00FB2F32" w:rsidRDefault="00FB2F32"/>
        </w:tc>
        <w:tc>
          <w:tcPr>
            <w:tcW w:w="5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584B5" w14:textId="77777777" w:rsidR="00FB2F32" w:rsidRDefault="00FB2F32"/>
        </w:tc>
        <w:tc>
          <w:tcPr>
            <w:tcW w:w="45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A0B4B8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68" w:line="111" w:lineRule="exact"/>
              <w:ind w:left="90"/>
            </w:pPr>
            <w:r>
              <w:rPr>
                <w:rFonts w:ascii="ＭＳ Ｐ明朝" w:eastAsia="ＭＳ Ｐ明朝" w:hAnsi="ＭＳ Ｐ明朝" w:cs="ＭＳ Ｐ明朝"/>
                <w:color w:val="000000"/>
                <w:spacing w:val="-14"/>
                <w:sz w:val="10"/>
                <w:lang w:val="ja-JP" w:eastAsia="ja-JP"/>
              </w:rPr>
              <w:t>開発</w:t>
            </w:r>
            <w:r>
              <w:rPr>
                <w:rFonts w:ascii="ＭＳ Ｐ明朝" w:eastAsia="ＭＳ Ｐ明朝" w:hAnsi="ＭＳ Ｐ明朝" w:cs="ＭＳ Ｐ明朝"/>
                <w:color w:val="000000"/>
                <w:sz w:val="10"/>
                <w:lang w:val="ja-JP" w:eastAsia="ja-JP"/>
              </w:rPr>
              <w:t>後</w:t>
            </w:r>
          </w:p>
        </w:tc>
        <w:tc>
          <w:tcPr>
            <w:tcW w:w="54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841F40C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53C5E35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7F6D5D2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375A677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4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3800084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0A0A743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45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E3D90FA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451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AEFA647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45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6CADB5E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E7C5E" w14:textId="77777777" w:rsidR="00FB2F32" w:rsidRDefault="00FB2F32"/>
        </w:tc>
        <w:tc>
          <w:tcPr>
            <w:tcW w:w="699" w:type="dxa"/>
            <w:gridSpan w:val="2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05E61C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34" w:line="153" w:lineRule="exact"/>
              <w:ind w:left="532"/>
            </w:pPr>
            <w:r>
              <w:rPr>
                <w:rFonts w:ascii="Times New Roman" w:eastAsia="Times New Roman" w:hAnsi="Times New Roman" w:cs="Times New Roman"/>
                <w:color w:val="000000"/>
                <w:sz w:val="13"/>
                <w:lang w:val="ja-JP" w:eastAsia="ja-JP"/>
              </w:rPr>
              <w:t>A</w:t>
            </w:r>
          </w:p>
        </w:tc>
        <w:tc>
          <w:tcPr>
            <w:tcW w:w="92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A599058" w14:textId="77777777" w:rsidR="00FB2F32" w:rsidRDefault="00FB2F32"/>
        </w:tc>
        <w:tc>
          <w:tcPr>
            <w:tcW w:w="630" w:type="dxa"/>
            <w:gridSpan w:val="2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9036772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4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45468" w14:textId="77777777" w:rsidR="00FB2F32" w:rsidRDefault="00FB2F32"/>
        </w:tc>
        <w:tc>
          <w:tcPr>
            <w:tcW w:w="72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5470B60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90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C2370" w14:textId="77777777" w:rsidR="00FB2F32" w:rsidRDefault="00FB2F32"/>
        </w:tc>
        <w:tc>
          <w:tcPr>
            <w:tcW w:w="99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8570D" w14:textId="77777777" w:rsidR="00FB2F32" w:rsidRDefault="00FB2F32"/>
        </w:tc>
        <w:tc>
          <w:tcPr>
            <w:tcW w:w="8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085FB" w14:textId="77777777" w:rsidR="00FB2F32" w:rsidRDefault="00FB2F32"/>
        </w:tc>
        <w:tc>
          <w:tcPr>
            <w:tcW w:w="9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0DC7A" w14:textId="77777777" w:rsidR="00FB2F32" w:rsidRDefault="00FB2F32"/>
        </w:tc>
      </w:tr>
      <w:tr w:rsidR="00FB2F32" w14:paraId="2D08B046" w14:textId="77777777">
        <w:trPr>
          <w:cantSplit/>
          <w:trHeight w:val="364"/>
        </w:trPr>
        <w:tc>
          <w:tcPr>
            <w:tcW w:w="3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3FEF3D0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6DC3AF2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CE1B39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68" w:line="111" w:lineRule="exact"/>
              <w:ind w:left="90"/>
            </w:pPr>
            <w:r>
              <w:rPr>
                <w:rFonts w:ascii="ＭＳ Ｐ明朝" w:eastAsia="ＭＳ Ｐ明朝" w:hAnsi="ＭＳ Ｐ明朝" w:cs="ＭＳ Ｐ明朝"/>
                <w:color w:val="000000"/>
                <w:spacing w:val="-14"/>
                <w:sz w:val="10"/>
                <w:lang w:val="ja-JP" w:eastAsia="ja-JP"/>
              </w:rPr>
              <w:t>開発</w:t>
            </w:r>
            <w:r>
              <w:rPr>
                <w:rFonts w:ascii="ＭＳ Ｐ明朝" w:eastAsia="ＭＳ Ｐ明朝" w:hAnsi="ＭＳ Ｐ明朝" w:cs="ＭＳ Ｐ明朝"/>
                <w:color w:val="000000"/>
                <w:sz w:val="10"/>
                <w:lang w:val="ja-JP" w:eastAsia="ja-JP"/>
              </w:rPr>
              <w:t>前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2F73439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09B325E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CE81AD1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F59862A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87CC29E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542D436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FD3C08E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98EF67B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C929FED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00E3FBB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nil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DAFD3DB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928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D5F5A1D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E10F767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4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BF027C5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732AC6B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9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E0D8ED0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92CAAD7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1A2B586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A1AB118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29491338" w14:textId="77777777">
        <w:trPr>
          <w:cantSplit/>
          <w:trHeight w:val="366"/>
        </w:trPr>
        <w:tc>
          <w:tcPr>
            <w:tcW w:w="3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F3D01" w14:textId="77777777" w:rsidR="00FB2F32" w:rsidRDefault="00FB2F32"/>
        </w:tc>
        <w:tc>
          <w:tcPr>
            <w:tcW w:w="5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42574" w14:textId="77777777" w:rsidR="00FB2F32" w:rsidRDefault="00FB2F32"/>
        </w:tc>
        <w:tc>
          <w:tcPr>
            <w:tcW w:w="45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0DC808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68" w:line="111" w:lineRule="exact"/>
              <w:ind w:left="90"/>
            </w:pPr>
            <w:r>
              <w:rPr>
                <w:rFonts w:ascii="ＭＳ Ｐ明朝" w:eastAsia="ＭＳ Ｐ明朝" w:hAnsi="ＭＳ Ｐ明朝" w:cs="ＭＳ Ｐ明朝"/>
                <w:color w:val="000000"/>
                <w:spacing w:val="-14"/>
                <w:sz w:val="10"/>
                <w:lang w:val="ja-JP" w:eastAsia="ja-JP"/>
              </w:rPr>
              <w:t>開発</w:t>
            </w:r>
            <w:r>
              <w:rPr>
                <w:rFonts w:ascii="ＭＳ Ｐ明朝" w:eastAsia="ＭＳ Ｐ明朝" w:hAnsi="ＭＳ Ｐ明朝" w:cs="ＭＳ Ｐ明朝"/>
                <w:color w:val="000000"/>
                <w:sz w:val="10"/>
                <w:lang w:val="ja-JP" w:eastAsia="ja-JP"/>
              </w:rPr>
              <w:t>後</w:t>
            </w:r>
          </w:p>
        </w:tc>
        <w:tc>
          <w:tcPr>
            <w:tcW w:w="54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2BF9C2B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BD6FF7B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213E4B5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039B11F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4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04CC308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BE302C3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45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EEDF284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451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97D9F93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45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35F9A48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E6166" w14:textId="77777777" w:rsidR="00FB2F32" w:rsidRDefault="00FB2F32"/>
        </w:tc>
        <w:tc>
          <w:tcPr>
            <w:tcW w:w="699" w:type="dxa"/>
            <w:gridSpan w:val="2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DB4419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34" w:line="153" w:lineRule="exact"/>
              <w:ind w:left="532"/>
            </w:pPr>
            <w:r>
              <w:rPr>
                <w:rFonts w:ascii="Times New Roman" w:eastAsia="Times New Roman" w:hAnsi="Times New Roman" w:cs="Times New Roman"/>
                <w:color w:val="000000"/>
                <w:sz w:val="13"/>
                <w:lang w:val="ja-JP" w:eastAsia="ja-JP"/>
              </w:rPr>
              <w:t>A</w:t>
            </w:r>
          </w:p>
        </w:tc>
        <w:tc>
          <w:tcPr>
            <w:tcW w:w="92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FD035D8" w14:textId="77777777" w:rsidR="00FB2F32" w:rsidRDefault="00FB2F32"/>
        </w:tc>
        <w:tc>
          <w:tcPr>
            <w:tcW w:w="630" w:type="dxa"/>
            <w:gridSpan w:val="2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1AE733D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4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7C7D8" w14:textId="77777777" w:rsidR="00FB2F32" w:rsidRDefault="00FB2F32"/>
        </w:tc>
        <w:tc>
          <w:tcPr>
            <w:tcW w:w="72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00A9DC3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90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2F1B8" w14:textId="77777777" w:rsidR="00FB2F32" w:rsidRDefault="00FB2F32"/>
        </w:tc>
        <w:tc>
          <w:tcPr>
            <w:tcW w:w="99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FFC4F" w14:textId="77777777" w:rsidR="00FB2F32" w:rsidRDefault="00FB2F32"/>
        </w:tc>
        <w:tc>
          <w:tcPr>
            <w:tcW w:w="8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F295C" w14:textId="77777777" w:rsidR="00FB2F32" w:rsidRDefault="00FB2F32"/>
        </w:tc>
        <w:tc>
          <w:tcPr>
            <w:tcW w:w="9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26CEB" w14:textId="77777777" w:rsidR="00FB2F32" w:rsidRDefault="00FB2F32"/>
        </w:tc>
      </w:tr>
      <w:tr w:rsidR="00FB2F32" w14:paraId="56F62297" w14:textId="77777777">
        <w:trPr>
          <w:cantSplit/>
          <w:trHeight w:val="364"/>
        </w:trPr>
        <w:tc>
          <w:tcPr>
            <w:tcW w:w="3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3730663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EC8F9E8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27E92A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68" w:line="111" w:lineRule="exact"/>
              <w:ind w:left="90"/>
            </w:pPr>
            <w:r>
              <w:rPr>
                <w:rFonts w:ascii="ＭＳ Ｐ明朝" w:eastAsia="ＭＳ Ｐ明朝" w:hAnsi="ＭＳ Ｐ明朝" w:cs="ＭＳ Ｐ明朝"/>
                <w:color w:val="000000"/>
                <w:spacing w:val="-14"/>
                <w:sz w:val="10"/>
                <w:lang w:val="ja-JP" w:eastAsia="ja-JP"/>
              </w:rPr>
              <w:t>開発</w:t>
            </w:r>
            <w:r>
              <w:rPr>
                <w:rFonts w:ascii="ＭＳ Ｐ明朝" w:eastAsia="ＭＳ Ｐ明朝" w:hAnsi="ＭＳ Ｐ明朝" w:cs="ＭＳ Ｐ明朝"/>
                <w:color w:val="000000"/>
                <w:sz w:val="10"/>
                <w:lang w:val="ja-JP" w:eastAsia="ja-JP"/>
              </w:rPr>
              <w:t>前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928A65B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782D072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08361A8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B46455F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1E01119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BFCBFC7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A560B03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1F14422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FCFC895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14EDC42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nil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964D1E6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928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BD5638F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4593A4B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4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E1E24D0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5772A09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9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7947962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6015D78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D6BBFA0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9A340B5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3B8C895B" w14:textId="77777777">
        <w:trPr>
          <w:cantSplit/>
          <w:trHeight w:val="364"/>
        </w:trPr>
        <w:tc>
          <w:tcPr>
            <w:tcW w:w="3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9D598" w14:textId="77777777" w:rsidR="00FB2F32" w:rsidRDefault="00FB2F32"/>
        </w:tc>
        <w:tc>
          <w:tcPr>
            <w:tcW w:w="5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400C9" w14:textId="77777777" w:rsidR="00FB2F32" w:rsidRDefault="00FB2F32"/>
        </w:tc>
        <w:tc>
          <w:tcPr>
            <w:tcW w:w="45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BEED53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68" w:line="111" w:lineRule="exact"/>
              <w:ind w:left="90"/>
            </w:pPr>
            <w:r>
              <w:rPr>
                <w:rFonts w:ascii="ＭＳ Ｐ明朝" w:eastAsia="ＭＳ Ｐ明朝" w:hAnsi="ＭＳ Ｐ明朝" w:cs="ＭＳ Ｐ明朝"/>
                <w:color w:val="000000"/>
                <w:spacing w:val="-14"/>
                <w:sz w:val="10"/>
                <w:lang w:val="ja-JP" w:eastAsia="ja-JP"/>
              </w:rPr>
              <w:t>開発</w:t>
            </w:r>
            <w:r>
              <w:rPr>
                <w:rFonts w:ascii="ＭＳ Ｐ明朝" w:eastAsia="ＭＳ Ｐ明朝" w:hAnsi="ＭＳ Ｐ明朝" w:cs="ＭＳ Ｐ明朝"/>
                <w:color w:val="000000"/>
                <w:sz w:val="10"/>
                <w:lang w:val="ja-JP" w:eastAsia="ja-JP"/>
              </w:rPr>
              <w:t>後</w:t>
            </w:r>
          </w:p>
        </w:tc>
        <w:tc>
          <w:tcPr>
            <w:tcW w:w="54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CA33582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C48AA73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ABFB8BF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81F4F5B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4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43412FB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CC8CE25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45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E994CAB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451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A1EECD2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45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F70370B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C531F" w14:textId="77777777" w:rsidR="00FB2F32" w:rsidRDefault="00FB2F32"/>
        </w:tc>
        <w:tc>
          <w:tcPr>
            <w:tcW w:w="699" w:type="dxa"/>
            <w:gridSpan w:val="2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0DB9F6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34" w:line="153" w:lineRule="exact"/>
              <w:ind w:left="532"/>
            </w:pPr>
            <w:r>
              <w:rPr>
                <w:rFonts w:ascii="Times New Roman" w:eastAsia="Times New Roman" w:hAnsi="Times New Roman" w:cs="Times New Roman"/>
                <w:color w:val="000000"/>
                <w:sz w:val="13"/>
                <w:lang w:val="ja-JP" w:eastAsia="ja-JP"/>
              </w:rPr>
              <w:t>A</w:t>
            </w:r>
          </w:p>
        </w:tc>
        <w:tc>
          <w:tcPr>
            <w:tcW w:w="92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6A3C2D8" w14:textId="77777777" w:rsidR="00FB2F32" w:rsidRDefault="00FB2F32"/>
        </w:tc>
        <w:tc>
          <w:tcPr>
            <w:tcW w:w="630" w:type="dxa"/>
            <w:gridSpan w:val="2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376C650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4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2CFD7" w14:textId="77777777" w:rsidR="00FB2F32" w:rsidRDefault="00FB2F32"/>
        </w:tc>
        <w:tc>
          <w:tcPr>
            <w:tcW w:w="72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70C50B6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90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11549" w14:textId="77777777" w:rsidR="00FB2F32" w:rsidRDefault="00FB2F32"/>
        </w:tc>
        <w:tc>
          <w:tcPr>
            <w:tcW w:w="99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A49B7" w14:textId="77777777" w:rsidR="00FB2F32" w:rsidRDefault="00FB2F32"/>
        </w:tc>
        <w:tc>
          <w:tcPr>
            <w:tcW w:w="8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AD429" w14:textId="77777777" w:rsidR="00FB2F32" w:rsidRDefault="00FB2F32"/>
        </w:tc>
        <w:tc>
          <w:tcPr>
            <w:tcW w:w="9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A0B33" w14:textId="77777777" w:rsidR="00FB2F32" w:rsidRDefault="00FB2F32"/>
        </w:tc>
      </w:tr>
      <w:tr w:rsidR="00FB2F32" w14:paraId="01734290" w14:textId="77777777">
        <w:trPr>
          <w:cantSplit/>
          <w:trHeight w:val="366"/>
        </w:trPr>
        <w:tc>
          <w:tcPr>
            <w:tcW w:w="3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97E3C21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AD59030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093EE2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68" w:line="111" w:lineRule="exact"/>
              <w:ind w:left="90"/>
            </w:pPr>
            <w:r>
              <w:rPr>
                <w:rFonts w:ascii="ＭＳ Ｐ明朝" w:eastAsia="ＭＳ Ｐ明朝" w:hAnsi="ＭＳ Ｐ明朝" w:cs="ＭＳ Ｐ明朝"/>
                <w:color w:val="000000"/>
                <w:spacing w:val="-14"/>
                <w:sz w:val="10"/>
                <w:lang w:val="ja-JP" w:eastAsia="ja-JP"/>
              </w:rPr>
              <w:t>開発</w:t>
            </w:r>
            <w:r>
              <w:rPr>
                <w:rFonts w:ascii="ＭＳ Ｐ明朝" w:eastAsia="ＭＳ Ｐ明朝" w:hAnsi="ＭＳ Ｐ明朝" w:cs="ＭＳ Ｐ明朝"/>
                <w:color w:val="000000"/>
                <w:sz w:val="10"/>
                <w:lang w:val="ja-JP" w:eastAsia="ja-JP"/>
              </w:rPr>
              <w:t>前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3BE157B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E4ADE0E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935BF24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DF28BE4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CED6C11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B579187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976E194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0B8B611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92D9911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5561AC8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nil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34E635E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928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146D886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5ED828A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4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3B5DD9F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303EF68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9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9045009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57F2849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A394925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2B7D501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5C4E1DB0" w14:textId="77777777">
        <w:trPr>
          <w:cantSplit/>
          <w:trHeight w:val="364"/>
        </w:trPr>
        <w:tc>
          <w:tcPr>
            <w:tcW w:w="3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D2E75" w14:textId="77777777" w:rsidR="00FB2F32" w:rsidRDefault="00FB2F32"/>
        </w:tc>
        <w:tc>
          <w:tcPr>
            <w:tcW w:w="5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C156D" w14:textId="77777777" w:rsidR="00FB2F32" w:rsidRDefault="00FB2F32"/>
        </w:tc>
        <w:tc>
          <w:tcPr>
            <w:tcW w:w="45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4EAA26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68" w:line="111" w:lineRule="exact"/>
              <w:ind w:left="90"/>
            </w:pPr>
            <w:r>
              <w:rPr>
                <w:rFonts w:ascii="ＭＳ Ｐ明朝" w:eastAsia="ＭＳ Ｐ明朝" w:hAnsi="ＭＳ Ｐ明朝" w:cs="ＭＳ Ｐ明朝"/>
                <w:color w:val="000000"/>
                <w:spacing w:val="-14"/>
                <w:sz w:val="10"/>
                <w:lang w:val="ja-JP" w:eastAsia="ja-JP"/>
              </w:rPr>
              <w:t>開発</w:t>
            </w:r>
            <w:r>
              <w:rPr>
                <w:rFonts w:ascii="ＭＳ Ｐ明朝" w:eastAsia="ＭＳ Ｐ明朝" w:hAnsi="ＭＳ Ｐ明朝" w:cs="ＭＳ Ｐ明朝"/>
                <w:color w:val="000000"/>
                <w:sz w:val="10"/>
                <w:lang w:val="ja-JP" w:eastAsia="ja-JP"/>
              </w:rPr>
              <w:t>後</w:t>
            </w:r>
          </w:p>
        </w:tc>
        <w:tc>
          <w:tcPr>
            <w:tcW w:w="54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6E24C72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29B86AE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38AB62C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B7BA4A8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4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1687F60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0EB3E25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45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BBBFB18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451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59C7F8B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45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FD5B756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72ECB" w14:textId="77777777" w:rsidR="00FB2F32" w:rsidRDefault="00FB2F32"/>
        </w:tc>
        <w:tc>
          <w:tcPr>
            <w:tcW w:w="699" w:type="dxa"/>
            <w:gridSpan w:val="2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FADF57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34" w:line="153" w:lineRule="exact"/>
              <w:ind w:left="532"/>
            </w:pPr>
            <w:r>
              <w:rPr>
                <w:rFonts w:ascii="Times New Roman" w:eastAsia="Times New Roman" w:hAnsi="Times New Roman" w:cs="Times New Roman"/>
                <w:color w:val="000000"/>
                <w:sz w:val="13"/>
                <w:lang w:val="ja-JP" w:eastAsia="ja-JP"/>
              </w:rPr>
              <w:t>A</w:t>
            </w:r>
          </w:p>
        </w:tc>
        <w:tc>
          <w:tcPr>
            <w:tcW w:w="92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A56CBEB" w14:textId="77777777" w:rsidR="00FB2F32" w:rsidRDefault="00FB2F32"/>
        </w:tc>
        <w:tc>
          <w:tcPr>
            <w:tcW w:w="630" w:type="dxa"/>
            <w:gridSpan w:val="2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ED9E2DF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4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13917" w14:textId="77777777" w:rsidR="00FB2F32" w:rsidRDefault="00FB2F32"/>
        </w:tc>
        <w:tc>
          <w:tcPr>
            <w:tcW w:w="72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657E40D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90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47F24" w14:textId="77777777" w:rsidR="00FB2F32" w:rsidRDefault="00FB2F32"/>
        </w:tc>
        <w:tc>
          <w:tcPr>
            <w:tcW w:w="99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E7FAB" w14:textId="77777777" w:rsidR="00FB2F32" w:rsidRDefault="00FB2F32"/>
        </w:tc>
        <w:tc>
          <w:tcPr>
            <w:tcW w:w="8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472B4" w14:textId="77777777" w:rsidR="00FB2F32" w:rsidRDefault="00FB2F32"/>
        </w:tc>
        <w:tc>
          <w:tcPr>
            <w:tcW w:w="9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123FB" w14:textId="77777777" w:rsidR="00FB2F32" w:rsidRDefault="00FB2F32"/>
        </w:tc>
      </w:tr>
      <w:tr w:rsidR="00FB2F32" w14:paraId="1334272B" w14:textId="77777777">
        <w:trPr>
          <w:cantSplit/>
          <w:trHeight w:val="364"/>
        </w:trPr>
        <w:tc>
          <w:tcPr>
            <w:tcW w:w="3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BD5CA0C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3B4F16C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9E8584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68" w:line="111" w:lineRule="exact"/>
              <w:ind w:left="90"/>
            </w:pPr>
            <w:r>
              <w:rPr>
                <w:rFonts w:ascii="ＭＳ Ｐ明朝" w:eastAsia="ＭＳ Ｐ明朝" w:hAnsi="ＭＳ Ｐ明朝" w:cs="ＭＳ Ｐ明朝"/>
                <w:color w:val="000000"/>
                <w:spacing w:val="-14"/>
                <w:sz w:val="10"/>
                <w:lang w:val="ja-JP" w:eastAsia="ja-JP"/>
              </w:rPr>
              <w:t>開発</w:t>
            </w:r>
            <w:r>
              <w:rPr>
                <w:rFonts w:ascii="ＭＳ Ｐ明朝" w:eastAsia="ＭＳ Ｐ明朝" w:hAnsi="ＭＳ Ｐ明朝" w:cs="ＭＳ Ｐ明朝"/>
                <w:color w:val="000000"/>
                <w:sz w:val="10"/>
                <w:lang w:val="ja-JP" w:eastAsia="ja-JP"/>
              </w:rPr>
              <w:t>前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F74E528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287FEF4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64CC52A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A348CAA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D051645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7343DF7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A3A11F6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0CFCD22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EFD3EC3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45D752A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nil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0649A2F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928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E7BD352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F66A6E4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4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01D31D9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B0E3470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9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AFE8806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1B53820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0371DAF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D7A985D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2D166A91" w14:textId="77777777">
        <w:trPr>
          <w:cantSplit/>
          <w:trHeight w:val="366"/>
        </w:trPr>
        <w:tc>
          <w:tcPr>
            <w:tcW w:w="3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F4801" w14:textId="77777777" w:rsidR="00FB2F32" w:rsidRDefault="00FB2F32"/>
        </w:tc>
        <w:tc>
          <w:tcPr>
            <w:tcW w:w="5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A2EB8" w14:textId="77777777" w:rsidR="00FB2F32" w:rsidRDefault="00FB2F32"/>
        </w:tc>
        <w:tc>
          <w:tcPr>
            <w:tcW w:w="45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AF3950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68" w:line="111" w:lineRule="exact"/>
              <w:ind w:left="90"/>
            </w:pPr>
            <w:r>
              <w:rPr>
                <w:rFonts w:ascii="ＭＳ Ｐ明朝" w:eastAsia="ＭＳ Ｐ明朝" w:hAnsi="ＭＳ Ｐ明朝" w:cs="ＭＳ Ｐ明朝"/>
                <w:color w:val="000000"/>
                <w:spacing w:val="-14"/>
                <w:sz w:val="10"/>
                <w:lang w:val="ja-JP" w:eastAsia="ja-JP"/>
              </w:rPr>
              <w:t>開発</w:t>
            </w:r>
            <w:r>
              <w:rPr>
                <w:rFonts w:ascii="ＭＳ Ｐ明朝" w:eastAsia="ＭＳ Ｐ明朝" w:hAnsi="ＭＳ Ｐ明朝" w:cs="ＭＳ Ｐ明朝"/>
                <w:color w:val="000000"/>
                <w:sz w:val="10"/>
                <w:lang w:val="ja-JP" w:eastAsia="ja-JP"/>
              </w:rPr>
              <w:t>後</w:t>
            </w:r>
          </w:p>
        </w:tc>
        <w:tc>
          <w:tcPr>
            <w:tcW w:w="54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7367E44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096C621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33BA824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2AE6A35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4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82D5A49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EED4CA1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45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0A1997A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451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289A0C1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45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4E8F83D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7FF38" w14:textId="77777777" w:rsidR="00FB2F32" w:rsidRDefault="00FB2F32"/>
        </w:tc>
        <w:tc>
          <w:tcPr>
            <w:tcW w:w="699" w:type="dxa"/>
            <w:gridSpan w:val="2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56F6FD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34" w:line="153" w:lineRule="exact"/>
              <w:ind w:left="532"/>
            </w:pPr>
            <w:r>
              <w:rPr>
                <w:rFonts w:ascii="Times New Roman" w:eastAsia="Times New Roman" w:hAnsi="Times New Roman" w:cs="Times New Roman"/>
                <w:color w:val="000000"/>
                <w:sz w:val="13"/>
                <w:lang w:val="ja-JP" w:eastAsia="ja-JP"/>
              </w:rPr>
              <w:t>A</w:t>
            </w:r>
          </w:p>
        </w:tc>
        <w:tc>
          <w:tcPr>
            <w:tcW w:w="92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74E1443" w14:textId="77777777" w:rsidR="00FB2F32" w:rsidRDefault="00FB2F32"/>
        </w:tc>
        <w:tc>
          <w:tcPr>
            <w:tcW w:w="630" w:type="dxa"/>
            <w:gridSpan w:val="2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96C2BB4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4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5584F" w14:textId="77777777" w:rsidR="00FB2F32" w:rsidRDefault="00FB2F32"/>
        </w:tc>
        <w:tc>
          <w:tcPr>
            <w:tcW w:w="72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4A97FDA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90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AAE07" w14:textId="77777777" w:rsidR="00FB2F32" w:rsidRDefault="00FB2F32"/>
        </w:tc>
        <w:tc>
          <w:tcPr>
            <w:tcW w:w="99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32899" w14:textId="77777777" w:rsidR="00FB2F32" w:rsidRDefault="00FB2F32"/>
        </w:tc>
        <w:tc>
          <w:tcPr>
            <w:tcW w:w="8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93832" w14:textId="77777777" w:rsidR="00FB2F32" w:rsidRDefault="00FB2F32"/>
        </w:tc>
        <w:tc>
          <w:tcPr>
            <w:tcW w:w="9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D9BFF" w14:textId="77777777" w:rsidR="00FB2F32" w:rsidRDefault="00FB2F32"/>
        </w:tc>
      </w:tr>
      <w:tr w:rsidR="00FB2F32" w14:paraId="5044AE70" w14:textId="77777777">
        <w:trPr>
          <w:cantSplit/>
          <w:trHeight w:val="364"/>
        </w:trPr>
        <w:tc>
          <w:tcPr>
            <w:tcW w:w="3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00309DA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F9DCD7C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E0C6FF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68" w:line="111" w:lineRule="exact"/>
              <w:ind w:left="90"/>
            </w:pPr>
            <w:r>
              <w:rPr>
                <w:rFonts w:ascii="ＭＳ Ｐ明朝" w:eastAsia="ＭＳ Ｐ明朝" w:hAnsi="ＭＳ Ｐ明朝" w:cs="ＭＳ Ｐ明朝"/>
                <w:color w:val="000000"/>
                <w:spacing w:val="-14"/>
                <w:sz w:val="10"/>
                <w:lang w:val="ja-JP" w:eastAsia="ja-JP"/>
              </w:rPr>
              <w:t>開発</w:t>
            </w:r>
            <w:r>
              <w:rPr>
                <w:rFonts w:ascii="ＭＳ Ｐ明朝" w:eastAsia="ＭＳ Ｐ明朝" w:hAnsi="ＭＳ Ｐ明朝" w:cs="ＭＳ Ｐ明朝"/>
                <w:color w:val="000000"/>
                <w:sz w:val="10"/>
                <w:lang w:val="ja-JP" w:eastAsia="ja-JP"/>
              </w:rPr>
              <w:t>前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13ED9E9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33A9F1A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AF69205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04CA109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6CA9A3B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58B999C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790B6C9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5C110F0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AB3B1D0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AB93E53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nil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F98ADC0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928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F4E700C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F2D5945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4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9C68EE6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164D76F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9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4A99AE8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9A8B177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7ACED62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01BA98F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3CE7A2EA" w14:textId="77777777">
        <w:trPr>
          <w:cantSplit/>
          <w:trHeight w:val="364"/>
        </w:trPr>
        <w:tc>
          <w:tcPr>
            <w:tcW w:w="3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4D035" w14:textId="77777777" w:rsidR="00FB2F32" w:rsidRDefault="00FB2F32"/>
        </w:tc>
        <w:tc>
          <w:tcPr>
            <w:tcW w:w="5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47311" w14:textId="77777777" w:rsidR="00FB2F32" w:rsidRDefault="00FB2F32"/>
        </w:tc>
        <w:tc>
          <w:tcPr>
            <w:tcW w:w="45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8F5015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68" w:line="111" w:lineRule="exact"/>
              <w:ind w:left="90"/>
            </w:pPr>
            <w:r>
              <w:rPr>
                <w:rFonts w:ascii="ＭＳ Ｐ明朝" w:eastAsia="ＭＳ Ｐ明朝" w:hAnsi="ＭＳ Ｐ明朝" w:cs="ＭＳ Ｐ明朝"/>
                <w:color w:val="000000"/>
                <w:spacing w:val="-14"/>
                <w:sz w:val="10"/>
                <w:lang w:val="ja-JP" w:eastAsia="ja-JP"/>
              </w:rPr>
              <w:t>開発</w:t>
            </w:r>
            <w:r>
              <w:rPr>
                <w:rFonts w:ascii="ＭＳ Ｐ明朝" w:eastAsia="ＭＳ Ｐ明朝" w:hAnsi="ＭＳ Ｐ明朝" w:cs="ＭＳ Ｐ明朝"/>
                <w:color w:val="000000"/>
                <w:sz w:val="10"/>
                <w:lang w:val="ja-JP" w:eastAsia="ja-JP"/>
              </w:rPr>
              <w:t>後</w:t>
            </w:r>
          </w:p>
        </w:tc>
        <w:tc>
          <w:tcPr>
            <w:tcW w:w="54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A00079A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E306DD7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2F2DB93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9DE63A7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4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3A1E1EC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464F5EC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45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03B3AC0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451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B498D54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45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FBF7E1E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6445B" w14:textId="77777777" w:rsidR="00FB2F32" w:rsidRDefault="00FB2F32"/>
        </w:tc>
        <w:tc>
          <w:tcPr>
            <w:tcW w:w="699" w:type="dxa"/>
            <w:gridSpan w:val="2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89097D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34" w:line="153" w:lineRule="exact"/>
              <w:ind w:left="532"/>
            </w:pPr>
            <w:r>
              <w:rPr>
                <w:rFonts w:ascii="Times New Roman" w:eastAsia="Times New Roman" w:hAnsi="Times New Roman" w:cs="Times New Roman"/>
                <w:color w:val="000000"/>
                <w:sz w:val="13"/>
                <w:lang w:val="ja-JP" w:eastAsia="ja-JP"/>
              </w:rPr>
              <w:t>A</w:t>
            </w:r>
          </w:p>
        </w:tc>
        <w:tc>
          <w:tcPr>
            <w:tcW w:w="92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C3DBD41" w14:textId="77777777" w:rsidR="00FB2F32" w:rsidRDefault="00FB2F32"/>
        </w:tc>
        <w:tc>
          <w:tcPr>
            <w:tcW w:w="630" w:type="dxa"/>
            <w:gridSpan w:val="2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7922CF8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4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41571" w14:textId="77777777" w:rsidR="00FB2F32" w:rsidRDefault="00FB2F32"/>
        </w:tc>
        <w:tc>
          <w:tcPr>
            <w:tcW w:w="72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C474061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90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DA927" w14:textId="77777777" w:rsidR="00FB2F32" w:rsidRDefault="00FB2F32"/>
        </w:tc>
        <w:tc>
          <w:tcPr>
            <w:tcW w:w="99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EDD76" w14:textId="77777777" w:rsidR="00FB2F32" w:rsidRDefault="00FB2F32"/>
        </w:tc>
        <w:tc>
          <w:tcPr>
            <w:tcW w:w="8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2DCB9" w14:textId="77777777" w:rsidR="00FB2F32" w:rsidRDefault="00FB2F32"/>
        </w:tc>
        <w:tc>
          <w:tcPr>
            <w:tcW w:w="9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A6B69" w14:textId="77777777" w:rsidR="00FB2F32" w:rsidRDefault="00FB2F32"/>
        </w:tc>
      </w:tr>
      <w:tr w:rsidR="00FB2F32" w14:paraId="7A7653FF" w14:textId="77777777">
        <w:trPr>
          <w:cantSplit/>
          <w:trHeight w:val="367"/>
        </w:trPr>
        <w:tc>
          <w:tcPr>
            <w:tcW w:w="3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D61C9F2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B8D01B6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8770D1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68" w:line="111" w:lineRule="exact"/>
              <w:ind w:left="90"/>
            </w:pPr>
            <w:r>
              <w:rPr>
                <w:rFonts w:ascii="ＭＳ Ｐ明朝" w:eastAsia="ＭＳ Ｐ明朝" w:hAnsi="ＭＳ Ｐ明朝" w:cs="ＭＳ Ｐ明朝"/>
                <w:color w:val="000000"/>
                <w:spacing w:val="-14"/>
                <w:sz w:val="10"/>
                <w:lang w:val="ja-JP" w:eastAsia="ja-JP"/>
              </w:rPr>
              <w:t>開発</w:t>
            </w:r>
            <w:r>
              <w:rPr>
                <w:rFonts w:ascii="ＭＳ Ｐ明朝" w:eastAsia="ＭＳ Ｐ明朝" w:hAnsi="ＭＳ Ｐ明朝" w:cs="ＭＳ Ｐ明朝"/>
                <w:color w:val="000000"/>
                <w:sz w:val="10"/>
                <w:lang w:val="ja-JP" w:eastAsia="ja-JP"/>
              </w:rPr>
              <w:t>前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5FFE9A1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5B287F4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D165389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C8F9BF0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C5E390E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5BF9306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17804D9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45EF776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A4842CE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137C9FA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nil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44C604E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928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11733C8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22A2FE8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4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77CD696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B410EE2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9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9E4DE80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C38ABA5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51D95EF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B0DC61F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27A8E014" w14:textId="77777777">
        <w:trPr>
          <w:cantSplit/>
          <w:trHeight w:val="358"/>
        </w:trPr>
        <w:tc>
          <w:tcPr>
            <w:tcW w:w="3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15B71" w14:textId="77777777" w:rsidR="00FB2F32" w:rsidRDefault="00FB2F32"/>
        </w:tc>
        <w:tc>
          <w:tcPr>
            <w:tcW w:w="5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DD6FF" w14:textId="77777777" w:rsidR="00FB2F32" w:rsidRDefault="00FB2F32"/>
        </w:tc>
        <w:tc>
          <w:tcPr>
            <w:tcW w:w="45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4D990E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68" w:line="111" w:lineRule="exact"/>
              <w:ind w:left="90"/>
            </w:pPr>
            <w:r>
              <w:rPr>
                <w:rFonts w:ascii="ＭＳ Ｐ明朝" w:eastAsia="ＭＳ Ｐ明朝" w:hAnsi="ＭＳ Ｐ明朝" w:cs="ＭＳ Ｐ明朝"/>
                <w:color w:val="000000"/>
                <w:spacing w:val="-14"/>
                <w:sz w:val="10"/>
                <w:lang w:val="ja-JP" w:eastAsia="ja-JP"/>
              </w:rPr>
              <w:t>開発</w:t>
            </w:r>
            <w:r>
              <w:rPr>
                <w:rFonts w:ascii="ＭＳ Ｐ明朝" w:eastAsia="ＭＳ Ｐ明朝" w:hAnsi="ＭＳ Ｐ明朝" w:cs="ＭＳ Ｐ明朝"/>
                <w:color w:val="000000"/>
                <w:sz w:val="10"/>
                <w:lang w:val="ja-JP" w:eastAsia="ja-JP"/>
              </w:rPr>
              <w:t>後</w:t>
            </w:r>
          </w:p>
        </w:tc>
        <w:tc>
          <w:tcPr>
            <w:tcW w:w="54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2F56C34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C44D09F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7043369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7352035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4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C215BA9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54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6C62407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45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A61253E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451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BDE895F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45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348F726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E4D8A" w14:textId="77777777" w:rsidR="00FB2F32" w:rsidRDefault="00FB2F32"/>
        </w:tc>
        <w:tc>
          <w:tcPr>
            <w:tcW w:w="699" w:type="dxa"/>
            <w:gridSpan w:val="2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316DB7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34" w:line="153" w:lineRule="exact"/>
              <w:ind w:left="532"/>
            </w:pPr>
            <w:r>
              <w:rPr>
                <w:rFonts w:ascii="Times New Roman" w:eastAsia="Times New Roman" w:hAnsi="Times New Roman" w:cs="Times New Roman"/>
                <w:color w:val="000000"/>
                <w:sz w:val="13"/>
                <w:lang w:val="ja-JP" w:eastAsia="ja-JP"/>
              </w:rPr>
              <w:t>A</w:t>
            </w:r>
          </w:p>
        </w:tc>
        <w:tc>
          <w:tcPr>
            <w:tcW w:w="92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94AE35F" w14:textId="77777777" w:rsidR="00FB2F32" w:rsidRDefault="00FB2F32"/>
        </w:tc>
        <w:tc>
          <w:tcPr>
            <w:tcW w:w="630" w:type="dxa"/>
            <w:gridSpan w:val="2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901577B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4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5C45A" w14:textId="77777777" w:rsidR="00FB2F32" w:rsidRDefault="00FB2F32"/>
        </w:tc>
        <w:tc>
          <w:tcPr>
            <w:tcW w:w="72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DCA9327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90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C0C91" w14:textId="77777777" w:rsidR="00FB2F32" w:rsidRDefault="00FB2F32"/>
        </w:tc>
        <w:tc>
          <w:tcPr>
            <w:tcW w:w="99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B08DE" w14:textId="77777777" w:rsidR="00FB2F32" w:rsidRDefault="00FB2F32"/>
        </w:tc>
        <w:tc>
          <w:tcPr>
            <w:tcW w:w="8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FFF98" w14:textId="77777777" w:rsidR="00FB2F32" w:rsidRDefault="00FB2F32"/>
        </w:tc>
        <w:tc>
          <w:tcPr>
            <w:tcW w:w="9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D46FB" w14:textId="77777777" w:rsidR="00FB2F32" w:rsidRDefault="00FB2F32"/>
        </w:tc>
      </w:tr>
    </w:tbl>
    <w:p w14:paraId="14A93164" w14:textId="77777777" w:rsidR="00FB2F32" w:rsidRDefault="00000000">
      <w:pPr>
        <w:widowControl w:val="0"/>
        <w:tabs>
          <w:tab w:val="left" w:pos="980"/>
        </w:tabs>
        <w:kinsoku w:val="0"/>
        <w:overflowPunct w:val="0"/>
        <w:autoSpaceDE w:val="0"/>
        <w:autoSpaceDN w:val="0"/>
        <w:snapToGrid w:val="0"/>
        <w:spacing w:before="104" w:line="198" w:lineRule="exact"/>
        <w:ind w:left="418"/>
        <w:rPr>
          <w:lang w:eastAsia="ja-JP"/>
        </w:rPr>
      </w:pPr>
      <w:r>
        <w:rPr>
          <w:rFonts w:ascii="ＭＳ Ｐ明朝" w:eastAsia="ＭＳ Ｐ明朝" w:hAnsi="ＭＳ Ｐ明朝" w:cs="ＭＳ Ｐ明朝"/>
          <w:color w:val="000000"/>
          <w:sz w:val="18"/>
          <w:lang w:val="ja-JP" w:eastAsia="ja-JP"/>
        </w:rPr>
        <w:t>注</w:t>
      </w:r>
      <w:r>
        <w:rPr>
          <w:rFonts w:ascii="ＭＳ Ｐ明朝" w:eastAsia="ＭＳ Ｐ明朝" w:hAnsi="ＭＳ Ｐ明朝" w:cs="ＭＳ Ｐ明朝"/>
          <w:color w:val="000000"/>
          <w:spacing w:val="-1"/>
          <w:sz w:val="18"/>
          <w:lang w:val="ja-JP" w:eastAsia="ja-JP"/>
        </w:rPr>
        <w:t>）</w:t>
      </w:r>
      <w:r>
        <w:rPr>
          <w:rFonts w:ascii="ＭＳ Ｐ明朝" w:eastAsia="ＭＳ Ｐ明朝" w:hAnsi="ＭＳ Ｐ明朝" w:cs="ＭＳ Ｐ明朝"/>
          <w:color w:val="000000"/>
          <w:sz w:val="18"/>
          <w:lang w:val="ja-JP" w:eastAsia="ja-JP"/>
        </w:rPr>
        <w:t>１</w:t>
      </w:r>
      <w:r>
        <w:rPr>
          <w:rFonts w:ascii="ＭＳ Ｐ明朝" w:eastAsia="ＭＳ Ｐ明朝" w:hAnsi="ＭＳ Ｐ明朝" w:cs="ＭＳ Ｐ明朝"/>
          <w:color w:val="000000"/>
          <w:sz w:val="18"/>
          <w:lang w:val="ja-JP" w:eastAsia="ja-JP"/>
        </w:rPr>
        <w:tab/>
        <w:t>調</w:t>
      </w:r>
      <w:r>
        <w:rPr>
          <w:rFonts w:ascii="ＭＳ Ｐ明朝" w:eastAsia="ＭＳ Ｐ明朝" w:hAnsi="ＭＳ Ｐ明朝" w:cs="ＭＳ Ｐ明朝"/>
          <w:color w:val="000000"/>
          <w:spacing w:val="2"/>
          <w:sz w:val="18"/>
          <w:lang w:val="ja-JP" w:eastAsia="ja-JP"/>
        </w:rPr>
        <w:t>査</w:t>
      </w:r>
      <w:r>
        <w:rPr>
          <w:rFonts w:ascii="ＭＳ Ｐ明朝" w:eastAsia="ＭＳ Ｐ明朝" w:hAnsi="ＭＳ Ｐ明朝" w:cs="ＭＳ Ｐ明朝"/>
          <w:color w:val="000000"/>
          <w:spacing w:val="1"/>
          <w:sz w:val="18"/>
          <w:lang w:val="ja-JP" w:eastAsia="ja-JP"/>
        </w:rPr>
        <w:t>は</w:t>
      </w:r>
      <w:r>
        <w:rPr>
          <w:rFonts w:ascii="ＭＳ Ｐ明朝" w:eastAsia="ＭＳ Ｐ明朝" w:hAnsi="ＭＳ Ｐ明朝" w:cs="ＭＳ Ｐ明朝"/>
          <w:color w:val="000000"/>
          <w:sz w:val="18"/>
          <w:lang w:val="ja-JP" w:eastAsia="ja-JP"/>
        </w:rPr>
        <w:t>、</w:t>
      </w:r>
      <w:r>
        <w:rPr>
          <w:rFonts w:ascii="ＭＳ Ｐ明朝" w:eastAsia="ＭＳ Ｐ明朝" w:hAnsi="ＭＳ Ｐ明朝" w:cs="ＭＳ Ｐ明朝"/>
          <w:color w:val="000000"/>
          <w:spacing w:val="-1"/>
          <w:sz w:val="18"/>
          <w:lang w:val="ja-JP" w:eastAsia="ja-JP"/>
        </w:rPr>
        <w:t>１</w:t>
      </w:r>
      <w:r>
        <w:rPr>
          <w:rFonts w:ascii="ＭＳ Ｐ明朝" w:eastAsia="ＭＳ Ｐ明朝" w:hAnsi="ＭＳ Ｐ明朝" w:cs="ＭＳ Ｐ明朝"/>
          <w:color w:val="000000"/>
          <w:spacing w:val="2"/>
          <w:sz w:val="18"/>
          <w:lang w:val="ja-JP" w:eastAsia="ja-JP"/>
        </w:rPr>
        <w:t>％</w:t>
      </w:r>
      <w:r>
        <w:rPr>
          <w:rFonts w:ascii="ＭＳ Ｐ明朝" w:eastAsia="ＭＳ Ｐ明朝" w:hAnsi="ＭＳ Ｐ明朝" w:cs="ＭＳ Ｐ明朝"/>
          <w:color w:val="000000"/>
          <w:sz w:val="18"/>
          <w:lang w:val="ja-JP" w:eastAsia="ja-JP"/>
        </w:rPr>
        <w:t>の流</w:t>
      </w:r>
      <w:r>
        <w:rPr>
          <w:rFonts w:ascii="ＭＳ Ｐ明朝" w:eastAsia="ＭＳ Ｐ明朝" w:hAnsi="ＭＳ Ｐ明朝" w:cs="ＭＳ Ｐ明朝"/>
          <w:color w:val="000000"/>
          <w:spacing w:val="2"/>
          <w:sz w:val="18"/>
          <w:lang w:val="ja-JP" w:eastAsia="ja-JP"/>
        </w:rPr>
        <w:t>量</w:t>
      </w:r>
      <w:r>
        <w:rPr>
          <w:rFonts w:ascii="ＭＳ Ｐ明朝" w:eastAsia="ＭＳ Ｐ明朝" w:hAnsi="ＭＳ Ｐ明朝" w:cs="ＭＳ Ｐ明朝"/>
          <w:color w:val="000000"/>
          <w:sz w:val="18"/>
          <w:lang w:val="ja-JP" w:eastAsia="ja-JP"/>
        </w:rPr>
        <w:t>増が解</w:t>
      </w:r>
      <w:r>
        <w:rPr>
          <w:rFonts w:ascii="ＭＳ Ｐ明朝" w:eastAsia="ＭＳ Ｐ明朝" w:hAnsi="ＭＳ Ｐ明朝" w:cs="ＭＳ Ｐ明朝"/>
          <w:color w:val="000000"/>
          <w:spacing w:val="2"/>
          <w:sz w:val="18"/>
          <w:lang w:val="ja-JP" w:eastAsia="ja-JP"/>
        </w:rPr>
        <w:t>消</w:t>
      </w:r>
      <w:r>
        <w:rPr>
          <w:rFonts w:ascii="ＭＳ Ｐ明朝" w:eastAsia="ＭＳ Ｐ明朝" w:hAnsi="ＭＳ Ｐ明朝" w:cs="ＭＳ Ｐ明朝"/>
          <w:color w:val="000000"/>
          <w:spacing w:val="-1"/>
          <w:sz w:val="18"/>
          <w:lang w:val="ja-JP" w:eastAsia="ja-JP"/>
        </w:rPr>
        <w:t>さ</w:t>
      </w:r>
      <w:r>
        <w:rPr>
          <w:rFonts w:ascii="ＭＳ Ｐ明朝" w:eastAsia="ＭＳ Ｐ明朝" w:hAnsi="ＭＳ Ｐ明朝" w:cs="ＭＳ Ｐ明朝"/>
          <w:color w:val="000000"/>
          <w:sz w:val="18"/>
          <w:lang w:val="ja-JP" w:eastAsia="ja-JP"/>
        </w:rPr>
        <w:t>れ</w:t>
      </w:r>
      <w:r>
        <w:rPr>
          <w:rFonts w:ascii="ＭＳ Ｐ明朝" w:eastAsia="ＭＳ Ｐ明朝" w:hAnsi="ＭＳ Ｐ明朝" w:cs="ＭＳ Ｐ明朝"/>
          <w:color w:val="000000"/>
          <w:spacing w:val="1"/>
          <w:sz w:val="18"/>
          <w:lang w:val="ja-JP" w:eastAsia="ja-JP"/>
        </w:rPr>
        <w:t>る</w:t>
      </w:r>
      <w:r>
        <w:rPr>
          <w:rFonts w:ascii="ＭＳ Ｐ明朝" w:eastAsia="ＭＳ Ｐ明朝" w:hAnsi="ＭＳ Ｐ明朝" w:cs="ＭＳ Ｐ明朝"/>
          <w:color w:val="000000"/>
          <w:sz w:val="18"/>
          <w:lang w:val="ja-JP" w:eastAsia="ja-JP"/>
        </w:rPr>
        <w:t>地</w:t>
      </w:r>
      <w:r>
        <w:rPr>
          <w:rFonts w:ascii="ＭＳ Ｐ明朝" w:eastAsia="ＭＳ Ｐ明朝" w:hAnsi="ＭＳ Ｐ明朝" w:cs="ＭＳ Ｐ明朝"/>
          <w:color w:val="000000"/>
          <w:spacing w:val="2"/>
          <w:sz w:val="18"/>
          <w:lang w:val="ja-JP" w:eastAsia="ja-JP"/>
        </w:rPr>
        <w:t>点</w:t>
      </w:r>
      <w:r>
        <w:rPr>
          <w:rFonts w:ascii="ＭＳ Ｐ明朝" w:eastAsia="ＭＳ Ｐ明朝" w:hAnsi="ＭＳ Ｐ明朝" w:cs="ＭＳ Ｐ明朝"/>
          <w:color w:val="000000"/>
          <w:sz w:val="18"/>
          <w:lang w:val="ja-JP" w:eastAsia="ja-JP"/>
        </w:rPr>
        <w:t>ま</w:t>
      </w:r>
      <w:r>
        <w:rPr>
          <w:rFonts w:ascii="ＭＳ Ｐ明朝" w:eastAsia="ＭＳ Ｐ明朝" w:hAnsi="ＭＳ Ｐ明朝" w:cs="ＭＳ Ｐ明朝"/>
          <w:color w:val="000000"/>
          <w:spacing w:val="-1"/>
          <w:sz w:val="18"/>
          <w:lang w:val="ja-JP" w:eastAsia="ja-JP"/>
        </w:rPr>
        <w:t>で</w:t>
      </w:r>
      <w:r>
        <w:rPr>
          <w:rFonts w:ascii="ＭＳ Ｐ明朝" w:eastAsia="ＭＳ Ｐ明朝" w:hAnsi="ＭＳ Ｐ明朝" w:cs="ＭＳ Ｐ明朝"/>
          <w:color w:val="000000"/>
          <w:spacing w:val="2"/>
          <w:sz w:val="18"/>
          <w:lang w:val="ja-JP" w:eastAsia="ja-JP"/>
        </w:rPr>
        <w:t>実</w:t>
      </w:r>
      <w:r>
        <w:rPr>
          <w:rFonts w:ascii="ＭＳ Ｐ明朝" w:eastAsia="ＭＳ Ｐ明朝" w:hAnsi="ＭＳ Ｐ明朝" w:cs="ＭＳ Ｐ明朝"/>
          <w:color w:val="000000"/>
          <w:sz w:val="18"/>
          <w:lang w:val="ja-JP" w:eastAsia="ja-JP"/>
        </w:rPr>
        <w:t>施</w:t>
      </w:r>
      <w:r>
        <w:rPr>
          <w:rFonts w:ascii="ＭＳ Ｐ明朝" w:eastAsia="ＭＳ Ｐ明朝" w:hAnsi="ＭＳ Ｐ明朝" w:cs="ＭＳ Ｐ明朝"/>
          <w:color w:val="000000"/>
          <w:spacing w:val="-1"/>
          <w:sz w:val="18"/>
          <w:lang w:val="ja-JP" w:eastAsia="ja-JP"/>
        </w:rPr>
        <w:t>し</w:t>
      </w:r>
      <w:r>
        <w:rPr>
          <w:rFonts w:ascii="ＭＳ Ｐ明朝" w:eastAsia="ＭＳ Ｐ明朝" w:hAnsi="ＭＳ Ｐ明朝" w:cs="ＭＳ Ｐ明朝"/>
          <w:color w:val="000000"/>
          <w:spacing w:val="1"/>
          <w:sz w:val="18"/>
          <w:lang w:val="ja-JP" w:eastAsia="ja-JP"/>
        </w:rPr>
        <w:t>て</w:t>
      </w:r>
      <w:r>
        <w:rPr>
          <w:rFonts w:ascii="ＭＳ Ｐ明朝" w:eastAsia="ＭＳ Ｐ明朝" w:hAnsi="ＭＳ Ｐ明朝" w:cs="ＭＳ Ｐ明朝"/>
          <w:color w:val="000000"/>
          <w:spacing w:val="-1"/>
          <w:sz w:val="18"/>
          <w:lang w:val="ja-JP" w:eastAsia="ja-JP"/>
        </w:rPr>
        <w:t>く</w:t>
      </w:r>
      <w:r>
        <w:rPr>
          <w:rFonts w:ascii="ＭＳ Ｐ明朝" w:eastAsia="ＭＳ Ｐ明朝" w:hAnsi="ＭＳ Ｐ明朝" w:cs="ＭＳ Ｐ明朝"/>
          <w:color w:val="000000"/>
          <w:spacing w:val="2"/>
          <w:sz w:val="18"/>
          <w:lang w:val="ja-JP" w:eastAsia="ja-JP"/>
        </w:rPr>
        <w:t>だ</w:t>
      </w:r>
      <w:r>
        <w:rPr>
          <w:rFonts w:ascii="ＭＳ Ｐ明朝" w:eastAsia="ＭＳ Ｐ明朝" w:hAnsi="ＭＳ Ｐ明朝" w:cs="ＭＳ Ｐ明朝"/>
          <w:color w:val="000000"/>
          <w:spacing w:val="-1"/>
          <w:sz w:val="18"/>
          <w:lang w:val="ja-JP" w:eastAsia="ja-JP"/>
        </w:rPr>
        <w:t>さ</w:t>
      </w:r>
      <w:r>
        <w:rPr>
          <w:rFonts w:ascii="ＭＳ Ｐ明朝" w:eastAsia="ＭＳ Ｐ明朝" w:hAnsi="ＭＳ Ｐ明朝" w:cs="ＭＳ Ｐ明朝"/>
          <w:color w:val="000000"/>
          <w:spacing w:val="1"/>
          <w:sz w:val="18"/>
          <w:lang w:val="ja-JP" w:eastAsia="ja-JP"/>
        </w:rPr>
        <w:t>い</w:t>
      </w:r>
      <w:r>
        <w:rPr>
          <w:rFonts w:ascii="ＭＳ Ｐ明朝" w:eastAsia="ＭＳ Ｐ明朝" w:hAnsi="ＭＳ Ｐ明朝" w:cs="ＭＳ Ｐ明朝"/>
          <w:color w:val="000000"/>
          <w:sz w:val="18"/>
          <w:lang w:val="ja-JP" w:eastAsia="ja-JP"/>
        </w:rPr>
        <w:t>。</w:t>
      </w:r>
    </w:p>
    <w:p w14:paraId="39D87FCD" w14:textId="77777777" w:rsidR="00FB2F32" w:rsidRDefault="00000000" w:rsidP="000020E5">
      <w:pPr>
        <w:widowControl w:val="0"/>
        <w:tabs>
          <w:tab w:val="left" w:pos="975"/>
        </w:tabs>
        <w:kinsoku w:val="0"/>
        <w:overflowPunct w:val="0"/>
        <w:autoSpaceDE w:val="0"/>
        <w:autoSpaceDN w:val="0"/>
        <w:snapToGrid w:val="0"/>
        <w:spacing w:line="198" w:lineRule="exact"/>
        <w:ind w:leftChars="354" w:left="708" w:firstLine="1"/>
        <w:rPr>
          <w:lang w:eastAsia="ja-JP"/>
        </w:rPr>
      </w:pPr>
      <w:r>
        <w:rPr>
          <w:rFonts w:ascii="ＭＳ Ｐ明朝" w:eastAsia="ＭＳ Ｐ明朝" w:hAnsi="ＭＳ Ｐ明朝" w:cs="ＭＳ Ｐ明朝"/>
          <w:color w:val="000000"/>
          <w:sz w:val="18"/>
          <w:lang w:val="ja-JP" w:eastAsia="ja-JP"/>
        </w:rPr>
        <w:t>２</w:t>
      </w:r>
      <w:r>
        <w:rPr>
          <w:rFonts w:ascii="ＭＳ Ｐ明朝" w:eastAsia="ＭＳ Ｐ明朝" w:hAnsi="ＭＳ Ｐ明朝" w:cs="ＭＳ Ｐ明朝"/>
          <w:color w:val="000000"/>
          <w:sz w:val="18"/>
          <w:lang w:val="ja-JP" w:eastAsia="ja-JP"/>
        </w:rPr>
        <w:tab/>
        <w:t>上記</w:t>
      </w:r>
      <w:r>
        <w:rPr>
          <w:rFonts w:ascii="ＭＳ Ｐ明朝" w:eastAsia="ＭＳ Ｐ明朝" w:hAnsi="ＭＳ Ｐ明朝" w:cs="ＭＳ Ｐ明朝"/>
          <w:color w:val="000000"/>
          <w:spacing w:val="2"/>
          <w:sz w:val="18"/>
          <w:lang w:val="ja-JP" w:eastAsia="ja-JP"/>
        </w:rPr>
        <w:t>表</w:t>
      </w:r>
      <w:r>
        <w:rPr>
          <w:rFonts w:ascii="ＭＳ Ｐ明朝" w:eastAsia="ＭＳ Ｐ明朝" w:hAnsi="ＭＳ Ｐ明朝" w:cs="ＭＳ Ｐ明朝"/>
          <w:color w:val="000000"/>
          <w:sz w:val="18"/>
          <w:lang w:val="ja-JP" w:eastAsia="ja-JP"/>
        </w:rPr>
        <w:t>の算</w:t>
      </w:r>
      <w:r>
        <w:rPr>
          <w:rFonts w:ascii="ＭＳ Ｐ明朝" w:eastAsia="ＭＳ Ｐ明朝" w:hAnsi="ＭＳ Ｐ明朝" w:cs="ＭＳ Ｐ明朝"/>
          <w:color w:val="000000"/>
          <w:spacing w:val="2"/>
          <w:sz w:val="18"/>
          <w:lang w:val="ja-JP" w:eastAsia="ja-JP"/>
        </w:rPr>
        <w:t>出</w:t>
      </w:r>
      <w:r>
        <w:rPr>
          <w:rFonts w:ascii="ＭＳ Ｐ明朝" w:eastAsia="ＭＳ Ｐ明朝" w:hAnsi="ＭＳ Ｐ明朝" w:cs="ＭＳ Ｐ明朝"/>
          <w:color w:val="000000"/>
          <w:sz w:val="18"/>
          <w:lang w:val="ja-JP" w:eastAsia="ja-JP"/>
        </w:rPr>
        <w:t>根拠資</w:t>
      </w:r>
      <w:r>
        <w:rPr>
          <w:rFonts w:ascii="ＭＳ Ｐ明朝" w:eastAsia="ＭＳ Ｐ明朝" w:hAnsi="ＭＳ Ｐ明朝" w:cs="ＭＳ Ｐ明朝"/>
          <w:color w:val="000000"/>
          <w:spacing w:val="2"/>
          <w:sz w:val="18"/>
          <w:lang w:val="ja-JP" w:eastAsia="ja-JP"/>
        </w:rPr>
        <w:t>料</w:t>
      </w:r>
      <w:r>
        <w:rPr>
          <w:rFonts w:ascii="ＭＳ Ｐ明朝" w:eastAsia="ＭＳ Ｐ明朝" w:hAnsi="ＭＳ Ｐ明朝" w:cs="ＭＳ Ｐ明朝"/>
          <w:color w:val="000000"/>
          <w:sz w:val="18"/>
          <w:lang w:val="ja-JP" w:eastAsia="ja-JP"/>
        </w:rPr>
        <w:t>を添</w:t>
      </w:r>
      <w:r>
        <w:rPr>
          <w:rFonts w:ascii="ＭＳ Ｐ明朝" w:eastAsia="ＭＳ Ｐ明朝" w:hAnsi="ＭＳ Ｐ明朝" w:cs="ＭＳ Ｐ明朝"/>
          <w:color w:val="000000"/>
          <w:spacing w:val="2"/>
          <w:sz w:val="18"/>
          <w:lang w:val="ja-JP" w:eastAsia="ja-JP"/>
        </w:rPr>
        <w:t>付</w:t>
      </w:r>
      <w:r>
        <w:rPr>
          <w:rFonts w:ascii="ＭＳ Ｐ明朝" w:eastAsia="ＭＳ Ｐ明朝" w:hAnsi="ＭＳ Ｐ明朝" w:cs="ＭＳ Ｐ明朝"/>
          <w:color w:val="000000"/>
          <w:spacing w:val="-1"/>
          <w:sz w:val="18"/>
          <w:lang w:val="ja-JP" w:eastAsia="ja-JP"/>
        </w:rPr>
        <w:t>し</w:t>
      </w:r>
      <w:r>
        <w:rPr>
          <w:rFonts w:ascii="ＭＳ Ｐ明朝" w:eastAsia="ＭＳ Ｐ明朝" w:hAnsi="ＭＳ Ｐ明朝" w:cs="ＭＳ Ｐ明朝"/>
          <w:color w:val="000000"/>
          <w:spacing w:val="1"/>
          <w:sz w:val="18"/>
          <w:lang w:val="ja-JP" w:eastAsia="ja-JP"/>
        </w:rPr>
        <w:t>て</w:t>
      </w:r>
      <w:r>
        <w:rPr>
          <w:rFonts w:ascii="ＭＳ Ｐ明朝" w:eastAsia="ＭＳ Ｐ明朝" w:hAnsi="ＭＳ Ｐ明朝" w:cs="ＭＳ Ｐ明朝"/>
          <w:color w:val="000000"/>
          <w:spacing w:val="-1"/>
          <w:sz w:val="18"/>
          <w:lang w:val="ja-JP" w:eastAsia="ja-JP"/>
        </w:rPr>
        <w:t>く</w:t>
      </w:r>
      <w:r>
        <w:rPr>
          <w:rFonts w:ascii="ＭＳ Ｐ明朝" w:eastAsia="ＭＳ Ｐ明朝" w:hAnsi="ＭＳ Ｐ明朝" w:cs="ＭＳ Ｐ明朝"/>
          <w:color w:val="000000"/>
          <w:sz w:val="18"/>
          <w:lang w:val="ja-JP" w:eastAsia="ja-JP"/>
        </w:rPr>
        <w:t>だ</w:t>
      </w:r>
      <w:r>
        <w:rPr>
          <w:rFonts w:ascii="ＭＳ Ｐ明朝" w:eastAsia="ＭＳ Ｐ明朝" w:hAnsi="ＭＳ Ｐ明朝" w:cs="ＭＳ Ｐ明朝"/>
          <w:color w:val="000000"/>
          <w:spacing w:val="1"/>
          <w:sz w:val="18"/>
          <w:lang w:val="ja-JP" w:eastAsia="ja-JP"/>
        </w:rPr>
        <w:t>さい</w:t>
      </w:r>
      <w:r>
        <w:rPr>
          <w:rFonts w:ascii="ＭＳ Ｐ明朝" w:eastAsia="ＭＳ Ｐ明朝" w:hAnsi="ＭＳ Ｐ明朝" w:cs="ＭＳ Ｐ明朝"/>
          <w:color w:val="000000"/>
          <w:sz w:val="18"/>
          <w:lang w:val="ja-JP" w:eastAsia="ja-JP"/>
        </w:rPr>
        <w:t>。</w:t>
      </w:r>
    </w:p>
    <w:p w14:paraId="41ABB756" w14:textId="77777777" w:rsidR="00FB2F32" w:rsidRDefault="00FB2F32">
      <w:pPr>
        <w:widowControl w:val="0"/>
        <w:kinsoku w:val="0"/>
        <w:overflowPunct w:val="0"/>
        <w:autoSpaceDE w:val="0"/>
        <w:autoSpaceDN w:val="0"/>
        <w:snapToGrid w:val="0"/>
        <w:spacing w:line="20" w:lineRule="exact"/>
        <w:rPr>
          <w:lang w:eastAsia="ja-JP"/>
        </w:rPr>
        <w:sectPr w:rsidR="00FB2F32">
          <w:footerReference w:type="default" r:id="rId18"/>
          <w:pgSz w:w="16838" w:h="11906" w:orient="landscape"/>
          <w:pgMar w:top="700" w:right="460" w:bottom="960" w:left="1000" w:header="240" w:footer="800" w:gutter="0"/>
          <w:cols w:space="720"/>
          <w:docGrid w:linePitch="360"/>
        </w:sectPr>
      </w:pPr>
    </w:p>
    <w:p w14:paraId="73A52C3D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717" w:line="211" w:lineRule="exact"/>
        <w:ind w:left="418"/>
      </w:pPr>
      <w:r w:rsidRPr="000020E5">
        <w:rPr>
          <w:rFonts w:eastAsia="ＭＳ 明朝" w:cs="ＭＳ 明朝"/>
          <w:color w:val="000000"/>
          <w:spacing w:val="41"/>
          <w:sz w:val="19"/>
          <w:lang w:eastAsia="ja-JP"/>
        </w:rPr>
        <w:lastRenderedPageBreak/>
        <w:t>（</w:t>
      </w:r>
      <w:r>
        <w:rPr>
          <w:rFonts w:eastAsia="ＭＳ 明朝" w:cs="ＭＳ 明朝"/>
          <w:color w:val="000000"/>
          <w:spacing w:val="41"/>
          <w:sz w:val="19"/>
          <w:lang w:val="ja-JP" w:eastAsia="ja-JP"/>
        </w:rPr>
        <w:t>参考様</w:t>
      </w:r>
      <w:r>
        <w:rPr>
          <w:rFonts w:eastAsia="ＭＳ 明朝" w:cs="ＭＳ 明朝"/>
          <w:color w:val="000000"/>
          <w:spacing w:val="43"/>
          <w:sz w:val="19"/>
          <w:lang w:val="ja-JP" w:eastAsia="ja-JP"/>
        </w:rPr>
        <w:t>式</w:t>
      </w:r>
      <w:r w:rsidRPr="000020E5">
        <w:rPr>
          <w:rFonts w:eastAsia="ＭＳ 明朝" w:cs="ＭＳ 明朝"/>
          <w:color w:val="000000"/>
          <w:spacing w:val="41"/>
          <w:sz w:val="19"/>
          <w:lang w:eastAsia="ja-JP"/>
        </w:rPr>
        <w:t>７</w:t>
      </w:r>
      <w:r w:rsidRPr="000020E5">
        <w:rPr>
          <w:rFonts w:eastAsia="ＭＳ 明朝" w:cs="ＭＳ 明朝"/>
          <w:color w:val="000000"/>
          <w:sz w:val="19"/>
          <w:lang w:eastAsia="ja-JP"/>
        </w:rPr>
        <w:t>）</w:t>
      </w:r>
    </w:p>
    <w:p w14:paraId="229F23BD" w14:textId="77777777" w:rsidR="00FB2F32" w:rsidRDefault="00000000">
      <w:pPr>
        <w:widowControl w:val="0"/>
        <w:tabs>
          <w:tab w:val="left" w:pos="4899"/>
          <w:tab w:val="left" w:pos="5852"/>
          <w:tab w:val="left" w:pos="6802"/>
          <w:tab w:val="left" w:pos="7755"/>
          <w:tab w:val="left" w:pos="8706"/>
          <w:tab w:val="left" w:pos="9658"/>
          <w:tab w:val="left" w:pos="10609"/>
        </w:tabs>
        <w:kinsoku w:val="0"/>
        <w:overflowPunct w:val="0"/>
        <w:autoSpaceDE w:val="0"/>
        <w:autoSpaceDN w:val="0"/>
        <w:snapToGrid w:val="0"/>
        <w:spacing w:before="30" w:line="309" w:lineRule="exact"/>
        <w:ind w:left="3946"/>
      </w:pPr>
      <w:r>
        <w:rPr>
          <w:rFonts w:eastAsia="ＭＳ 明朝" w:cs="ＭＳ 明朝"/>
          <w:color w:val="000000"/>
          <w:sz w:val="28"/>
          <w:lang w:val="ja-JP" w:eastAsia="ja-JP"/>
        </w:rPr>
        <w:t>水</w:t>
      </w:r>
      <w:r w:rsidRPr="000020E5">
        <w:rPr>
          <w:rFonts w:eastAsia="ＭＳ 明朝" w:cs="ＭＳ 明朝"/>
          <w:color w:val="000000"/>
          <w:sz w:val="28"/>
          <w:lang w:eastAsia="ja-JP"/>
        </w:rPr>
        <w:tab/>
      </w:r>
      <w:r>
        <w:rPr>
          <w:rFonts w:eastAsia="ＭＳ 明朝" w:cs="ＭＳ 明朝"/>
          <w:color w:val="000000"/>
          <w:sz w:val="28"/>
          <w:lang w:val="ja-JP" w:eastAsia="ja-JP"/>
        </w:rPr>
        <w:t>利</w:t>
      </w:r>
      <w:r w:rsidRPr="000020E5">
        <w:rPr>
          <w:rFonts w:eastAsia="ＭＳ 明朝" w:cs="ＭＳ 明朝"/>
          <w:color w:val="000000"/>
          <w:sz w:val="28"/>
          <w:lang w:eastAsia="ja-JP"/>
        </w:rPr>
        <w:tab/>
      </w:r>
      <w:r>
        <w:rPr>
          <w:rFonts w:eastAsia="ＭＳ 明朝" w:cs="ＭＳ 明朝"/>
          <w:color w:val="000000"/>
          <w:sz w:val="28"/>
          <w:lang w:val="ja-JP" w:eastAsia="ja-JP"/>
        </w:rPr>
        <w:t>用</w:t>
      </w:r>
      <w:r w:rsidRPr="000020E5">
        <w:rPr>
          <w:rFonts w:eastAsia="ＭＳ 明朝" w:cs="ＭＳ 明朝"/>
          <w:color w:val="000000"/>
          <w:sz w:val="28"/>
          <w:lang w:eastAsia="ja-JP"/>
        </w:rPr>
        <w:tab/>
      </w:r>
      <w:r>
        <w:rPr>
          <w:rFonts w:eastAsia="ＭＳ 明朝" w:cs="ＭＳ 明朝"/>
          <w:color w:val="000000"/>
          <w:sz w:val="28"/>
          <w:lang w:val="ja-JP" w:eastAsia="ja-JP"/>
        </w:rPr>
        <w:t>実</w:t>
      </w:r>
      <w:r w:rsidRPr="000020E5">
        <w:rPr>
          <w:rFonts w:eastAsia="ＭＳ 明朝" w:cs="ＭＳ 明朝"/>
          <w:color w:val="000000"/>
          <w:sz w:val="28"/>
          <w:lang w:eastAsia="ja-JP"/>
        </w:rPr>
        <w:tab/>
      </w:r>
      <w:r>
        <w:rPr>
          <w:rFonts w:eastAsia="ＭＳ 明朝" w:cs="ＭＳ 明朝"/>
          <w:color w:val="000000"/>
          <w:sz w:val="28"/>
          <w:lang w:val="ja-JP" w:eastAsia="ja-JP"/>
        </w:rPr>
        <w:t>態</w:t>
      </w:r>
      <w:r w:rsidRPr="000020E5">
        <w:rPr>
          <w:rFonts w:eastAsia="ＭＳ 明朝" w:cs="ＭＳ 明朝"/>
          <w:color w:val="000000"/>
          <w:sz w:val="28"/>
          <w:lang w:eastAsia="ja-JP"/>
        </w:rPr>
        <w:tab/>
      </w:r>
      <w:r>
        <w:rPr>
          <w:rFonts w:eastAsia="ＭＳ 明朝" w:cs="ＭＳ 明朝"/>
          <w:color w:val="000000"/>
          <w:sz w:val="28"/>
          <w:lang w:val="ja-JP" w:eastAsia="ja-JP"/>
        </w:rPr>
        <w:t>整</w:t>
      </w:r>
      <w:r w:rsidRPr="000020E5">
        <w:rPr>
          <w:rFonts w:eastAsia="ＭＳ 明朝" w:cs="ＭＳ 明朝"/>
          <w:color w:val="000000"/>
          <w:sz w:val="28"/>
          <w:lang w:eastAsia="ja-JP"/>
        </w:rPr>
        <w:tab/>
      </w:r>
      <w:r>
        <w:rPr>
          <w:rFonts w:eastAsia="ＭＳ 明朝" w:cs="ＭＳ 明朝"/>
          <w:color w:val="000000"/>
          <w:sz w:val="28"/>
          <w:lang w:val="ja-JP" w:eastAsia="ja-JP"/>
        </w:rPr>
        <w:t>理</w:t>
      </w:r>
      <w:r w:rsidRPr="000020E5">
        <w:rPr>
          <w:rFonts w:eastAsia="ＭＳ 明朝" w:cs="ＭＳ 明朝"/>
          <w:color w:val="000000"/>
          <w:sz w:val="28"/>
          <w:lang w:eastAsia="ja-JP"/>
        </w:rPr>
        <w:tab/>
      </w:r>
      <w:r>
        <w:rPr>
          <w:rFonts w:eastAsia="ＭＳ 明朝" w:cs="ＭＳ 明朝"/>
          <w:color w:val="000000"/>
          <w:sz w:val="28"/>
          <w:lang w:val="ja-JP" w:eastAsia="ja-JP"/>
        </w:rPr>
        <w:t>表</w:t>
      </w:r>
    </w:p>
    <w:p w14:paraId="4E2ABBA3" w14:textId="77777777" w:rsidR="00FB2F32" w:rsidRDefault="00FB2F32">
      <w:pPr>
        <w:widowControl w:val="0"/>
        <w:kinsoku w:val="0"/>
        <w:overflowPunct w:val="0"/>
        <w:autoSpaceDE w:val="0"/>
        <w:autoSpaceDN w:val="0"/>
        <w:snapToGrid w:val="0"/>
        <w:spacing w:line="117" w:lineRule="exact"/>
      </w:pPr>
    </w:p>
    <w:tbl>
      <w:tblPr>
        <w:tblW w:w="13771" w:type="dxa"/>
        <w:tblInd w:w="53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700"/>
        <w:gridCol w:w="934"/>
        <w:gridCol w:w="2100"/>
        <w:gridCol w:w="2801"/>
        <w:gridCol w:w="3266"/>
        <w:gridCol w:w="3970"/>
      </w:tblGrid>
      <w:tr w:rsidR="00FB2F32" w14:paraId="71A29E8A" w14:textId="77777777">
        <w:trPr>
          <w:cantSplit/>
          <w:trHeight w:val="469"/>
        </w:trPr>
        <w:tc>
          <w:tcPr>
            <w:tcW w:w="137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6D3BF9" w14:textId="77777777" w:rsidR="00FB2F32" w:rsidRDefault="00000000">
            <w:pPr>
              <w:widowControl w:val="0"/>
              <w:tabs>
                <w:tab w:val="left" w:pos="5600"/>
                <w:tab w:val="left" w:pos="7818"/>
                <w:tab w:val="left" w:pos="10036"/>
              </w:tabs>
              <w:kinsoku w:val="0"/>
              <w:overflowPunct w:val="0"/>
              <w:autoSpaceDE w:val="0"/>
              <w:autoSpaceDN w:val="0"/>
              <w:snapToGrid w:val="0"/>
              <w:spacing w:before="144" w:line="211" w:lineRule="exact"/>
              <w:ind w:left="3383"/>
            </w:pPr>
            <w:r>
              <w:rPr>
                <w:rFonts w:ascii="ＭＳ ゴシック" w:eastAsia="ＭＳ ゴシック" w:hAnsi="ＭＳ ゴシック" w:cs="ＭＳ ゴシック"/>
                <w:color w:val="000000"/>
                <w:sz w:val="19"/>
                <w:lang w:val="ja-JP" w:eastAsia="ja-JP"/>
              </w:rPr>
              <w:t>水</w:t>
            </w:r>
            <w:r>
              <w:rPr>
                <w:rFonts w:ascii="ＭＳ ゴシック" w:eastAsia="ＭＳ ゴシック" w:hAnsi="ＭＳ ゴシック" w:cs="ＭＳ ゴシック"/>
                <w:color w:val="000000"/>
                <w:sz w:val="19"/>
                <w:lang w:val="ja-JP" w:eastAsia="ja-JP"/>
              </w:rPr>
              <w:tab/>
              <w:t>の</w:t>
            </w:r>
            <w:r>
              <w:rPr>
                <w:rFonts w:ascii="ＭＳ ゴシック" w:eastAsia="ＭＳ ゴシック" w:hAnsi="ＭＳ ゴシック" w:cs="ＭＳ ゴシック"/>
                <w:color w:val="000000"/>
                <w:sz w:val="19"/>
                <w:lang w:val="ja-JP" w:eastAsia="ja-JP"/>
              </w:rPr>
              <w:tab/>
              <w:t>確</w:t>
            </w:r>
            <w:r>
              <w:rPr>
                <w:rFonts w:ascii="ＭＳ ゴシック" w:eastAsia="ＭＳ ゴシック" w:hAnsi="ＭＳ ゴシック" w:cs="ＭＳ ゴシック"/>
                <w:color w:val="000000"/>
                <w:sz w:val="19"/>
                <w:lang w:val="ja-JP" w:eastAsia="ja-JP"/>
              </w:rPr>
              <w:tab/>
              <w:t>保</w:t>
            </w:r>
          </w:p>
        </w:tc>
      </w:tr>
      <w:tr w:rsidR="00FB2F32" w14:paraId="3F782312" w14:textId="77777777">
        <w:trPr>
          <w:cantSplit/>
          <w:trHeight w:val="467"/>
        </w:trPr>
        <w:tc>
          <w:tcPr>
            <w:tcW w:w="16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A9013B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44" w:line="211" w:lineRule="exact"/>
              <w:ind w:left="136"/>
            </w:pPr>
            <w:r>
              <w:rPr>
                <w:rFonts w:eastAsia="ＭＳ 明朝" w:cs="ＭＳ 明朝"/>
                <w:color w:val="000000"/>
                <w:spacing w:val="41"/>
                <w:sz w:val="19"/>
                <w:lang w:val="ja-JP" w:eastAsia="ja-JP"/>
              </w:rPr>
              <w:t>水</w:t>
            </w:r>
            <w:r>
              <w:rPr>
                <w:rFonts w:eastAsia="ＭＳ 明朝" w:cs="ＭＳ 明朝"/>
                <w:color w:val="000000"/>
                <w:spacing w:val="43"/>
                <w:sz w:val="19"/>
                <w:lang w:val="ja-JP" w:eastAsia="ja-JP"/>
              </w:rPr>
              <w:t>源</w:t>
            </w:r>
            <w:r>
              <w:rPr>
                <w:rFonts w:eastAsia="ＭＳ 明朝" w:cs="ＭＳ 明朝"/>
                <w:color w:val="000000"/>
                <w:spacing w:val="41"/>
                <w:sz w:val="19"/>
                <w:lang w:val="ja-JP" w:eastAsia="ja-JP"/>
              </w:rPr>
              <w:t>等の</w:t>
            </w:r>
            <w:r>
              <w:rPr>
                <w:rFonts w:eastAsia="ＭＳ 明朝" w:cs="ＭＳ 明朝"/>
                <w:color w:val="000000"/>
                <w:spacing w:val="43"/>
                <w:sz w:val="19"/>
                <w:lang w:val="ja-JP" w:eastAsia="ja-JP"/>
              </w:rPr>
              <w:t>種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類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A0F9E5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22" w:line="211" w:lineRule="exact"/>
              <w:ind w:left="232"/>
              <w:rPr>
                <w:lang w:eastAsia="ja-JP"/>
              </w:rPr>
            </w:pPr>
            <w:r>
              <w:rPr>
                <w:rFonts w:eastAsia="ＭＳ 明朝" w:cs="ＭＳ 明朝"/>
                <w:color w:val="000000"/>
                <w:spacing w:val="89"/>
                <w:sz w:val="19"/>
                <w:lang w:val="ja-JP" w:eastAsia="ja-JP"/>
              </w:rPr>
              <w:t>水源</w:t>
            </w:r>
            <w:r>
              <w:rPr>
                <w:rFonts w:eastAsia="ＭＳ 明朝" w:cs="ＭＳ 明朝"/>
                <w:color w:val="000000"/>
                <w:spacing w:val="86"/>
                <w:sz w:val="19"/>
                <w:lang w:val="ja-JP" w:eastAsia="ja-JP"/>
              </w:rPr>
              <w:t>等</w:t>
            </w:r>
            <w:r>
              <w:rPr>
                <w:rFonts w:eastAsia="ＭＳ 明朝" w:cs="ＭＳ 明朝"/>
                <w:color w:val="000000"/>
                <w:spacing w:val="89"/>
                <w:sz w:val="19"/>
                <w:lang w:val="ja-JP" w:eastAsia="ja-JP"/>
              </w:rPr>
              <w:t>の所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在</w:t>
            </w:r>
          </w:p>
          <w:p w14:paraId="669F8847" w14:textId="77777777" w:rsidR="00FB2F32" w:rsidRDefault="00000000">
            <w:pPr>
              <w:widowControl w:val="0"/>
              <w:tabs>
                <w:tab w:val="left" w:pos="582"/>
                <w:tab w:val="left" w:pos="932"/>
                <w:tab w:val="left" w:pos="1283"/>
                <w:tab w:val="left" w:pos="1633"/>
              </w:tabs>
              <w:kinsoku w:val="0"/>
              <w:overflowPunct w:val="0"/>
              <w:autoSpaceDE w:val="0"/>
              <w:autoSpaceDN w:val="0"/>
              <w:snapToGrid w:val="0"/>
              <w:spacing w:before="31" w:line="211" w:lineRule="exact"/>
              <w:ind w:left="232"/>
              <w:rPr>
                <w:lang w:eastAsia="ja-JP"/>
              </w:rPr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及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び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管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理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者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3BED94" w14:textId="77777777" w:rsidR="00FB2F32" w:rsidRDefault="00000000">
            <w:pPr>
              <w:widowControl w:val="0"/>
              <w:tabs>
                <w:tab w:val="left" w:pos="954"/>
                <w:tab w:val="left" w:pos="1652"/>
                <w:tab w:val="left" w:pos="2353"/>
              </w:tabs>
              <w:kinsoku w:val="0"/>
              <w:overflowPunct w:val="0"/>
              <w:autoSpaceDE w:val="0"/>
              <w:autoSpaceDN w:val="0"/>
              <w:snapToGrid w:val="0"/>
              <w:spacing w:before="144" w:line="211" w:lineRule="exact"/>
              <w:ind w:left="253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利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用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実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態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15FBD1" w14:textId="77777777" w:rsidR="00FB2F32" w:rsidRDefault="00000000">
            <w:pPr>
              <w:widowControl w:val="0"/>
              <w:tabs>
                <w:tab w:val="left" w:pos="836"/>
                <w:tab w:val="left" w:pos="1304"/>
                <w:tab w:val="left" w:pos="1770"/>
                <w:tab w:val="left" w:pos="2238"/>
                <w:tab w:val="left" w:pos="2704"/>
              </w:tabs>
              <w:kinsoku w:val="0"/>
              <w:overflowPunct w:val="0"/>
              <w:autoSpaceDE w:val="0"/>
              <w:autoSpaceDN w:val="0"/>
              <w:snapToGrid w:val="0"/>
              <w:spacing w:before="144" w:line="211" w:lineRule="exact"/>
              <w:ind w:left="368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水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の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確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保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対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策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6A4B7B" w14:textId="77777777" w:rsidR="00FB2F32" w:rsidRDefault="00000000">
            <w:pPr>
              <w:widowControl w:val="0"/>
              <w:tabs>
                <w:tab w:val="left" w:pos="560"/>
                <w:tab w:val="left" w:pos="887"/>
                <w:tab w:val="left" w:pos="1213"/>
                <w:tab w:val="left" w:pos="1542"/>
                <w:tab w:val="left" w:pos="1868"/>
                <w:tab w:val="left" w:pos="2195"/>
                <w:tab w:val="left" w:pos="2521"/>
                <w:tab w:val="left" w:pos="2848"/>
                <w:tab w:val="left" w:pos="3174"/>
                <w:tab w:val="left" w:pos="3500"/>
              </w:tabs>
              <w:kinsoku w:val="0"/>
              <w:overflowPunct w:val="0"/>
              <w:autoSpaceDE w:val="0"/>
              <w:autoSpaceDN w:val="0"/>
              <w:snapToGrid w:val="0"/>
              <w:spacing w:before="22" w:line="211" w:lineRule="exact"/>
              <w:ind w:left="234"/>
              <w:rPr>
                <w:lang w:eastAsia="ja-JP"/>
              </w:rPr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貯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水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池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、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導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水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路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改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良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等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が</w:t>
            </w:r>
          </w:p>
          <w:p w14:paraId="31DE7D42" w14:textId="77777777" w:rsidR="00FB2F32" w:rsidRDefault="00000000">
            <w:pPr>
              <w:widowControl w:val="0"/>
              <w:tabs>
                <w:tab w:val="left" w:pos="596"/>
                <w:tab w:val="left" w:pos="959"/>
                <w:tab w:val="left" w:pos="1324"/>
                <w:tab w:val="left" w:pos="1686"/>
                <w:tab w:val="left" w:pos="2051"/>
                <w:tab w:val="left" w:pos="2413"/>
                <w:tab w:val="left" w:pos="2776"/>
                <w:tab w:val="left" w:pos="3138"/>
                <w:tab w:val="left" w:pos="3500"/>
              </w:tabs>
              <w:kinsoku w:val="0"/>
              <w:overflowPunct w:val="0"/>
              <w:autoSpaceDE w:val="0"/>
              <w:autoSpaceDN w:val="0"/>
              <w:snapToGrid w:val="0"/>
              <w:spacing w:before="31" w:line="211" w:lineRule="exact"/>
              <w:ind w:left="234"/>
              <w:rPr>
                <w:lang w:eastAsia="ja-JP"/>
              </w:rPr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あ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る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場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合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の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施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設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の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概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要</w:t>
            </w:r>
          </w:p>
        </w:tc>
      </w:tr>
      <w:tr w:rsidR="00FB2F32" w14:paraId="2DEC6B23" w14:textId="77777777">
        <w:trPr>
          <w:cantSplit/>
          <w:trHeight w:val="952"/>
        </w:trPr>
        <w:tc>
          <w:tcPr>
            <w:tcW w:w="16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EE6380F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  <w:rPr>
                <w:lang w:eastAsia="ja-JP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101A570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  <w:rPr>
                <w:lang w:eastAsia="ja-JP"/>
              </w:rPr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7349B9F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  <w:rPr>
                <w:lang w:eastAsia="ja-JP"/>
              </w:rPr>
            </w:pP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842E5BF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  <w:rPr>
                <w:lang w:eastAsia="ja-JP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974B910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  <w:rPr>
                <w:lang w:eastAsia="ja-JP"/>
              </w:rPr>
            </w:pPr>
          </w:p>
        </w:tc>
      </w:tr>
      <w:tr w:rsidR="00FB2F32" w14:paraId="6629C8F0" w14:textId="77777777">
        <w:trPr>
          <w:cantSplit/>
          <w:trHeight w:val="952"/>
        </w:trPr>
        <w:tc>
          <w:tcPr>
            <w:tcW w:w="16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1D6ECC3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  <w:rPr>
                <w:lang w:eastAsia="ja-JP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D45E6E2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  <w:rPr>
                <w:lang w:eastAsia="ja-JP"/>
              </w:rPr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DB7311C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  <w:rPr>
                <w:lang w:eastAsia="ja-JP"/>
              </w:rPr>
            </w:pP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7E3E42E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  <w:rPr>
                <w:lang w:eastAsia="ja-JP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CB5667E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  <w:rPr>
                <w:lang w:eastAsia="ja-JP"/>
              </w:rPr>
            </w:pPr>
          </w:p>
        </w:tc>
      </w:tr>
      <w:tr w:rsidR="00FB2F32" w14:paraId="03260922" w14:textId="77777777">
        <w:trPr>
          <w:cantSplit/>
          <w:trHeight w:val="1432"/>
        </w:trPr>
        <w:tc>
          <w:tcPr>
            <w:tcW w:w="137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0E7EDE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42" w:line="211" w:lineRule="exact"/>
              <w:ind w:left="116"/>
              <w:rPr>
                <w:lang w:eastAsia="ja-JP"/>
              </w:rPr>
            </w:pPr>
            <w:r>
              <w:rPr>
                <w:rFonts w:eastAsia="ＭＳ 明朝" w:cs="ＭＳ 明朝"/>
                <w:color w:val="000000"/>
                <w:spacing w:val="41"/>
                <w:sz w:val="19"/>
                <w:lang w:val="ja-JP" w:eastAsia="ja-JP"/>
              </w:rPr>
              <w:t>（一次</w:t>
            </w:r>
            <w:r>
              <w:rPr>
                <w:rFonts w:eastAsia="ＭＳ 明朝" w:cs="ＭＳ 明朝"/>
                <w:color w:val="000000"/>
                <w:spacing w:val="43"/>
                <w:sz w:val="19"/>
                <w:lang w:val="ja-JP" w:eastAsia="ja-JP"/>
              </w:rPr>
              <w:t>放</w:t>
            </w:r>
            <w:r>
              <w:rPr>
                <w:rFonts w:eastAsia="ＭＳ 明朝" w:cs="ＭＳ 明朝"/>
                <w:color w:val="000000"/>
                <w:spacing w:val="41"/>
                <w:sz w:val="19"/>
                <w:lang w:val="ja-JP" w:eastAsia="ja-JP"/>
              </w:rPr>
              <w:t>流先に</w:t>
            </w:r>
            <w:r>
              <w:rPr>
                <w:rFonts w:eastAsia="ＭＳ 明朝" w:cs="ＭＳ 明朝"/>
                <w:color w:val="000000"/>
                <w:spacing w:val="43"/>
                <w:sz w:val="19"/>
                <w:lang w:val="ja-JP" w:eastAsia="ja-JP"/>
              </w:rPr>
              <w:t>お</w:t>
            </w:r>
            <w:r>
              <w:rPr>
                <w:rFonts w:eastAsia="ＭＳ 明朝" w:cs="ＭＳ 明朝"/>
                <w:color w:val="000000"/>
                <w:spacing w:val="41"/>
                <w:sz w:val="19"/>
                <w:lang w:val="ja-JP" w:eastAsia="ja-JP"/>
              </w:rPr>
              <w:t>ける水</w:t>
            </w:r>
            <w:r>
              <w:rPr>
                <w:rFonts w:eastAsia="ＭＳ 明朝" w:cs="ＭＳ 明朝"/>
                <w:color w:val="000000"/>
                <w:spacing w:val="43"/>
                <w:sz w:val="19"/>
                <w:lang w:val="ja-JP" w:eastAsia="ja-JP"/>
              </w:rPr>
              <w:t>利</w:t>
            </w:r>
            <w:r>
              <w:rPr>
                <w:rFonts w:eastAsia="ＭＳ 明朝" w:cs="ＭＳ 明朝"/>
                <w:color w:val="000000"/>
                <w:spacing w:val="41"/>
                <w:sz w:val="19"/>
                <w:lang w:val="ja-JP" w:eastAsia="ja-JP"/>
              </w:rPr>
              <w:t>用者と</w:t>
            </w:r>
            <w:r>
              <w:rPr>
                <w:rFonts w:eastAsia="ＭＳ 明朝" w:cs="ＭＳ 明朝"/>
                <w:color w:val="000000"/>
                <w:spacing w:val="43"/>
                <w:sz w:val="19"/>
                <w:lang w:val="ja-JP" w:eastAsia="ja-JP"/>
              </w:rPr>
              <w:t>の</w:t>
            </w:r>
            <w:r>
              <w:rPr>
                <w:rFonts w:eastAsia="ＭＳ 明朝" w:cs="ＭＳ 明朝"/>
                <w:color w:val="000000"/>
                <w:spacing w:val="41"/>
                <w:sz w:val="19"/>
                <w:lang w:val="ja-JP" w:eastAsia="ja-JP"/>
              </w:rPr>
              <w:t>協議状</w:t>
            </w:r>
            <w:r>
              <w:rPr>
                <w:rFonts w:eastAsia="ＭＳ 明朝" w:cs="ＭＳ 明朝"/>
                <w:color w:val="000000"/>
                <w:spacing w:val="43"/>
                <w:sz w:val="19"/>
                <w:lang w:val="ja-JP" w:eastAsia="ja-JP"/>
              </w:rPr>
              <w:t>況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）</w:t>
            </w:r>
          </w:p>
        </w:tc>
      </w:tr>
      <w:tr w:rsidR="00FB2F32" w14:paraId="5708808E" w14:textId="77777777">
        <w:trPr>
          <w:cantSplit/>
          <w:trHeight w:val="227"/>
        </w:trPr>
        <w:tc>
          <w:tcPr>
            <w:tcW w:w="137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53901D7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  <w:rPr>
                <w:lang w:eastAsia="ja-JP"/>
              </w:rPr>
            </w:pPr>
          </w:p>
        </w:tc>
      </w:tr>
      <w:tr w:rsidR="00FB2F32" w14:paraId="23FFFF7D" w14:textId="77777777">
        <w:trPr>
          <w:cantSplit/>
          <w:trHeight w:val="469"/>
        </w:trPr>
        <w:tc>
          <w:tcPr>
            <w:tcW w:w="137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38A432" w14:textId="77777777" w:rsidR="00FB2F32" w:rsidRDefault="00000000">
            <w:pPr>
              <w:widowControl w:val="0"/>
              <w:tabs>
                <w:tab w:val="left" w:pos="4571"/>
                <w:tab w:val="left" w:pos="5680"/>
                <w:tab w:val="left" w:pos="6788"/>
                <w:tab w:val="left" w:pos="7897"/>
                <w:tab w:val="left" w:pos="9006"/>
                <w:tab w:val="left" w:pos="10115"/>
              </w:tabs>
              <w:kinsoku w:val="0"/>
              <w:overflowPunct w:val="0"/>
              <w:autoSpaceDE w:val="0"/>
              <w:autoSpaceDN w:val="0"/>
              <w:snapToGrid w:val="0"/>
              <w:spacing w:before="144" w:line="211" w:lineRule="exact"/>
              <w:ind w:left="3462"/>
            </w:pPr>
            <w:r>
              <w:rPr>
                <w:rFonts w:ascii="ＭＳ ゴシック" w:eastAsia="ＭＳ ゴシック" w:hAnsi="ＭＳ ゴシック" w:cs="ＭＳ ゴシック"/>
                <w:color w:val="000000"/>
                <w:sz w:val="19"/>
                <w:lang w:val="ja-JP" w:eastAsia="ja-JP"/>
              </w:rPr>
              <w:t>水</w:t>
            </w:r>
            <w:r>
              <w:rPr>
                <w:rFonts w:ascii="ＭＳ ゴシック" w:eastAsia="ＭＳ ゴシック" w:hAnsi="ＭＳ ゴシック" w:cs="ＭＳ ゴシック"/>
                <w:color w:val="000000"/>
                <w:sz w:val="19"/>
                <w:lang w:val="ja-JP" w:eastAsia="ja-JP"/>
              </w:rPr>
              <w:tab/>
              <w:t>質</w:t>
            </w:r>
            <w:r>
              <w:rPr>
                <w:rFonts w:ascii="ＭＳ ゴシック" w:eastAsia="ＭＳ ゴシック" w:hAnsi="ＭＳ ゴシック" w:cs="ＭＳ ゴシック"/>
                <w:color w:val="000000"/>
                <w:sz w:val="19"/>
                <w:lang w:val="ja-JP" w:eastAsia="ja-JP"/>
              </w:rPr>
              <w:tab/>
              <w:t>悪</w:t>
            </w:r>
            <w:r>
              <w:rPr>
                <w:rFonts w:ascii="ＭＳ ゴシック" w:eastAsia="ＭＳ ゴシック" w:hAnsi="ＭＳ ゴシック" w:cs="ＭＳ ゴシック"/>
                <w:color w:val="000000"/>
                <w:sz w:val="19"/>
                <w:lang w:val="ja-JP" w:eastAsia="ja-JP"/>
              </w:rPr>
              <w:tab/>
              <w:t>化</w:t>
            </w:r>
            <w:r>
              <w:rPr>
                <w:rFonts w:ascii="ＭＳ ゴシック" w:eastAsia="ＭＳ ゴシック" w:hAnsi="ＭＳ ゴシック" w:cs="ＭＳ ゴシック"/>
                <w:color w:val="000000"/>
                <w:sz w:val="19"/>
                <w:lang w:val="ja-JP" w:eastAsia="ja-JP"/>
              </w:rPr>
              <w:tab/>
              <w:t>の</w:t>
            </w:r>
            <w:r>
              <w:rPr>
                <w:rFonts w:ascii="ＭＳ ゴシック" w:eastAsia="ＭＳ ゴシック" w:hAnsi="ＭＳ ゴシック" w:cs="ＭＳ ゴシック"/>
                <w:color w:val="000000"/>
                <w:sz w:val="19"/>
                <w:lang w:val="ja-JP" w:eastAsia="ja-JP"/>
              </w:rPr>
              <w:tab/>
              <w:t>防</w:t>
            </w:r>
            <w:r>
              <w:rPr>
                <w:rFonts w:ascii="ＭＳ ゴシック" w:eastAsia="ＭＳ ゴシック" w:hAnsi="ＭＳ ゴシック" w:cs="ＭＳ ゴシック"/>
                <w:color w:val="000000"/>
                <w:sz w:val="19"/>
                <w:lang w:val="ja-JP" w:eastAsia="ja-JP"/>
              </w:rPr>
              <w:tab/>
              <w:t>止</w:t>
            </w:r>
          </w:p>
        </w:tc>
      </w:tr>
      <w:tr w:rsidR="00FB2F32" w14:paraId="51904F68" w14:textId="77777777">
        <w:trPr>
          <w:cantSplit/>
          <w:trHeight w:val="467"/>
        </w:trPr>
        <w:tc>
          <w:tcPr>
            <w:tcW w:w="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F9127D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22" w:line="211" w:lineRule="exact"/>
              <w:ind w:left="116"/>
            </w:pPr>
            <w:r>
              <w:rPr>
                <w:rFonts w:eastAsia="ＭＳ 明朝" w:cs="ＭＳ 明朝"/>
                <w:color w:val="000000"/>
                <w:spacing w:val="41"/>
                <w:sz w:val="19"/>
                <w:lang w:val="ja-JP" w:eastAsia="ja-JP"/>
              </w:rPr>
              <w:t>対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策</w:t>
            </w:r>
          </w:p>
          <w:p w14:paraId="2447021B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31" w:line="211" w:lineRule="exact"/>
              <w:ind w:left="116"/>
            </w:pPr>
            <w:r>
              <w:rPr>
                <w:rFonts w:eastAsia="ＭＳ 明朝" w:cs="ＭＳ 明朝"/>
                <w:color w:val="000000"/>
                <w:spacing w:val="41"/>
                <w:sz w:val="19"/>
                <w:lang w:val="ja-JP" w:eastAsia="ja-JP"/>
              </w:rPr>
              <w:t>の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必</w:t>
            </w:r>
          </w:p>
          <w:p w14:paraId="53287E3B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29" w:line="211" w:lineRule="exact"/>
              <w:ind w:left="116"/>
            </w:pPr>
            <w:r>
              <w:rPr>
                <w:rFonts w:eastAsia="ＭＳ 明朝" w:cs="ＭＳ 明朝"/>
                <w:color w:val="000000"/>
                <w:spacing w:val="41"/>
                <w:sz w:val="19"/>
                <w:lang w:val="ja-JP" w:eastAsia="ja-JP"/>
              </w:rPr>
              <w:t>要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性</w:t>
            </w:r>
          </w:p>
          <w:p w14:paraId="537F6EA8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29" w:line="211" w:lineRule="exact"/>
              <w:ind w:left="116"/>
            </w:pPr>
            <w:r>
              <w:rPr>
                <w:rFonts w:eastAsia="ＭＳ 明朝" w:cs="ＭＳ 明朝"/>
                <w:color w:val="000000"/>
                <w:spacing w:val="41"/>
                <w:sz w:val="19"/>
                <w:lang w:val="ja-JP" w:eastAsia="ja-JP"/>
              </w:rPr>
              <w:t>有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無</w:t>
            </w:r>
          </w:p>
        </w:tc>
        <w:tc>
          <w:tcPr>
            <w:tcW w:w="130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C4F8F9" w14:textId="77777777" w:rsidR="00FB2F32" w:rsidRDefault="00000000">
            <w:pPr>
              <w:widowControl w:val="0"/>
              <w:tabs>
                <w:tab w:val="left" w:pos="4352"/>
                <w:tab w:val="left" w:pos="5188"/>
                <w:tab w:val="left" w:pos="6020"/>
                <w:tab w:val="left" w:pos="6856"/>
                <w:tab w:val="left" w:pos="7688"/>
                <w:tab w:val="left" w:pos="8521"/>
                <w:tab w:val="left" w:pos="9356"/>
              </w:tabs>
              <w:kinsoku w:val="0"/>
              <w:overflowPunct w:val="0"/>
              <w:autoSpaceDE w:val="0"/>
              <w:autoSpaceDN w:val="0"/>
              <w:snapToGrid w:val="0"/>
              <w:spacing w:before="144" w:line="211" w:lineRule="exact"/>
              <w:ind w:left="3520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有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る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場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合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の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対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策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等</w:t>
            </w:r>
          </w:p>
        </w:tc>
      </w:tr>
      <w:tr w:rsidR="00FB2F32" w14:paraId="1798BA92" w14:textId="77777777">
        <w:trPr>
          <w:cantSplit/>
          <w:trHeight w:val="469"/>
        </w:trPr>
        <w:tc>
          <w:tcPr>
            <w:tcW w:w="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338A7" w14:textId="77777777" w:rsidR="00FB2F32" w:rsidRDefault="00FB2F32"/>
        </w:tc>
        <w:tc>
          <w:tcPr>
            <w:tcW w:w="130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E1196A" w14:textId="77777777" w:rsidR="00FB2F32" w:rsidRDefault="00000000">
            <w:pPr>
              <w:widowControl w:val="0"/>
              <w:tabs>
                <w:tab w:val="left" w:pos="4271"/>
                <w:tab w:val="left" w:pos="5137"/>
                <w:tab w:val="left" w:pos="6004"/>
                <w:tab w:val="left" w:pos="6870"/>
                <w:tab w:val="left" w:pos="7739"/>
                <w:tab w:val="left" w:pos="8605"/>
                <w:tab w:val="left" w:pos="9472"/>
              </w:tabs>
              <w:kinsoku w:val="0"/>
              <w:overflowPunct w:val="0"/>
              <w:autoSpaceDE w:val="0"/>
              <w:autoSpaceDN w:val="0"/>
              <w:snapToGrid w:val="0"/>
              <w:spacing w:before="144" w:line="211" w:lineRule="exact"/>
              <w:ind w:left="3402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水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質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悪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化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防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止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措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置</w:t>
            </w:r>
          </w:p>
        </w:tc>
      </w:tr>
      <w:tr w:rsidR="00FB2F32" w14:paraId="7D729CB2" w14:textId="77777777">
        <w:trPr>
          <w:cantSplit/>
          <w:trHeight w:val="1192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93A3C51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130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A28E1FE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2A737ADB" w14:textId="77777777">
        <w:trPr>
          <w:cantSplit/>
          <w:trHeight w:val="1192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0F2472F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130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9A1ACEA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</w:tbl>
    <w:p w14:paraId="2B3CE1FA" w14:textId="77777777" w:rsidR="00FB2F32" w:rsidRDefault="00FB2F32">
      <w:pPr>
        <w:widowControl w:val="0"/>
        <w:kinsoku w:val="0"/>
        <w:overflowPunct w:val="0"/>
        <w:autoSpaceDE w:val="0"/>
        <w:autoSpaceDN w:val="0"/>
        <w:snapToGrid w:val="0"/>
        <w:spacing w:line="20" w:lineRule="exact"/>
        <w:sectPr w:rsidR="00FB2F32">
          <w:footerReference w:type="default" r:id="rId19"/>
          <w:pgSz w:w="16838" w:h="11906" w:orient="landscape"/>
          <w:pgMar w:top="700" w:right="460" w:bottom="960" w:left="1000" w:header="240" w:footer="800" w:gutter="0"/>
          <w:cols w:space="720"/>
          <w:docGrid w:linePitch="360"/>
        </w:sectPr>
      </w:pPr>
    </w:p>
    <w:p w14:paraId="59B5F30F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993" w:line="211" w:lineRule="exact"/>
        <w:ind w:left="474"/>
      </w:pPr>
      <w:r>
        <w:rPr>
          <w:rFonts w:ascii="ＭＳ Ｐ明朝" w:eastAsia="ＭＳ Ｐ明朝" w:hAnsi="ＭＳ Ｐ明朝" w:cs="ＭＳ Ｐ明朝"/>
          <w:color w:val="000000"/>
          <w:spacing w:val="2"/>
          <w:sz w:val="19"/>
          <w:lang w:val="ja-JP" w:eastAsia="ja-JP"/>
        </w:rPr>
        <w:lastRenderedPageBreak/>
        <w:t>（</w:t>
      </w:r>
      <w:r>
        <w:rPr>
          <w:rFonts w:ascii="ＭＳ Ｐ明朝" w:eastAsia="ＭＳ Ｐ明朝" w:hAnsi="ＭＳ Ｐ明朝" w:cs="ＭＳ Ｐ明朝"/>
          <w:color w:val="000000"/>
          <w:sz w:val="19"/>
          <w:lang w:val="ja-JP" w:eastAsia="ja-JP"/>
        </w:rPr>
        <w:t>参</w:t>
      </w:r>
      <w:r>
        <w:rPr>
          <w:rFonts w:ascii="ＭＳ Ｐ明朝" w:eastAsia="ＭＳ Ｐ明朝" w:hAnsi="ＭＳ Ｐ明朝" w:cs="ＭＳ Ｐ明朝"/>
          <w:color w:val="000000"/>
          <w:spacing w:val="2"/>
          <w:sz w:val="19"/>
          <w:lang w:val="ja-JP" w:eastAsia="ja-JP"/>
        </w:rPr>
        <w:t>考</w:t>
      </w:r>
      <w:r>
        <w:rPr>
          <w:rFonts w:ascii="ＭＳ Ｐ明朝" w:eastAsia="ＭＳ Ｐ明朝" w:hAnsi="ＭＳ Ｐ明朝" w:cs="ＭＳ Ｐ明朝"/>
          <w:color w:val="000000"/>
          <w:sz w:val="19"/>
          <w:lang w:val="ja-JP" w:eastAsia="ja-JP"/>
        </w:rPr>
        <w:t>様</w:t>
      </w:r>
      <w:r>
        <w:rPr>
          <w:rFonts w:ascii="ＭＳ Ｐ明朝" w:eastAsia="ＭＳ Ｐ明朝" w:hAnsi="ＭＳ Ｐ明朝" w:cs="ＭＳ Ｐ明朝"/>
          <w:color w:val="000000"/>
          <w:spacing w:val="2"/>
          <w:sz w:val="19"/>
          <w:lang w:val="ja-JP" w:eastAsia="ja-JP"/>
        </w:rPr>
        <w:t>式</w:t>
      </w:r>
      <w:r>
        <w:rPr>
          <w:rFonts w:ascii="ＭＳ Ｐ明朝" w:eastAsia="ＭＳ Ｐ明朝" w:hAnsi="ＭＳ Ｐ明朝" w:cs="ＭＳ Ｐ明朝"/>
          <w:color w:val="000000"/>
          <w:spacing w:val="1"/>
          <w:sz w:val="19"/>
          <w:lang w:val="ja-JP" w:eastAsia="ja-JP"/>
        </w:rPr>
        <w:t>８</w:t>
      </w:r>
      <w:r>
        <w:rPr>
          <w:rFonts w:ascii="ＭＳ Ｐ明朝" w:eastAsia="ＭＳ Ｐ明朝" w:hAnsi="ＭＳ Ｐ明朝" w:cs="ＭＳ Ｐ明朝"/>
          <w:color w:val="000000"/>
          <w:sz w:val="19"/>
          <w:lang w:val="ja-JP" w:eastAsia="ja-JP"/>
        </w:rPr>
        <w:t>）</w:t>
      </w:r>
    </w:p>
    <w:p w14:paraId="343A6BFA" w14:textId="77777777" w:rsidR="00FB2F32" w:rsidRDefault="00000000">
      <w:pPr>
        <w:widowControl w:val="0"/>
        <w:tabs>
          <w:tab w:val="left" w:pos="4045"/>
          <w:tab w:val="left" w:pos="4614"/>
          <w:tab w:val="left" w:pos="5182"/>
          <w:tab w:val="left" w:pos="5751"/>
          <w:tab w:val="left" w:pos="6322"/>
          <w:tab w:val="left" w:pos="6891"/>
        </w:tabs>
        <w:kinsoku w:val="0"/>
        <w:overflowPunct w:val="0"/>
        <w:autoSpaceDE w:val="0"/>
        <w:autoSpaceDN w:val="0"/>
        <w:snapToGrid w:val="0"/>
        <w:spacing w:before="330" w:line="285" w:lineRule="exact"/>
        <w:ind w:left="3474"/>
      </w:pPr>
      <w:r>
        <w:rPr>
          <w:rFonts w:ascii="ＭＳ Ｐ明朝" w:eastAsia="ＭＳ Ｐ明朝" w:hAnsi="ＭＳ Ｐ明朝" w:cs="ＭＳ Ｐ明朝"/>
          <w:color w:val="000000"/>
          <w:sz w:val="25"/>
          <w:lang w:val="ja-JP" w:eastAsia="ja-JP"/>
        </w:rPr>
        <w:t>開</w:t>
      </w:r>
      <w:r>
        <w:rPr>
          <w:rFonts w:ascii="ＭＳ Ｐ明朝" w:eastAsia="ＭＳ Ｐ明朝" w:hAnsi="ＭＳ Ｐ明朝" w:cs="ＭＳ Ｐ明朝"/>
          <w:color w:val="000000"/>
          <w:sz w:val="25"/>
          <w:lang w:val="ja-JP" w:eastAsia="ja-JP"/>
        </w:rPr>
        <w:tab/>
        <w:t>発</w:t>
      </w:r>
      <w:r>
        <w:rPr>
          <w:rFonts w:ascii="ＭＳ Ｐ明朝" w:eastAsia="ＭＳ Ｐ明朝" w:hAnsi="ＭＳ Ｐ明朝" w:cs="ＭＳ Ｐ明朝"/>
          <w:color w:val="000000"/>
          <w:sz w:val="25"/>
          <w:lang w:val="ja-JP" w:eastAsia="ja-JP"/>
        </w:rPr>
        <w:tab/>
        <w:t>行</w:t>
      </w:r>
      <w:r>
        <w:rPr>
          <w:rFonts w:ascii="ＭＳ Ｐ明朝" w:eastAsia="ＭＳ Ｐ明朝" w:hAnsi="ＭＳ Ｐ明朝" w:cs="ＭＳ Ｐ明朝"/>
          <w:color w:val="000000"/>
          <w:sz w:val="25"/>
          <w:lang w:val="ja-JP" w:eastAsia="ja-JP"/>
        </w:rPr>
        <w:tab/>
        <w:t>為</w:t>
      </w:r>
      <w:r>
        <w:rPr>
          <w:rFonts w:ascii="ＭＳ Ｐ明朝" w:eastAsia="ＭＳ Ｐ明朝" w:hAnsi="ＭＳ Ｐ明朝" w:cs="ＭＳ Ｐ明朝"/>
          <w:color w:val="000000"/>
          <w:sz w:val="25"/>
          <w:lang w:val="ja-JP" w:eastAsia="ja-JP"/>
        </w:rPr>
        <w:tab/>
        <w:t>同</w:t>
      </w:r>
      <w:r>
        <w:rPr>
          <w:rFonts w:ascii="ＭＳ Ｐ明朝" w:eastAsia="ＭＳ Ｐ明朝" w:hAnsi="ＭＳ Ｐ明朝" w:cs="ＭＳ Ｐ明朝"/>
          <w:color w:val="000000"/>
          <w:sz w:val="25"/>
          <w:lang w:val="ja-JP" w:eastAsia="ja-JP"/>
        </w:rPr>
        <w:tab/>
        <w:t>意</w:t>
      </w:r>
      <w:r>
        <w:rPr>
          <w:rFonts w:ascii="ＭＳ Ｐ明朝" w:eastAsia="ＭＳ Ｐ明朝" w:hAnsi="ＭＳ Ｐ明朝" w:cs="ＭＳ Ｐ明朝"/>
          <w:color w:val="000000"/>
          <w:sz w:val="25"/>
          <w:lang w:val="ja-JP" w:eastAsia="ja-JP"/>
        </w:rPr>
        <w:tab/>
        <w:t>書</w:t>
      </w:r>
    </w:p>
    <w:p w14:paraId="404D3461" w14:textId="77777777" w:rsidR="00FB2F32" w:rsidRDefault="00000000">
      <w:pPr>
        <w:widowControl w:val="0"/>
        <w:tabs>
          <w:tab w:val="left" w:pos="8216"/>
          <w:tab w:val="left" w:pos="8797"/>
        </w:tabs>
        <w:kinsoku w:val="0"/>
        <w:overflowPunct w:val="0"/>
        <w:autoSpaceDE w:val="0"/>
        <w:autoSpaceDN w:val="0"/>
        <w:snapToGrid w:val="0"/>
        <w:spacing w:before="324" w:line="211" w:lineRule="exact"/>
        <w:ind w:left="7635"/>
      </w:pPr>
      <w:r>
        <w:rPr>
          <w:rFonts w:ascii="ＭＳ Ｐ明朝" w:eastAsia="ＭＳ Ｐ明朝" w:hAnsi="ＭＳ Ｐ明朝" w:cs="ＭＳ Ｐ明朝"/>
          <w:color w:val="000000"/>
          <w:sz w:val="19"/>
          <w:lang w:val="ja-JP" w:eastAsia="ja-JP"/>
        </w:rPr>
        <w:t>年</w:t>
      </w:r>
      <w:r>
        <w:rPr>
          <w:rFonts w:ascii="ＭＳ Ｐ明朝" w:eastAsia="ＭＳ Ｐ明朝" w:hAnsi="ＭＳ Ｐ明朝" w:cs="ＭＳ Ｐ明朝"/>
          <w:color w:val="000000"/>
          <w:sz w:val="19"/>
          <w:lang w:val="ja-JP" w:eastAsia="ja-JP"/>
        </w:rPr>
        <w:tab/>
        <w:t>月</w:t>
      </w:r>
      <w:r>
        <w:rPr>
          <w:rFonts w:ascii="ＭＳ Ｐ明朝" w:eastAsia="ＭＳ Ｐ明朝" w:hAnsi="ＭＳ Ｐ明朝" w:cs="ＭＳ Ｐ明朝"/>
          <w:color w:val="000000"/>
          <w:sz w:val="19"/>
          <w:lang w:val="ja-JP" w:eastAsia="ja-JP"/>
        </w:rPr>
        <w:tab/>
        <w:t>日</w:t>
      </w:r>
    </w:p>
    <w:p w14:paraId="6CDF4FEB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598" w:line="211" w:lineRule="exact"/>
        <w:ind w:left="3764"/>
      </w:pPr>
      <w:r>
        <w:rPr>
          <w:rFonts w:ascii="ＭＳ Ｐ明朝" w:eastAsia="ＭＳ Ｐ明朝" w:hAnsi="ＭＳ Ｐ明朝" w:cs="ＭＳ Ｐ明朝"/>
          <w:color w:val="000000"/>
          <w:sz w:val="19"/>
          <w:lang w:val="ja-JP" w:eastAsia="ja-JP"/>
        </w:rPr>
        <w:t>様</w:t>
      </w:r>
    </w:p>
    <w:p w14:paraId="4E09CCAD" w14:textId="77777777" w:rsidR="00FB2F32" w:rsidRDefault="00FB2F32">
      <w:pPr>
        <w:widowControl w:val="0"/>
        <w:kinsoku w:val="0"/>
        <w:overflowPunct w:val="0"/>
        <w:autoSpaceDE w:val="0"/>
        <w:autoSpaceDN w:val="0"/>
        <w:snapToGrid w:val="0"/>
        <w:spacing w:line="426" w:lineRule="exact"/>
      </w:pPr>
    </w:p>
    <w:tbl>
      <w:tblPr>
        <w:tblW w:w="8710" w:type="dxa"/>
        <w:tblInd w:w="7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550"/>
        <w:gridCol w:w="967"/>
        <w:gridCol w:w="970"/>
        <w:gridCol w:w="967"/>
        <w:gridCol w:w="967"/>
        <w:gridCol w:w="1742"/>
        <w:gridCol w:w="581"/>
        <w:gridCol w:w="966"/>
      </w:tblGrid>
      <w:tr w:rsidR="00FB2F32" w14:paraId="32D9A792" w14:textId="77777777">
        <w:trPr>
          <w:cantSplit/>
          <w:trHeight w:val="797"/>
        </w:trPr>
        <w:tc>
          <w:tcPr>
            <w:tcW w:w="870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FDEEAC" w14:textId="77777777" w:rsidR="00FB2F32" w:rsidRDefault="00000000">
            <w:pPr>
              <w:widowControl w:val="0"/>
              <w:tabs>
                <w:tab w:val="left" w:pos="1344"/>
                <w:tab w:val="left" w:pos="4027"/>
              </w:tabs>
              <w:kinsoku w:val="0"/>
              <w:overflowPunct w:val="0"/>
              <w:autoSpaceDE w:val="0"/>
              <w:autoSpaceDN w:val="0"/>
              <w:snapToGrid w:val="0"/>
              <w:spacing w:before="172" w:line="211" w:lineRule="exact"/>
              <w:ind w:left="290"/>
              <w:rPr>
                <w:lang w:eastAsia="ja-JP"/>
              </w:rPr>
            </w:pPr>
            <w:r>
              <w:rPr>
                <w:rFonts w:ascii="ＭＳ Ｐ明朝" w:eastAsia="ＭＳ Ｐ明朝" w:hAnsi="ＭＳ Ｐ明朝" w:cs="ＭＳ Ｐ明朝"/>
                <w:color w:val="000000"/>
                <w:spacing w:val="2"/>
                <w:sz w:val="19"/>
                <w:lang w:val="ja-JP" w:eastAsia="ja-JP"/>
              </w:rPr>
              <w:t>貴</w:t>
            </w:r>
            <w:r>
              <w:rPr>
                <w:rFonts w:ascii="ＭＳ Ｐ明朝" w:eastAsia="ＭＳ Ｐ明朝" w:hAnsi="ＭＳ Ｐ明朝" w:cs="ＭＳ Ｐ明朝"/>
                <w:color w:val="000000"/>
                <w:sz w:val="19"/>
                <w:lang w:val="ja-JP" w:eastAsia="ja-JP"/>
              </w:rPr>
              <w:t>殿</w:t>
            </w:r>
            <w:r>
              <w:rPr>
                <w:rFonts w:ascii="ＭＳ Ｐ明朝" w:eastAsia="ＭＳ Ｐ明朝" w:hAnsi="ＭＳ Ｐ明朝" w:cs="ＭＳ Ｐ明朝"/>
                <w:color w:val="000000"/>
                <w:spacing w:val="3"/>
                <w:sz w:val="19"/>
                <w:lang w:val="ja-JP" w:eastAsia="ja-JP"/>
              </w:rPr>
              <w:t>が</w:t>
            </w:r>
            <w:r>
              <w:rPr>
                <w:rFonts w:ascii="ＭＳ Ｐ明朝" w:eastAsia="ＭＳ Ｐ明朝" w:hAnsi="ＭＳ Ｐ明朝" w:cs="ＭＳ Ｐ明朝"/>
                <w:color w:val="000000"/>
                <w:sz w:val="19"/>
                <w:lang w:val="ja-JP" w:eastAsia="ja-JP"/>
              </w:rPr>
              <w:t>（</w:t>
            </w:r>
            <w:r>
              <w:rPr>
                <w:rFonts w:ascii="ＭＳ Ｐ明朝" w:eastAsia="ＭＳ Ｐ明朝" w:hAnsi="ＭＳ Ｐ明朝" w:cs="ＭＳ Ｐ明朝"/>
                <w:color w:val="000000"/>
                <w:sz w:val="19"/>
                <w:lang w:val="ja-JP" w:eastAsia="ja-JP"/>
              </w:rPr>
              <w:tab/>
            </w:r>
            <w:r>
              <w:rPr>
                <w:rFonts w:ascii="ＭＳ Ｐ明朝" w:eastAsia="ＭＳ Ｐ明朝" w:hAnsi="ＭＳ Ｐ明朝" w:cs="ＭＳ Ｐ明朝"/>
                <w:color w:val="000000"/>
                <w:spacing w:val="2"/>
                <w:sz w:val="19"/>
                <w:lang w:val="ja-JP" w:eastAsia="ja-JP"/>
              </w:rPr>
              <w:t>地区</w:t>
            </w:r>
            <w:r>
              <w:rPr>
                <w:rFonts w:ascii="ＭＳ Ｐ明朝" w:eastAsia="ＭＳ Ｐ明朝" w:hAnsi="ＭＳ Ｐ明朝" w:cs="ＭＳ Ｐ明朝"/>
                <w:color w:val="000000"/>
                <w:sz w:val="19"/>
                <w:lang w:val="ja-JP" w:eastAsia="ja-JP"/>
              </w:rPr>
              <w:t>）</w:t>
            </w:r>
            <w:r>
              <w:rPr>
                <w:rFonts w:ascii="ＭＳ Ｐ明朝" w:eastAsia="ＭＳ Ｐ明朝" w:hAnsi="ＭＳ Ｐ明朝" w:cs="ＭＳ Ｐ明朝"/>
                <w:color w:val="000000"/>
                <w:spacing w:val="2"/>
                <w:sz w:val="19"/>
                <w:lang w:val="ja-JP" w:eastAsia="ja-JP"/>
              </w:rPr>
              <w:t>で森林</w:t>
            </w:r>
            <w:r>
              <w:rPr>
                <w:rFonts w:ascii="ＭＳ Ｐ明朝" w:eastAsia="ＭＳ Ｐ明朝" w:hAnsi="ＭＳ Ｐ明朝" w:cs="ＭＳ Ｐ明朝"/>
                <w:color w:val="000000"/>
                <w:sz w:val="19"/>
                <w:lang w:val="ja-JP" w:eastAsia="ja-JP"/>
              </w:rPr>
              <w:t>法</w:t>
            </w:r>
            <w:r>
              <w:rPr>
                <w:rFonts w:ascii="ＭＳ Ｐ明朝" w:eastAsia="ＭＳ Ｐ明朝" w:hAnsi="ＭＳ Ｐ明朝" w:cs="ＭＳ Ｐ明朝"/>
                <w:color w:val="000000"/>
                <w:spacing w:val="3"/>
                <w:sz w:val="19"/>
                <w:lang w:val="ja-JP" w:eastAsia="ja-JP"/>
              </w:rPr>
              <w:t>に</w:t>
            </w:r>
            <w:r>
              <w:rPr>
                <w:rFonts w:ascii="ＭＳ Ｐ明朝" w:eastAsia="ＭＳ Ｐ明朝" w:hAnsi="ＭＳ Ｐ明朝" w:cs="ＭＳ Ｐ明朝"/>
                <w:color w:val="000000"/>
                <w:sz w:val="19"/>
                <w:lang w:val="ja-JP" w:eastAsia="ja-JP"/>
              </w:rPr>
              <w:t>基</w:t>
            </w:r>
            <w:r>
              <w:rPr>
                <w:rFonts w:ascii="ＭＳ Ｐ明朝" w:eastAsia="ＭＳ Ｐ明朝" w:hAnsi="ＭＳ Ｐ明朝" w:cs="ＭＳ Ｐ明朝"/>
                <w:color w:val="000000"/>
                <w:spacing w:val="2"/>
                <w:sz w:val="19"/>
                <w:lang w:val="ja-JP" w:eastAsia="ja-JP"/>
              </w:rPr>
              <w:t>づ</w:t>
            </w:r>
            <w:r>
              <w:rPr>
                <w:rFonts w:ascii="ＭＳ Ｐ明朝" w:eastAsia="ＭＳ Ｐ明朝" w:hAnsi="ＭＳ Ｐ明朝" w:cs="ＭＳ Ｐ明朝"/>
                <w:color w:val="000000"/>
                <w:spacing w:val="1"/>
                <w:sz w:val="19"/>
                <w:lang w:val="ja-JP" w:eastAsia="ja-JP"/>
              </w:rPr>
              <w:t>き</w:t>
            </w:r>
            <w:r>
              <w:rPr>
                <w:rFonts w:ascii="ＭＳ Ｐ明朝" w:eastAsia="ＭＳ Ｐ明朝" w:hAnsi="ＭＳ Ｐ明朝" w:cs="ＭＳ Ｐ明朝"/>
                <w:color w:val="000000"/>
                <w:sz w:val="19"/>
                <w:lang w:val="ja-JP" w:eastAsia="ja-JP"/>
              </w:rPr>
              <w:t>、</w:t>
            </w:r>
            <w:r>
              <w:rPr>
                <w:rFonts w:ascii="ＭＳ Ｐ明朝" w:eastAsia="ＭＳ Ｐ明朝" w:hAnsi="ＭＳ Ｐ明朝" w:cs="ＭＳ Ｐ明朝"/>
                <w:color w:val="000000"/>
                <w:sz w:val="19"/>
                <w:lang w:val="ja-JP" w:eastAsia="ja-JP"/>
              </w:rPr>
              <w:tab/>
            </w:r>
            <w:r>
              <w:rPr>
                <w:rFonts w:ascii="ＭＳ Ｐ明朝" w:eastAsia="ＭＳ Ｐ明朝" w:hAnsi="ＭＳ Ｐ明朝" w:cs="ＭＳ Ｐ明朝"/>
                <w:color w:val="000000"/>
                <w:spacing w:val="-1"/>
                <w:sz w:val="19"/>
                <w:lang w:val="ja-JP" w:eastAsia="ja-JP"/>
              </w:rPr>
              <w:t>を</w:t>
            </w:r>
            <w:r>
              <w:rPr>
                <w:rFonts w:ascii="ＭＳ Ｐ明朝" w:eastAsia="ＭＳ Ｐ明朝" w:hAnsi="ＭＳ Ｐ明朝" w:cs="ＭＳ Ｐ明朝"/>
                <w:color w:val="000000"/>
                <w:spacing w:val="2"/>
                <w:sz w:val="19"/>
                <w:lang w:val="ja-JP" w:eastAsia="ja-JP"/>
              </w:rPr>
              <w:t>目的と</w:t>
            </w:r>
            <w:r>
              <w:rPr>
                <w:rFonts w:ascii="ＭＳ Ｐ明朝" w:eastAsia="ＭＳ Ｐ明朝" w:hAnsi="ＭＳ Ｐ明朝" w:cs="ＭＳ Ｐ明朝"/>
                <w:color w:val="000000"/>
                <w:sz w:val="19"/>
                <w:lang w:val="ja-JP" w:eastAsia="ja-JP"/>
              </w:rPr>
              <w:t>す</w:t>
            </w:r>
            <w:r>
              <w:rPr>
                <w:rFonts w:ascii="ＭＳ Ｐ明朝" w:eastAsia="ＭＳ Ｐ明朝" w:hAnsi="ＭＳ Ｐ明朝" w:cs="ＭＳ Ｐ明朝"/>
                <w:color w:val="000000"/>
                <w:spacing w:val="1"/>
                <w:sz w:val="19"/>
                <w:lang w:val="ja-JP" w:eastAsia="ja-JP"/>
              </w:rPr>
              <w:t>る</w:t>
            </w:r>
            <w:r>
              <w:rPr>
                <w:rFonts w:ascii="ＭＳ Ｐ明朝" w:eastAsia="ＭＳ Ｐ明朝" w:hAnsi="ＭＳ Ｐ明朝" w:cs="ＭＳ Ｐ明朝"/>
                <w:color w:val="000000"/>
                <w:spacing w:val="2"/>
                <w:sz w:val="19"/>
                <w:lang w:val="ja-JP" w:eastAsia="ja-JP"/>
              </w:rPr>
              <w:t>開</w:t>
            </w:r>
            <w:r>
              <w:rPr>
                <w:rFonts w:ascii="ＭＳ Ｐ明朝" w:eastAsia="ＭＳ Ｐ明朝" w:hAnsi="ＭＳ Ｐ明朝" w:cs="ＭＳ Ｐ明朝"/>
                <w:color w:val="000000"/>
                <w:sz w:val="19"/>
                <w:lang w:val="ja-JP" w:eastAsia="ja-JP"/>
              </w:rPr>
              <w:t>発</w:t>
            </w:r>
            <w:r>
              <w:rPr>
                <w:rFonts w:ascii="ＭＳ Ｐ明朝" w:eastAsia="ＭＳ Ｐ明朝" w:hAnsi="ＭＳ Ｐ明朝" w:cs="ＭＳ Ｐ明朝"/>
                <w:color w:val="000000"/>
                <w:spacing w:val="2"/>
                <w:sz w:val="19"/>
                <w:lang w:val="ja-JP" w:eastAsia="ja-JP"/>
              </w:rPr>
              <w:t>行為</w:t>
            </w:r>
            <w:r>
              <w:rPr>
                <w:rFonts w:ascii="ＭＳ Ｐ明朝" w:eastAsia="ＭＳ Ｐ明朝" w:hAnsi="ＭＳ Ｐ明朝" w:cs="ＭＳ Ｐ明朝"/>
                <w:color w:val="000000"/>
                <w:spacing w:val="1"/>
                <w:sz w:val="19"/>
                <w:lang w:val="ja-JP" w:eastAsia="ja-JP"/>
              </w:rPr>
              <w:t>を</w:t>
            </w:r>
            <w:r>
              <w:rPr>
                <w:rFonts w:ascii="ＭＳ Ｐ明朝" w:eastAsia="ＭＳ Ｐ明朝" w:hAnsi="ＭＳ Ｐ明朝" w:cs="ＭＳ Ｐ明朝"/>
                <w:color w:val="000000"/>
                <w:sz w:val="19"/>
                <w:lang w:val="ja-JP" w:eastAsia="ja-JP"/>
              </w:rPr>
              <w:t>行</w:t>
            </w:r>
            <w:r>
              <w:rPr>
                <w:rFonts w:ascii="ＭＳ Ｐ明朝" w:eastAsia="ＭＳ Ｐ明朝" w:hAnsi="ＭＳ Ｐ明朝" w:cs="ＭＳ Ｐ明朝"/>
                <w:color w:val="000000"/>
                <w:spacing w:val="2"/>
                <w:sz w:val="19"/>
                <w:lang w:val="ja-JP" w:eastAsia="ja-JP"/>
              </w:rPr>
              <w:t>うこと</w:t>
            </w:r>
            <w:r>
              <w:rPr>
                <w:rFonts w:ascii="ＭＳ Ｐ明朝" w:eastAsia="ＭＳ Ｐ明朝" w:hAnsi="ＭＳ Ｐ明朝" w:cs="ＭＳ Ｐ明朝"/>
                <w:color w:val="000000"/>
                <w:sz w:val="19"/>
                <w:lang w:val="ja-JP" w:eastAsia="ja-JP"/>
              </w:rPr>
              <w:t>に</w:t>
            </w:r>
            <w:r>
              <w:rPr>
                <w:rFonts w:ascii="ＭＳ Ｐ明朝" w:eastAsia="ＭＳ Ｐ明朝" w:hAnsi="ＭＳ Ｐ明朝" w:cs="ＭＳ Ｐ明朝"/>
                <w:color w:val="000000"/>
                <w:spacing w:val="2"/>
                <w:sz w:val="19"/>
                <w:lang w:val="ja-JP" w:eastAsia="ja-JP"/>
              </w:rPr>
              <w:t>つ</w:t>
            </w:r>
            <w:r>
              <w:rPr>
                <w:rFonts w:ascii="ＭＳ Ｐ明朝" w:eastAsia="ＭＳ Ｐ明朝" w:hAnsi="ＭＳ Ｐ明朝" w:cs="ＭＳ Ｐ明朝"/>
                <w:color w:val="000000"/>
                <w:spacing w:val="-1"/>
                <w:sz w:val="19"/>
                <w:lang w:val="ja-JP" w:eastAsia="ja-JP"/>
              </w:rPr>
              <w:t>い</w:t>
            </w:r>
            <w:r>
              <w:rPr>
                <w:rFonts w:ascii="ＭＳ Ｐ明朝" w:eastAsia="ＭＳ Ｐ明朝" w:hAnsi="ＭＳ Ｐ明朝" w:cs="ＭＳ Ｐ明朝"/>
                <w:color w:val="000000"/>
                <w:spacing w:val="2"/>
                <w:sz w:val="19"/>
                <w:lang w:val="ja-JP" w:eastAsia="ja-JP"/>
              </w:rPr>
              <w:t>て</w:t>
            </w:r>
            <w:r>
              <w:rPr>
                <w:rFonts w:ascii="ＭＳ Ｐ明朝" w:eastAsia="ＭＳ Ｐ明朝" w:hAnsi="ＭＳ Ｐ明朝" w:cs="ＭＳ Ｐ明朝"/>
                <w:color w:val="000000"/>
                <w:sz w:val="19"/>
                <w:lang w:val="ja-JP" w:eastAsia="ja-JP"/>
              </w:rPr>
              <w:t>異</w:t>
            </w:r>
          </w:p>
          <w:p w14:paraId="70BA36EA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60" w:line="211" w:lineRule="exact"/>
              <w:ind w:left="96"/>
              <w:rPr>
                <w:lang w:eastAsia="ja-JP"/>
              </w:rPr>
            </w:pPr>
            <w:r>
              <w:rPr>
                <w:rFonts w:ascii="ＭＳ Ｐ明朝" w:eastAsia="ＭＳ Ｐ明朝" w:hAnsi="ＭＳ Ｐ明朝" w:cs="ＭＳ Ｐ明朝"/>
                <w:color w:val="000000"/>
                <w:spacing w:val="2"/>
                <w:sz w:val="19"/>
                <w:lang w:val="ja-JP" w:eastAsia="ja-JP"/>
              </w:rPr>
              <w:t>議な</w:t>
            </w:r>
            <w:r>
              <w:rPr>
                <w:rFonts w:ascii="ＭＳ Ｐ明朝" w:eastAsia="ＭＳ Ｐ明朝" w:hAnsi="ＭＳ Ｐ明朝" w:cs="ＭＳ Ｐ明朝"/>
                <w:color w:val="000000"/>
                <w:spacing w:val="1"/>
                <w:sz w:val="19"/>
                <w:lang w:val="ja-JP" w:eastAsia="ja-JP"/>
              </w:rPr>
              <w:t>く</w:t>
            </w:r>
            <w:r>
              <w:rPr>
                <w:rFonts w:ascii="ＭＳ Ｐ明朝" w:eastAsia="ＭＳ Ｐ明朝" w:hAnsi="ＭＳ Ｐ明朝" w:cs="ＭＳ Ｐ明朝"/>
                <w:color w:val="000000"/>
                <w:sz w:val="19"/>
                <w:lang w:val="ja-JP" w:eastAsia="ja-JP"/>
              </w:rPr>
              <w:t>、</w:t>
            </w:r>
            <w:r>
              <w:rPr>
                <w:rFonts w:ascii="ＭＳ Ｐ明朝" w:eastAsia="ＭＳ Ｐ明朝" w:hAnsi="ＭＳ Ｐ明朝" w:cs="ＭＳ Ｐ明朝"/>
                <w:color w:val="000000"/>
                <w:spacing w:val="1"/>
                <w:sz w:val="19"/>
                <w:lang w:val="ja-JP" w:eastAsia="ja-JP"/>
              </w:rPr>
              <w:t>そ</w:t>
            </w:r>
            <w:r>
              <w:rPr>
                <w:rFonts w:ascii="ＭＳ Ｐ明朝" w:eastAsia="ＭＳ Ｐ明朝" w:hAnsi="ＭＳ Ｐ明朝" w:cs="ＭＳ Ｐ明朝"/>
                <w:color w:val="000000"/>
                <w:spacing w:val="3"/>
                <w:sz w:val="19"/>
                <w:lang w:val="ja-JP" w:eastAsia="ja-JP"/>
              </w:rPr>
              <w:t>の</w:t>
            </w:r>
            <w:r>
              <w:rPr>
                <w:rFonts w:ascii="ＭＳ Ｐ明朝" w:eastAsia="ＭＳ Ｐ明朝" w:hAnsi="ＭＳ Ｐ明朝" w:cs="ＭＳ Ｐ明朝"/>
                <w:color w:val="000000"/>
                <w:sz w:val="19"/>
                <w:lang w:val="ja-JP" w:eastAsia="ja-JP"/>
              </w:rPr>
              <w:t>施</w:t>
            </w:r>
            <w:r>
              <w:rPr>
                <w:rFonts w:ascii="ＭＳ Ｐ明朝" w:eastAsia="ＭＳ Ｐ明朝" w:hAnsi="ＭＳ Ｐ明朝" w:cs="ＭＳ Ｐ明朝"/>
                <w:color w:val="000000"/>
                <w:spacing w:val="2"/>
                <w:sz w:val="19"/>
                <w:lang w:val="ja-JP" w:eastAsia="ja-JP"/>
              </w:rPr>
              <w:t>行</w:t>
            </w:r>
            <w:r>
              <w:rPr>
                <w:rFonts w:ascii="ＭＳ Ｐ明朝" w:eastAsia="ＭＳ Ｐ明朝" w:hAnsi="ＭＳ Ｐ明朝" w:cs="ＭＳ Ｐ明朝"/>
                <w:color w:val="000000"/>
                <w:spacing w:val="3"/>
                <w:sz w:val="19"/>
                <w:lang w:val="ja-JP" w:eastAsia="ja-JP"/>
              </w:rPr>
              <w:t>に</w:t>
            </w:r>
            <w:r>
              <w:rPr>
                <w:rFonts w:ascii="ＭＳ Ｐ明朝" w:eastAsia="ＭＳ Ｐ明朝" w:hAnsi="ＭＳ Ｐ明朝" w:cs="ＭＳ Ｐ明朝"/>
                <w:color w:val="000000"/>
                <w:sz w:val="19"/>
                <w:lang w:val="ja-JP" w:eastAsia="ja-JP"/>
              </w:rPr>
              <w:t>つ</w:t>
            </w:r>
            <w:r>
              <w:rPr>
                <w:rFonts w:ascii="ＭＳ Ｐ明朝" w:eastAsia="ＭＳ Ｐ明朝" w:hAnsi="ＭＳ Ｐ明朝" w:cs="ＭＳ Ｐ明朝"/>
                <w:color w:val="000000"/>
                <w:spacing w:val="2"/>
                <w:sz w:val="19"/>
                <w:lang w:val="ja-JP" w:eastAsia="ja-JP"/>
              </w:rPr>
              <w:t>いて</w:t>
            </w:r>
            <w:r>
              <w:rPr>
                <w:rFonts w:ascii="ＭＳ Ｐ明朝" w:eastAsia="ＭＳ Ｐ明朝" w:hAnsi="ＭＳ Ｐ明朝" w:cs="ＭＳ Ｐ明朝"/>
                <w:color w:val="000000"/>
                <w:sz w:val="19"/>
                <w:lang w:val="ja-JP" w:eastAsia="ja-JP"/>
              </w:rPr>
              <w:t>同</w:t>
            </w:r>
            <w:r>
              <w:rPr>
                <w:rFonts w:ascii="ＭＳ Ｐ明朝" w:eastAsia="ＭＳ Ｐ明朝" w:hAnsi="ＭＳ Ｐ明朝" w:cs="ＭＳ Ｐ明朝"/>
                <w:color w:val="000000"/>
                <w:spacing w:val="2"/>
                <w:sz w:val="19"/>
                <w:lang w:val="ja-JP" w:eastAsia="ja-JP"/>
              </w:rPr>
              <w:t>意</w:t>
            </w:r>
            <w:r>
              <w:rPr>
                <w:rFonts w:ascii="ＭＳ Ｐ明朝" w:eastAsia="ＭＳ Ｐ明朝" w:hAnsi="ＭＳ Ｐ明朝" w:cs="ＭＳ Ｐ明朝"/>
                <w:color w:val="000000"/>
                <w:sz w:val="19"/>
                <w:lang w:val="ja-JP" w:eastAsia="ja-JP"/>
              </w:rPr>
              <w:t>し</w:t>
            </w:r>
            <w:r>
              <w:rPr>
                <w:rFonts w:ascii="ＭＳ Ｐ明朝" w:eastAsia="ＭＳ Ｐ明朝" w:hAnsi="ＭＳ Ｐ明朝" w:cs="ＭＳ Ｐ明朝"/>
                <w:color w:val="000000"/>
                <w:spacing w:val="3"/>
                <w:sz w:val="19"/>
                <w:lang w:val="ja-JP" w:eastAsia="ja-JP"/>
              </w:rPr>
              <w:t>ま</w:t>
            </w:r>
            <w:r>
              <w:rPr>
                <w:rFonts w:ascii="ＭＳ Ｐ明朝" w:eastAsia="ＭＳ Ｐ明朝" w:hAnsi="ＭＳ Ｐ明朝" w:cs="ＭＳ Ｐ明朝"/>
                <w:color w:val="000000"/>
                <w:sz w:val="19"/>
                <w:lang w:val="ja-JP" w:eastAsia="ja-JP"/>
              </w:rPr>
              <w:t>す。</w:t>
            </w:r>
          </w:p>
        </w:tc>
      </w:tr>
      <w:tr w:rsidR="00FB2F32" w14:paraId="5058AB4B" w14:textId="77777777">
        <w:trPr>
          <w:cantSplit/>
          <w:trHeight w:val="796"/>
        </w:trPr>
        <w:tc>
          <w:tcPr>
            <w:tcW w:w="870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FE498E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442" w:line="211" w:lineRule="exact"/>
              <w:ind w:left="290"/>
            </w:pPr>
            <w:r>
              <w:rPr>
                <w:rFonts w:ascii="ＭＳ Ｐ明朝" w:eastAsia="ＭＳ Ｐ明朝" w:hAnsi="ＭＳ Ｐ明朝" w:cs="ＭＳ Ｐ明朝"/>
                <w:color w:val="000000"/>
                <w:spacing w:val="2"/>
                <w:sz w:val="19"/>
                <w:lang w:val="ja-JP" w:eastAsia="ja-JP"/>
              </w:rPr>
              <w:t>土</w:t>
            </w:r>
            <w:r>
              <w:rPr>
                <w:rFonts w:ascii="ＭＳ Ｐ明朝" w:eastAsia="ＭＳ Ｐ明朝" w:hAnsi="ＭＳ Ｐ明朝" w:cs="ＭＳ Ｐ明朝"/>
                <w:color w:val="000000"/>
                <w:sz w:val="19"/>
                <w:lang w:val="ja-JP" w:eastAsia="ja-JP"/>
              </w:rPr>
              <w:t>地</w:t>
            </w:r>
            <w:r>
              <w:rPr>
                <w:rFonts w:ascii="ＭＳ Ｐ明朝" w:eastAsia="ＭＳ Ｐ明朝" w:hAnsi="ＭＳ Ｐ明朝" w:cs="ＭＳ Ｐ明朝"/>
                <w:color w:val="000000"/>
                <w:spacing w:val="3"/>
                <w:sz w:val="19"/>
                <w:lang w:val="ja-JP" w:eastAsia="ja-JP"/>
              </w:rPr>
              <w:t>の</w:t>
            </w:r>
            <w:r>
              <w:rPr>
                <w:rFonts w:ascii="ＭＳ Ｐ明朝" w:eastAsia="ＭＳ Ｐ明朝" w:hAnsi="ＭＳ Ｐ明朝" w:cs="ＭＳ Ｐ明朝"/>
                <w:color w:val="000000"/>
                <w:sz w:val="19"/>
                <w:lang w:val="ja-JP" w:eastAsia="ja-JP"/>
              </w:rPr>
              <w:t>権</w:t>
            </w:r>
            <w:r>
              <w:rPr>
                <w:rFonts w:ascii="ＭＳ Ｐ明朝" w:eastAsia="ＭＳ Ｐ明朝" w:hAnsi="ＭＳ Ｐ明朝" w:cs="ＭＳ Ｐ明朝"/>
                <w:color w:val="000000"/>
                <w:spacing w:val="2"/>
                <w:sz w:val="19"/>
                <w:lang w:val="ja-JP" w:eastAsia="ja-JP"/>
              </w:rPr>
              <w:t>利関</w:t>
            </w:r>
            <w:r>
              <w:rPr>
                <w:rFonts w:ascii="ＭＳ Ｐ明朝" w:eastAsia="ＭＳ Ｐ明朝" w:hAnsi="ＭＳ Ｐ明朝" w:cs="ＭＳ Ｐ明朝"/>
                <w:color w:val="000000"/>
                <w:sz w:val="19"/>
                <w:lang w:val="ja-JP" w:eastAsia="ja-JP"/>
              </w:rPr>
              <w:t>係者</w:t>
            </w:r>
          </w:p>
        </w:tc>
      </w:tr>
      <w:tr w:rsidR="00FB2F32" w14:paraId="1103D953" w14:textId="77777777">
        <w:trPr>
          <w:cantSplit/>
          <w:trHeight w:val="798"/>
        </w:trPr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4B04CDC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307" w:line="211" w:lineRule="exact"/>
              <w:ind w:left="96"/>
            </w:pPr>
            <w:r>
              <w:rPr>
                <w:rFonts w:ascii="ＭＳ Ｐ明朝" w:eastAsia="ＭＳ Ｐ明朝" w:hAnsi="ＭＳ Ｐ明朝" w:cs="ＭＳ Ｐ明朝"/>
                <w:color w:val="000000"/>
                <w:spacing w:val="41"/>
                <w:sz w:val="19"/>
                <w:lang w:val="ja-JP" w:eastAsia="ja-JP"/>
              </w:rPr>
              <w:t>所在及び番</w:t>
            </w:r>
            <w:r>
              <w:rPr>
                <w:rFonts w:ascii="ＭＳ Ｐ明朝" w:eastAsia="ＭＳ Ｐ明朝" w:hAnsi="ＭＳ Ｐ明朝" w:cs="ＭＳ Ｐ明朝"/>
                <w:color w:val="000000"/>
                <w:sz w:val="19"/>
                <w:lang w:val="ja-JP" w:eastAsia="ja-JP"/>
              </w:rPr>
              <w:t>地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81945A" w14:textId="77777777" w:rsidR="00FB2F32" w:rsidRDefault="00000000">
            <w:pPr>
              <w:widowControl w:val="0"/>
              <w:tabs>
                <w:tab w:val="left" w:pos="678"/>
              </w:tabs>
              <w:kinsoku w:val="0"/>
              <w:overflowPunct w:val="0"/>
              <w:autoSpaceDE w:val="0"/>
              <w:autoSpaceDN w:val="0"/>
              <w:snapToGrid w:val="0"/>
              <w:spacing w:before="307" w:line="211" w:lineRule="exact"/>
              <w:ind w:left="97"/>
            </w:pPr>
            <w:r>
              <w:rPr>
                <w:rFonts w:ascii="ＭＳ Ｐ明朝" w:eastAsia="ＭＳ Ｐ明朝" w:hAnsi="ＭＳ Ｐ明朝" w:cs="ＭＳ Ｐ明朝"/>
                <w:color w:val="000000"/>
                <w:sz w:val="19"/>
                <w:lang w:val="ja-JP" w:eastAsia="ja-JP"/>
              </w:rPr>
              <w:t>地</w:t>
            </w:r>
            <w:r>
              <w:rPr>
                <w:rFonts w:ascii="ＭＳ Ｐ明朝" w:eastAsia="ＭＳ Ｐ明朝" w:hAnsi="ＭＳ Ｐ明朝" w:cs="ＭＳ Ｐ明朝"/>
                <w:color w:val="000000"/>
                <w:sz w:val="19"/>
                <w:lang w:val="ja-JP" w:eastAsia="ja-JP"/>
              </w:rPr>
              <w:tab/>
              <w:t>目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25010F" w14:textId="77777777" w:rsidR="00FB2F32" w:rsidRDefault="00000000">
            <w:pPr>
              <w:widowControl w:val="0"/>
              <w:tabs>
                <w:tab w:val="left" w:pos="678"/>
              </w:tabs>
              <w:kinsoku w:val="0"/>
              <w:overflowPunct w:val="0"/>
              <w:autoSpaceDE w:val="0"/>
              <w:autoSpaceDN w:val="0"/>
              <w:snapToGrid w:val="0"/>
              <w:spacing w:before="307" w:line="211" w:lineRule="exact"/>
              <w:ind w:left="97"/>
            </w:pPr>
            <w:r>
              <w:rPr>
                <w:rFonts w:ascii="ＭＳ Ｐ明朝" w:eastAsia="ＭＳ Ｐ明朝" w:hAnsi="ＭＳ Ｐ明朝" w:cs="ＭＳ Ｐ明朝"/>
                <w:color w:val="000000"/>
                <w:sz w:val="19"/>
                <w:lang w:val="ja-JP" w:eastAsia="ja-JP"/>
              </w:rPr>
              <w:t>地</w:t>
            </w:r>
            <w:r>
              <w:rPr>
                <w:rFonts w:ascii="ＭＳ Ｐ明朝" w:eastAsia="ＭＳ Ｐ明朝" w:hAnsi="ＭＳ Ｐ明朝" w:cs="ＭＳ Ｐ明朝"/>
                <w:color w:val="000000"/>
                <w:sz w:val="19"/>
                <w:lang w:val="ja-JP" w:eastAsia="ja-JP"/>
              </w:rPr>
              <w:tab/>
              <w:t>積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A67769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73" w:line="211" w:lineRule="exact"/>
              <w:ind w:left="95"/>
            </w:pPr>
            <w:r>
              <w:rPr>
                <w:rFonts w:ascii="ＭＳ Ｐ明朝" w:eastAsia="ＭＳ Ｐ明朝" w:hAnsi="ＭＳ Ｐ明朝" w:cs="ＭＳ Ｐ明朝"/>
                <w:color w:val="000000"/>
                <w:spacing w:val="103"/>
                <w:sz w:val="19"/>
                <w:lang w:val="ja-JP" w:eastAsia="ja-JP"/>
              </w:rPr>
              <w:t>権利</w:t>
            </w:r>
            <w:r>
              <w:rPr>
                <w:rFonts w:ascii="ＭＳ Ｐ明朝" w:eastAsia="ＭＳ Ｐ明朝" w:hAnsi="ＭＳ Ｐ明朝" w:cs="ＭＳ Ｐ明朝"/>
                <w:color w:val="000000"/>
                <w:sz w:val="19"/>
                <w:lang w:val="ja-JP" w:eastAsia="ja-JP"/>
              </w:rPr>
              <w:t>の</w:t>
            </w:r>
          </w:p>
          <w:p w14:paraId="633FE49D" w14:textId="77777777" w:rsidR="00FB2F32" w:rsidRDefault="00000000">
            <w:pPr>
              <w:widowControl w:val="0"/>
              <w:tabs>
                <w:tab w:val="left" w:pos="676"/>
              </w:tabs>
              <w:kinsoku w:val="0"/>
              <w:overflowPunct w:val="0"/>
              <w:autoSpaceDE w:val="0"/>
              <w:autoSpaceDN w:val="0"/>
              <w:snapToGrid w:val="0"/>
              <w:spacing w:before="60" w:line="211" w:lineRule="exact"/>
              <w:ind w:left="95"/>
            </w:pPr>
            <w:r>
              <w:rPr>
                <w:rFonts w:ascii="ＭＳ Ｐ明朝" w:eastAsia="ＭＳ Ｐ明朝" w:hAnsi="ＭＳ Ｐ明朝" w:cs="ＭＳ Ｐ明朝"/>
                <w:color w:val="000000"/>
                <w:sz w:val="19"/>
                <w:lang w:val="ja-JP" w:eastAsia="ja-JP"/>
              </w:rPr>
              <w:t>種</w:t>
            </w:r>
            <w:r>
              <w:rPr>
                <w:rFonts w:ascii="ＭＳ Ｐ明朝" w:eastAsia="ＭＳ Ｐ明朝" w:hAnsi="ＭＳ Ｐ明朝" w:cs="ＭＳ Ｐ明朝"/>
                <w:color w:val="000000"/>
                <w:sz w:val="19"/>
                <w:lang w:val="ja-JP" w:eastAsia="ja-JP"/>
              </w:rPr>
              <w:tab/>
              <w:t>別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324356" w14:textId="77777777" w:rsidR="00FB2F32" w:rsidRDefault="00000000">
            <w:pPr>
              <w:widowControl w:val="0"/>
              <w:tabs>
                <w:tab w:val="left" w:pos="676"/>
              </w:tabs>
              <w:kinsoku w:val="0"/>
              <w:overflowPunct w:val="0"/>
              <w:autoSpaceDE w:val="0"/>
              <w:autoSpaceDN w:val="0"/>
              <w:snapToGrid w:val="0"/>
              <w:spacing w:before="173" w:line="211" w:lineRule="exact"/>
              <w:ind w:left="95"/>
            </w:pPr>
            <w:r>
              <w:rPr>
                <w:rFonts w:ascii="ＭＳ Ｐ明朝" w:eastAsia="ＭＳ Ｐ明朝" w:hAnsi="ＭＳ Ｐ明朝" w:cs="ＭＳ Ｐ明朝"/>
                <w:color w:val="000000"/>
                <w:sz w:val="19"/>
                <w:lang w:val="ja-JP" w:eastAsia="ja-JP"/>
              </w:rPr>
              <w:t>同</w:t>
            </w:r>
            <w:r>
              <w:rPr>
                <w:rFonts w:ascii="ＭＳ Ｐ明朝" w:eastAsia="ＭＳ Ｐ明朝" w:hAnsi="ＭＳ Ｐ明朝" w:cs="ＭＳ Ｐ明朝"/>
                <w:color w:val="000000"/>
                <w:sz w:val="19"/>
                <w:lang w:val="ja-JP" w:eastAsia="ja-JP"/>
              </w:rPr>
              <w:tab/>
              <w:t>意</w:t>
            </w:r>
          </w:p>
          <w:p w14:paraId="144E0E17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60" w:line="211" w:lineRule="exact"/>
              <w:ind w:left="95"/>
            </w:pPr>
            <w:r>
              <w:rPr>
                <w:rFonts w:ascii="ＭＳ Ｐ明朝" w:eastAsia="ＭＳ Ｐ明朝" w:hAnsi="ＭＳ Ｐ明朝" w:cs="ＭＳ Ｐ明朝"/>
                <w:color w:val="000000"/>
                <w:spacing w:val="98"/>
                <w:sz w:val="19"/>
                <w:lang w:val="ja-JP" w:eastAsia="ja-JP"/>
              </w:rPr>
              <w:t>年月</w:t>
            </w:r>
            <w:r>
              <w:rPr>
                <w:rFonts w:ascii="ＭＳ Ｐ明朝" w:eastAsia="ＭＳ Ｐ明朝" w:hAnsi="ＭＳ Ｐ明朝" w:cs="ＭＳ Ｐ明朝"/>
                <w:color w:val="000000"/>
                <w:sz w:val="19"/>
                <w:lang w:val="ja-JP" w:eastAsia="ja-JP"/>
              </w:rPr>
              <w:t>日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7F45A6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307" w:line="211" w:lineRule="exact"/>
              <w:ind w:left="97"/>
            </w:pPr>
            <w:r>
              <w:rPr>
                <w:rFonts w:ascii="ＭＳ Ｐ明朝" w:eastAsia="ＭＳ Ｐ明朝" w:hAnsi="ＭＳ Ｐ明朝" w:cs="ＭＳ Ｐ明朝"/>
                <w:color w:val="000000"/>
                <w:sz w:val="19"/>
                <w:lang w:val="ja-JP" w:eastAsia="ja-JP"/>
              </w:rPr>
              <w:t>同</w:t>
            </w:r>
            <w:r>
              <w:rPr>
                <w:rFonts w:ascii="ＭＳ Ｐ明朝" w:eastAsia="ＭＳ Ｐ明朝" w:hAnsi="ＭＳ Ｐ明朝" w:cs="ＭＳ Ｐ明朝"/>
                <w:color w:val="000000"/>
                <w:spacing w:val="2"/>
                <w:sz w:val="19"/>
                <w:lang w:val="ja-JP" w:eastAsia="ja-JP"/>
              </w:rPr>
              <w:t>意</w:t>
            </w:r>
            <w:r>
              <w:rPr>
                <w:rFonts w:ascii="ＭＳ Ｐ明朝" w:eastAsia="ＭＳ Ｐ明朝" w:hAnsi="ＭＳ Ｐ明朝" w:cs="ＭＳ Ｐ明朝"/>
                <w:color w:val="000000"/>
                <w:sz w:val="19"/>
                <w:lang w:val="ja-JP" w:eastAsia="ja-JP"/>
              </w:rPr>
              <w:t>者</w:t>
            </w:r>
            <w:r>
              <w:rPr>
                <w:rFonts w:ascii="ＭＳ Ｐ明朝" w:eastAsia="ＭＳ Ｐ明朝" w:hAnsi="ＭＳ Ｐ明朝" w:cs="ＭＳ Ｐ明朝"/>
                <w:color w:val="000000"/>
                <w:spacing w:val="3"/>
                <w:sz w:val="19"/>
                <w:lang w:val="ja-JP" w:eastAsia="ja-JP"/>
              </w:rPr>
              <w:t>の</w:t>
            </w:r>
            <w:r>
              <w:rPr>
                <w:rFonts w:ascii="ＭＳ Ｐ明朝" w:eastAsia="ＭＳ Ｐ明朝" w:hAnsi="ＭＳ Ｐ明朝" w:cs="ＭＳ Ｐ明朝"/>
                <w:color w:val="000000"/>
                <w:sz w:val="19"/>
                <w:lang w:val="ja-JP" w:eastAsia="ja-JP"/>
              </w:rPr>
              <w:t>住</w:t>
            </w:r>
            <w:r>
              <w:rPr>
                <w:rFonts w:ascii="ＭＳ Ｐ明朝" w:eastAsia="ＭＳ Ｐ明朝" w:hAnsi="ＭＳ Ｐ明朝" w:cs="ＭＳ Ｐ明朝"/>
                <w:color w:val="000000"/>
                <w:spacing w:val="2"/>
                <w:sz w:val="19"/>
                <w:lang w:val="ja-JP" w:eastAsia="ja-JP"/>
              </w:rPr>
              <w:t>所氏</w:t>
            </w:r>
            <w:r>
              <w:rPr>
                <w:rFonts w:ascii="ＭＳ Ｐ明朝" w:eastAsia="ＭＳ Ｐ明朝" w:hAnsi="ＭＳ Ｐ明朝" w:cs="ＭＳ Ｐ明朝"/>
                <w:color w:val="000000"/>
                <w:sz w:val="19"/>
                <w:lang w:val="ja-JP" w:eastAsia="ja-JP"/>
              </w:rPr>
              <w:t>名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9FBB1C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307" w:line="211" w:lineRule="exact"/>
              <w:ind w:left="193"/>
            </w:pPr>
            <w:r>
              <w:rPr>
                <w:rFonts w:ascii="ＭＳ Ｐ明朝" w:eastAsia="ＭＳ Ｐ明朝" w:hAnsi="ＭＳ Ｐ明朝" w:cs="ＭＳ Ｐ明朝"/>
                <w:color w:val="000000"/>
                <w:sz w:val="19"/>
                <w:lang w:val="ja-JP" w:eastAsia="ja-JP"/>
              </w:rPr>
              <w:t>印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D9F7CA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307" w:line="211" w:lineRule="exact"/>
              <w:ind w:left="95"/>
            </w:pPr>
            <w:r>
              <w:rPr>
                <w:rFonts w:ascii="ＭＳ Ｐ明朝" w:eastAsia="ＭＳ Ｐ明朝" w:hAnsi="ＭＳ Ｐ明朝" w:cs="ＭＳ Ｐ明朝"/>
                <w:color w:val="000000"/>
                <w:spacing w:val="2"/>
                <w:sz w:val="19"/>
                <w:lang w:val="ja-JP" w:eastAsia="ja-JP"/>
              </w:rPr>
              <w:t>共</w:t>
            </w:r>
            <w:r>
              <w:rPr>
                <w:rFonts w:ascii="ＭＳ Ｐ明朝" w:eastAsia="ＭＳ Ｐ明朝" w:hAnsi="ＭＳ Ｐ明朝" w:cs="ＭＳ Ｐ明朝"/>
                <w:color w:val="000000"/>
                <w:sz w:val="19"/>
                <w:lang w:val="ja-JP" w:eastAsia="ja-JP"/>
              </w:rPr>
              <w:t>有</w:t>
            </w:r>
            <w:r>
              <w:rPr>
                <w:rFonts w:ascii="ＭＳ Ｐ明朝" w:eastAsia="ＭＳ Ｐ明朝" w:hAnsi="ＭＳ Ｐ明朝" w:cs="ＭＳ Ｐ明朝"/>
                <w:color w:val="000000"/>
                <w:spacing w:val="2"/>
                <w:sz w:val="19"/>
                <w:lang w:val="ja-JP" w:eastAsia="ja-JP"/>
              </w:rPr>
              <w:t>関</w:t>
            </w:r>
            <w:r>
              <w:rPr>
                <w:rFonts w:ascii="ＭＳ Ｐ明朝" w:eastAsia="ＭＳ Ｐ明朝" w:hAnsi="ＭＳ Ｐ明朝" w:cs="ＭＳ Ｐ明朝"/>
                <w:color w:val="000000"/>
                <w:sz w:val="19"/>
                <w:lang w:val="ja-JP" w:eastAsia="ja-JP"/>
              </w:rPr>
              <w:t>係</w:t>
            </w:r>
          </w:p>
        </w:tc>
      </w:tr>
      <w:tr w:rsidR="00FB2F32" w14:paraId="5B1584F3" w14:textId="77777777">
        <w:trPr>
          <w:cantSplit/>
          <w:trHeight w:val="796"/>
        </w:trPr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BB50FEE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C3101F0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F244449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D5C4DCD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921B4E5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D25A61B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8624FBF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E9A28A1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60A9CC54" w14:textId="77777777">
        <w:trPr>
          <w:cantSplit/>
          <w:trHeight w:val="796"/>
        </w:trPr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39A3DA9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F3C5F00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A155E57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0D0F330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B0E727F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44B47DC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7106E9B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C70062E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7E3CD93F" w14:textId="77777777">
        <w:trPr>
          <w:cantSplit/>
          <w:trHeight w:val="798"/>
        </w:trPr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D10A681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2D08399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4554B3E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7344803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BBB87AA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4503FCD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5AC7A69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4E0C6F1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6E59F183" w14:textId="77777777">
        <w:trPr>
          <w:cantSplit/>
          <w:trHeight w:val="795"/>
        </w:trPr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F6753F2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A0C7A1A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BB515C9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D11676F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FB9D5A1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7456630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C6E4470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07" w:lineRule="exact"/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D44400C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</w:tbl>
    <w:p w14:paraId="0B9310D3" w14:textId="77777777" w:rsidR="00FB2F32" w:rsidRDefault="00000000">
      <w:pPr>
        <w:widowControl w:val="0"/>
        <w:tabs>
          <w:tab w:val="left" w:pos="1249"/>
        </w:tabs>
        <w:kinsoku w:val="0"/>
        <w:overflowPunct w:val="0"/>
        <w:autoSpaceDE w:val="0"/>
        <w:autoSpaceDN w:val="0"/>
        <w:snapToGrid w:val="0"/>
        <w:spacing w:before="174" w:line="211" w:lineRule="exact"/>
        <w:ind w:left="860"/>
        <w:rPr>
          <w:lang w:eastAsia="ja-JP"/>
        </w:rPr>
      </w:pPr>
      <w:r>
        <w:rPr>
          <w:rFonts w:ascii="ＭＳ Ｐ明朝" w:eastAsia="ＭＳ Ｐ明朝" w:hAnsi="ＭＳ Ｐ明朝" w:cs="ＭＳ Ｐ明朝"/>
          <w:color w:val="000000"/>
          <w:sz w:val="19"/>
          <w:lang w:val="ja-JP" w:eastAsia="ja-JP"/>
        </w:rPr>
        <w:t>※</w:t>
      </w:r>
      <w:r>
        <w:rPr>
          <w:rFonts w:ascii="ＭＳ Ｐ明朝" w:eastAsia="ＭＳ Ｐ明朝" w:hAnsi="ＭＳ Ｐ明朝" w:cs="ＭＳ Ｐ明朝"/>
          <w:color w:val="000000"/>
          <w:sz w:val="19"/>
          <w:lang w:val="ja-JP" w:eastAsia="ja-JP"/>
        </w:rPr>
        <w:tab/>
        <w:t>開</w:t>
      </w:r>
      <w:r>
        <w:rPr>
          <w:rFonts w:ascii="ＭＳ Ｐ明朝" w:eastAsia="ＭＳ Ｐ明朝" w:hAnsi="ＭＳ Ｐ明朝" w:cs="ＭＳ Ｐ明朝"/>
          <w:color w:val="000000"/>
          <w:spacing w:val="2"/>
          <w:sz w:val="19"/>
          <w:lang w:val="ja-JP" w:eastAsia="ja-JP"/>
        </w:rPr>
        <w:t>発行</w:t>
      </w:r>
      <w:r>
        <w:rPr>
          <w:rFonts w:ascii="ＭＳ Ｐ明朝" w:eastAsia="ＭＳ Ｐ明朝" w:hAnsi="ＭＳ Ｐ明朝" w:cs="ＭＳ Ｐ明朝"/>
          <w:color w:val="000000"/>
          <w:sz w:val="19"/>
          <w:lang w:val="ja-JP" w:eastAsia="ja-JP"/>
        </w:rPr>
        <w:t>為</w:t>
      </w:r>
      <w:r>
        <w:rPr>
          <w:rFonts w:ascii="ＭＳ Ｐ明朝" w:eastAsia="ＭＳ Ｐ明朝" w:hAnsi="ＭＳ Ｐ明朝" w:cs="ＭＳ Ｐ明朝"/>
          <w:color w:val="000000"/>
          <w:spacing w:val="3"/>
          <w:sz w:val="19"/>
          <w:lang w:val="ja-JP" w:eastAsia="ja-JP"/>
        </w:rPr>
        <w:t>に</w:t>
      </w:r>
      <w:r>
        <w:rPr>
          <w:rFonts w:ascii="ＭＳ Ｐ明朝" w:eastAsia="ＭＳ Ｐ明朝" w:hAnsi="ＭＳ Ｐ明朝" w:cs="ＭＳ Ｐ明朝"/>
          <w:color w:val="000000"/>
          <w:sz w:val="19"/>
          <w:lang w:val="ja-JP" w:eastAsia="ja-JP"/>
        </w:rPr>
        <w:t>係</w:t>
      </w:r>
      <w:r>
        <w:rPr>
          <w:rFonts w:ascii="ＭＳ Ｐ明朝" w:eastAsia="ＭＳ Ｐ明朝" w:hAnsi="ＭＳ Ｐ明朝" w:cs="ＭＳ Ｐ明朝"/>
          <w:color w:val="000000"/>
          <w:spacing w:val="1"/>
          <w:sz w:val="19"/>
          <w:lang w:val="ja-JP" w:eastAsia="ja-JP"/>
        </w:rPr>
        <w:t>る</w:t>
      </w:r>
      <w:r>
        <w:rPr>
          <w:rFonts w:ascii="ＭＳ Ｐ明朝" w:eastAsia="ＭＳ Ｐ明朝" w:hAnsi="ＭＳ Ｐ明朝" w:cs="ＭＳ Ｐ明朝"/>
          <w:color w:val="000000"/>
          <w:spacing w:val="2"/>
          <w:sz w:val="19"/>
          <w:lang w:val="ja-JP" w:eastAsia="ja-JP"/>
        </w:rPr>
        <w:t>森</w:t>
      </w:r>
      <w:r>
        <w:rPr>
          <w:rFonts w:ascii="ＭＳ Ｐ明朝" w:eastAsia="ＭＳ Ｐ明朝" w:hAnsi="ＭＳ Ｐ明朝" w:cs="ＭＳ Ｐ明朝"/>
          <w:color w:val="000000"/>
          <w:sz w:val="19"/>
          <w:lang w:val="ja-JP" w:eastAsia="ja-JP"/>
        </w:rPr>
        <w:t>林</w:t>
      </w:r>
      <w:r>
        <w:rPr>
          <w:rFonts w:ascii="ＭＳ Ｐ明朝" w:eastAsia="ＭＳ Ｐ明朝" w:hAnsi="ＭＳ Ｐ明朝" w:cs="ＭＳ Ｐ明朝"/>
          <w:color w:val="000000"/>
          <w:spacing w:val="3"/>
          <w:sz w:val="19"/>
          <w:lang w:val="ja-JP" w:eastAsia="ja-JP"/>
        </w:rPr>
        <w:t>の</w:t>
      </w:r>
      <w:r>
        <w:rPr>
          <w:rFonts w:ascii="ＭＳ Ｐ明朝" w:eastAsia="ＭＳ Ｐ明朝" w:hAnsi="ＭＳ Ｐ明朝" w:cs="ＭＳ Ｐ明朝"/>
          <w:color w:val="000000"/>
          <w:spacing w:val="2"/>
          <w:sz w:val="19"/>
          <w:lang w:val="ja-JP" w:eastAsia="ja-JP"/>
        </w:rPr>
        <w:t>場</w:t>
      </w:r>
      <w:r>
        <w:rPr>
          <w:rFonts w:ascii="ＭＳ Ｐ明朝" w:eastAsia="ＭＳ Ｐ明朝" w:hAnsi="ＭＳ Ｐ明朝" w:cs="ＭＳ Ｐ明朝"/>
          <w:color w:val="000000"/>
          <w:sz w:val="19"/>
          <w:lang w:val="ja-JP" w:eastAsia="ja-JP"/>
        </w:rPr>
        <w:t>合</w:t>
      </w:r>
      <w:r>
        <w:rPr>
          <w:rFonts w:ascii="ＭＳ Ｐ明朝" w:eastAsia="ＭＳ Ｐ明朝" w:hAnsi="ＭＳ Ｐ明朝" w:cs="ＭＳ Ｐ明朝"/>
          <w:color w:val="000000"/>
          <w:spacing w:val="1"/>
          <w:sz w:val="19"/>
          <w:lang w:val="ja-JP" w:eastAsia="ja-JP"/>
        </w:rPr>
        <w:t>は</w:t>
      </w:r>
      <w:r>
        <w:rPr>
          <w:rFonts w:ascii="ＭＳ Ｐ明朝" w:eastAsia="ＭＳ Ｐ明朝" w:hAnsi="ＭＳ Ｐ明朝" w:cs="ＭＳ Ｐ明朝"/>
          <w:color w:val="000000"/>
          <w:spacing w:val="2"/>
          <w:sz w:val="19"/>
          <w:lang w:val="ja-JP" w:eastAsia="ja-JP"/>
        </w:rPr>
        <w:t>、</w:t>
      </w:r>
      <w:r>
        <w:rPr>
          <w:rFonts w:ascii="ＭＳ Ｐ明朝" w:eastAsia="ＭＳ Ｐ明朝" w:hAnsi="ＭＳ Ｐ明朝" w:cs="ＭＳ Ｐ明朝"/>
          <w:color w:val="000000"/>
          <w:sz w:val="19"/>
          <w:lang w:val="ja-JP" w:eastAsia="ja-JP"/>
        </w:rPr>
        <w:t>印</w:t>
      </w:r>
      <w:r>
        <w:rPr>
          <w:rFonts w:ascii="ＭＳ Ｐ明朝" w:eastAsia="ＭＳ Ｐ明朝" w:hAnsi="ＭＳ Ｐ明朝" w:cs="ＭＳ Ｐ明朝"/>
          <w:color w:val="000000"/>
          <w:spacing w:val="2"/>
          <w:sz w:val="19"/>
          <w:lang w:val="ja-JP" w:eastAsia="ja-JP"/>
        </w:rPr>
        <w:t>鑑登</w:t>
      </w:r>
      <w:r>
        <w:rPr>
          <w:rFonts w:ascii="ＭＳ Ｐ明朝" w:eastAsia="ＭＳ Ｐ明朝" w:hAnsi="ＭＳ Ｐ明朝" w:cs="ＭＳ Ｐ明朝"/>
          <w:color w:val="000000"/>
          <w:sz w:val="19"/>
          <w:lang w:val="ja-JP" w:eastAsia="ja-JP"/>
        </w:rPr>
        <w:t>録</w:t>
      </w:r>
      <w:r>
        <w:rPr>
          <w:rFonts w:ascii="ＭＳ Ｐ明朝" w:eastAsia="ＭＳ Ｐ明朝" w:hAnsi="ＭＳ Ｐ明朝" w:cs="ＭＳ Ｐ明朝"/>
          <w:color w:val="000000"/>
          <w:spacing w:val="2"/>
          <w:sz w:val="19"/>
          <w:lang w:val="ja-JP" w:eastAsia="ja-JP"/>
        </w:rPr>
        <w:t>証明書</w:t>
      </w:r>
      <w:r>
        <w:rPr>
          <w:rFonts w:ascii="ＭＳ Ｐ明朝" w:eastAsia="ＭＳ Ｐ明朝" w:hAnsi="ＭＳ Ｐ明朝" w:cs="ＭＳ Ｐ明朝"/>
          <w:color w:val="000000"/>
          <w:spacing w:val="-1"/>
          <w:sz w:val="19"/>
          <w:lang w:val="ja-JP" w:eastAsia="ja-JP"/>
        </w:rPr>
        <w:t>を</w:t>
      </w:r>
      <w:r>
        <w:rPr>
          <w:rFonts w:ascii="ＭＳ Ｐ明朝" w:eastAsia="ＭＳ Ｐ明朝" w:hAnsi="ＭＳ Ｐ明朝" w:cs="ＭＳ Ｐ明朝"/>
          <w:color w:val="000000"/>
          <w:spacing w:val="2"/>
          <w:sz w:val="19"/>
          <w:lang w:val="ja-JP" w:eastAsia="ja-JP"/>
        </w:rPr>
        <w:t>添付</w:t>
      </w:r>
      <w:r>
        <w:rPr>
          <w:rFonts w:ascii="ＭＳ Ｐ明朝" w:eastAsia="ＭＳ Ｐ明朝" w:hAnsi="ＭＳ Ｐ明朝" w:cs="ＭＳ Ｐ明朝"/>
          <w:color w:val="000000"/>
          <w:sz w:val="19"/>
          <w:lang w:val="ja-JP" w:eastAsia="ja-JP"/>
        </w:rPr>
        <w:t>し</w:t>
      </w:r>
      <w:r>
        <w:rPr>
          <w:rFonts w:ascii="ＭＳ Ｐ明朝" w:eastAsia="ＭＳ Ｐ明朝" w:hAnsi="ＭＳ Ｐ明朝" w:cs="ＭＳ Ｐ明朝"/>
          <w:color w:val="000000"/>
          <w:spacing w:val="2"/>
          <w:sz w:val="19"/>
          <w:lang w:val="ja-JP" w:eastAsia="ja-JP"/>
        </w:rPr>
        <w:t>て</w:t>
      </w:r>
      <w:r>
        <w:rPr>
          <w:rFonts w:ascii="ＭＳ Ｐ明朝" w:eastAsia="ＭＳ Ｐ明朝" w:hAnsi="ＭＳ Ｐ明朝" w:cs="ＭＳ Ｐ明朝"/>
          <w:color w:val="000000"/>
          <w:spacing w:val="1"/>
          <w:sz w:val="19"/>
          <w:lang w:val="ja-JP" w:eastAsia="ja-JP"/>
        </w:rPr>
        <w:t>く</w:t>
      </w:r>
      <w:r>
        <w:rPr>
          <w:rFonts w:ascii="ＭＳ Ｐ明朝" w:eastAsia="ＭＳ Ｐ明朝" w:hAnsi="ＭＳ Ｐ明朝" w:cs="ＭＳ Ｐ明朝"/>
          <w:color w:val="000000"/>
          <w:sz w:val="19"/>
          <w:lang w:val="ja-JP" w:eastAsia="ja-JP"/>
        </w:rPr>
        <w:t>だ</w:t>
      </w:r>
      <w:r>
        <w:rPr>
          <w:rFonts w:ascii="ＭＳ Ｐ明朝" w:eastAsia="ＭＳ Ｐ明朝" w:hAnsi="ＭＳ Ｐ明朝" w:cs="ＭＳ Ｐ明朝"/>
          <w:color w:val="000000"/>
          <w:spacing w:val="2"/>
          <w:sz w:val="19"/>
          <w:lang w:val="ja-JP" w:eastAsia="ja-JP"/>
        </w:rPr>
        <w:t>さい</w:t>
      </w:r>
      <w:r>
        <w:rPr>
          <w:rFonts w:ascii="ＭＳ Ｐ明朝" w:eastAsia="ＭＳ Ｐ明朝" w:hAnsi="ＭＳ Ｐ明朝" w:cs="ＭＳ Ｐ明朝"/>
          <w:color w:val="000000"/>
          <w:sz w:val="19"/>
          <w:lang w:val="ja-JP" w:eastAsia="ja-JP"/>
        </w:rPr>
        <w:t>。</w:t>
      </w:r>
    </w:p>
    <w:p w14:paraId="23F9273A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58" w:line="211" w:lineRule="exact"/>
        <w:ind w:left="668"/>
        <w:rPr>
          <w:lang w:eastAsia="ja-JP"/>
        </w:rPr>
      </w:pPr>
      <w:r>
        <w:rPr>
          <w:rFonts w:ascii="ＭＳ Ｐ明朝" w:eastAsia="ＭＳ Ｐ明朝" w:hAnsi="ＭＳ Ｐ明朝" w:cs="ＭＳ Ｐ明朝"/>
          <w:color w:val="000000"/>
          <w:sz w:val="19"/>
          <w:lang w:val="ja-JP" w:eastAsia="ja-JP"/>
        </w:rPr>
        <w:t>（</w:t>
      </w:r>
      <w:r>
        <w:rPr>
          <w:rFonts w:ascii="ＭＳ Ｐ明朝" w:eastAsia="ＭＳ Ｐ明朝" w:hAnsi="ＭＳ Ｐ明朝" w:cs="ＭＳ Ｐ明朝"/>
          <w:color w:val="000000"/>
          <w:spacing w:val="2"/>
          <w:sz w:val="19"/>
          <w:lang w:val="ja-JP" w:eastAsia="ja-JP"/>
        </w:rPr>
        <w:t>注）</w:t>
      </w:r>
      <w:r>
        <w:rPr>
          <w:rFonts w:ascii="ＭＳ Ｐ明朝" w:eastAsia="ＭＳ Ｐ明朝" w:hAnsi="ＭＳ Ｐ明朝" w:cs="ＭＳ Ｐ明朝"/>
          <w:color w:val="000000"/>
          <w:sz w:val="19"/>
          <w:lang w:val="ja-JP" w:eastAsia="ja-JP"/>
        </w:rPr>
        <w:t>「</w:t>
      </w:r>
      <w:r>
        <w:rPr>
          <w:rFonts w:ascii="ＭＳ Ｐ明朝" w:eastAsia="ＭＳ Ｐ明朝" w:hAnsi="ＭＳ Ｐ明朝" w:cs="ＭＳ Ｐ明朝"/>
          <w:color w:val="000000"/>
          <w:spacing w:val="2"/>
          <w:sz w:val="19"/>
          <w:lang w:val="ja-JP" w:eastAsia="ja-JP"/>
        </w:rPr>
        <w:t>権</w:t>
      </w:r>
      <w:r>
        <w:rPr>
          <w:rFonts w:ascii="ＭＳ Ｐ明朝" w:eastAsia="ＭＳ Ｐ明朝" w:hAnsi="ＭＳ Ｐ明朝" w:cs="ＭＳ Ｐ明朝"/>
          <w:color w:val="000000"/>
          <w:sz w:val="19"/>
          <w:lang w:val="ja-JP" w:eastAsia="ja-JP"/>
        </w:rPr>
        <w:t>利</w:t>
      </w:r>
      <w:r>
        <w:rPr>
          <w:rFonts w:ascii="ＭＳ Ｐ明朝" w:eastAsia="ＭＳ Ｐ明朝" w:hAnsi="ＭＳ Ｐ明朝" w:cs="ＭＳ Ｐ明朝"/>
          <w:color w:val="000000"/>
          <w:spacing w:val="3"/>
          <w:sz w:val="19"/>
          <w:lang w:val="ja-JP" w:eastAsia="ja-JP"/>
        </w:rPr>
        <w:t>の</w:t>
      </w:r>
      <w:r>
        <w:rPr>
          <w:rFonts w:ascii="ＭＳ Ｐ明朝" w:eastAsia="ＭＳ Ｐ明朝" w:hAnsi="ＭＳ Ｐ明朝" w:cs="ＭＳ Ｐ明朝"/>
          <w:color w:val="000000"/>
          <w:sz w:val="19"/>
          <w:lang w:val="ja-JP" w:eastAsia="ja-JP"/>
        </w:rPr>
        <w:t>種</w:t>
      </w:r>
      <w:r>
        <w:rPr>
          <w:rFonts w:ascii="ＭＳ Ｐ明朝" w:eastAsia="ＭＳ Ｐ明朝" w:hAnsi="ＭＳ Ｐ明朝" w:cs="ＭＳ Ｐ明朝"/>
          <w:color w:val="000000"/>
          <w:spacing w:val="2"/>
          <w:sz w:val="19"/>
          <w:lang w:val="ja-JP" w:eastAsia="ja-JP"/>
        </w:rPr>
        <w:t>別欄</w:t>
      </w:r>
      <w:r>
        <w:rPr>
          <w:rFonts w:ascii="ＭＳ Ｐ明朝" w:eastAsia="ＭＳ Ｐ明朝" w:hAnsi="ＭＳ Ｐ明朝" w:cs="ＭＳ Ｐ明朝"/>
          <w:color w:val="000000"/>
          <w:sz w:val="19"/>
          <w:lang w:val="ja-JP" w:eastAsia="ja-JP"/>
        </w:rPr>
        <w:t>」</w:t>
      </w:r>
      <w:r>
        <w:rPr>
          <w:rFonts w:ascii="ＭＳ Ｐ明朝" w:eastAsia="ＭＳ Ｐ明朝" w:hAnsi="ＭＳ Ｐ明朝" w:cs="ＭＳ Ｐ明朝"/>
          <w:color w:val="000000"/>
          <w:spacing w:val="3"/>
          <w:sz w:val="19"/>
          <w:lang w:val="ja-JP" w:eastAsia="ja-JP"/>
        </w:rPr>
        <w:t>に</w:t>
      </w:r>
      <w:r>
        <w:rPr>
          <w:rFonts w:ascii="ＭＳ Ｐ明朝" w:eastAsia="ＭＳ Ｐ明朝" w:hAnsi="ＭＳ Ｐ明朝" w:cs="ＭＳ Ｐ明朝"/>
          <w:color w:val="000000"/>
          <w:spacing w:val="1"/>
          <w:sz w:val="19"/>
          <w:lang w:val="ja-JP" w:eastAsia="ja-JP"/>
        </w:rPr>
        <w:t>は</w:t>
      </w:r>
      <w:r>
        <w:rPr>
          <w:rFonts w:ascii="ＭＳ Ｐ明朝" w:eastAsia="ＭＳ Ｐ明朝" w:hAnsi="ＭＳ Ｐ明朝" w:cs="ＭＳ Ｐ明朝"/>
          <w:color w:val="000000"/>
          <w:sz w:val="19"/>
          <w:lang w:val="ja-JP" w:eastAsia="ja-JP"/>
        </w:rPr>
        <w:t>所</w:t>
      </w:r>
      <w:r>
        <w:rPr>
          <w:rFonts w:ascii="ＭＳ Ｐ明朝" w:eastAsia="ＭＳ Ｐ明朝" w:hAnsi="ＭＳ Ｐ明朝" w:cs="ＭＳ Ｐ明朝"/>
          <w:color w:val="000000"/>
          <w:spacing w:val="2"/>
          <w:sz w:val="19"/>
          <w:lang w:val="ja-JP" w:eastAsia="ja-JP"/>
        </w:rPr>
        <w:t>有</w:t>
      </w:r>
      <w:r>
        <w:rPr>
          <w:rFonts w:ascii="ＭＳ Ｐ明朝" w:eastAsia="ＭＳ Ｐ明朝" w:hAnsi="ＭＳ Ｐ明朝" w:cs="ＭＳ Ｐ明朝"/>
          <w:color w:val="000000"/>
          <w:sz w:val="19"/>
          <w:lang w:val="ja-JP" w:eastAsia="ja-JP"/>
        </w:rPr>
        <w:t>権</w:t>
      </w:r>
      <w:r>
        <w:rPr>
          <w:rFonts w:ascii="ＭＳ Ｐ明朝" w:eastAsia="ＭＳ Ｐ明朝" w:hAnsi="ＭＳ Ｐ明朝" w:cs="ＭＳ Ｐ明朝"/>
          <w:color w:val="000000"/>
          <w:spacing w:val="2"/>
          <w:sz w:val="19"/>
          <w:lang w:val="ja-JP" w:eastAsia="ja-JP"/>
        </w:rPr>
        <w:t>、地</w:t>
      </w:r>
      <w:r>
        <w:rPr>
          <w:rFonts w:ascii="ＭＳ Ｐ明朝" w:eastAsia="ＭＳ Ｐ明朝" w:hAnsi="ＭＳ Ｐ明朝" w:cs="ＭＳ Ｐ明朝"/>
          <w:color w:val="000000"/>
          <w:sz w:val="19"/>
          <w:lang w:val="ja-JP" w:eastAsia="ja-JP"/>
        </w:rPr>
        <w:t>上</w:t>
      </w:r>
      <w:r>
        <w:rPr>
          <w:rFonts w:ascii="ＭＳ Ｐ明朝" w:eastAsia="ＭＳ Ｐ明朝" w:hAnsi="ＭＳ Ｐ明朝" w:cs="ＭＳ Ｐ明朝"/>
          <w:color w:val="000000"/>
          <w:spacing w:val="2"/>
          <w:sz w:val="19"/>
          <w:lang w:val="ja-JP" w:eastAsia="ja-JP"/>
        </w:rPr>
        <w:t>権、</w:t>
      </w:r>
      <w:r>
        <w:rPr>
          <w:rFonts w:ascii="ＭＳ Ｐ明朝" w:eastAsia="ＭＳ Ｐ明朝" w:hAnsi="ＭＳ Ｐ明朝" w:cs="ＭＳ Ｐ明朝"/>
          <w:color w:val="000000"/>
          <w:sz w:val="19"/>
          <w:lang w:val="ja-JP" w:eastAsia="ja-JP"/>
        </w:rPr>
        <w:t>抵</w:t>
      </w:r>
      <w:r>
        <w:rPr>
          <w:rFonts w:ascii="ＭＳ Ｐ明朝" w:eastAsia="ＭＳ Ｐ明朝" w:hAnsi="ＭＳ Ｐ明朝" w:cs="ＭＳ Ｐ明朝"/>
          <w:color w:val="000000"/>
          <w:spacing w:val="2"/>
          <w:sz w:val="19"/>
          <w:lang w:val="ja-JP" w:eastAsia="ja-JP"/>
        </w:rPr>
        <w:t>当権</w:t>
      </w:r>
      <w:r>
        <w:rPr>
          <w:rFonts w:ascii="ＭＳ Ｐ明朝" w:eastAsia="ＭＳ Ｐ明朝" w:hAnsi="ＭＳ Ｐ明朝" w:cs="ＭＳ Ｐ明朝"/>
          <w:color w:val="000000"/>
          <w:sz w:val="19"/>
          <w:lang w:val="ja-JP" w:eastAsia="ja-JP"/>
        </w:rPr>
        <w:t>、</w:t>
      </w:r>
      <w:r>
        <w:rPr>
          <w:rFonts w:ascii="ＭＳ Ｐ明朝" w:eastAsia="ＭＳ Ｐ明朝" w:hAnsi="ＭＳ Ｐ明朝" w:cs="ＭＳ Ｐ明朝"/>
          <w:color w:val="000000"/>
          <w:spacing w:val="2"/>
          <w:sz w:val="19"/>
          <w:lang w:val="ja-JP" w:eastAsia="ja-JP"/>
        </w:rPr>
        <w:t>賃</w:t>
      </w:r>
      <w:r>
        <w:rPr>
          <w:rFonts w:ascii="ＭＳ Ｐ明朝" w:eastAsia="ＭＳ Ｐ明朝" w:hAnsi="ＭＳ Ｐ明朝" w:cs="ＭＳ Ｐ明朝"/>
          <w:color w:val="000000"/>
          <w:sz w:val="19"/>
          <w:lang w:val="ja-JP" w:eastAsia="ja-JP"/>
        </w:rPr>
        <w:t>貸</w:t>
      </w:r>
      <w:r>
        <w:rPr>
          <w:rFonts w:ascii="ＭＳ Ｐ明朝" w:eastAsia="ＭＳ Ｐ明朝" w:hAnsi="ＭＳ Ｐ明朝" w:cs="ＭＳ Ｐ明朝"/>
          <w:color w:val="000000"/>
          <w:spacing w:val="2"/>
          <w:sz w:val="19"/>
          <w:lang w:val="ja-JP" w:eastAsia="ja-JP"/>
        </w:rPr>
        <w:t>借権</w:t>
      </w:r>
      <w:r>
        <w:rPr>
          <w:rFonts w:ascii="ＭＳ Ｐ明朝" w:eastAsia="ＭＳ Ｐ明朝" w:hAnsi="ＭＳ Ｐ明朝" w:cs="ＭＳ Ｐ明朝"/>
          <w:color w:val="000000"/>
          <w:sz w:val="19"/>
          <w:lang w:val="ja-JP" w:eastAsia="ja-JP"/>
        </w:rPr>
        <w:t>の</w:t>
      </w:r>
      <w:r>
        <w:rPr>
          <w:rFonts w:ascii="ＭＳ Ｐ明朝" w:eastAsia="ＭＳ Ｐ明朝" w:hAnsi="ＭＳ Ｐ明朝" w:cs="ＭＳ Ｐ明朝"/>
          <w:color w:val="000000"/>
          <w:spacing w:val="2"/>
          <w:sz w:val="19"/>
          <w:lang w:val="ja-JP" w:eastAsia="ja-JP"/>
        </w:rPr>
        <w:t>種</w:t>
      </w:r>
      <w:r>
        <w:rPr>
          <w:rFonts w:ascii="ＭＳ Ｐ明朝" w:eastAsia="ＭＳ Ｐ明朝" w:hAnsi="ＭＳ Ｐ明朝" w:cs="ＭＳ Ｐ明朝"/>
          <w:color w:val="000000"/>
          <w:sz w:val="19"/>
          <w:lang w:val="ja-JP" w:eastAsia="ja-JP"/>
        </w:rPr>
        <w:t>別</w:t>
      </w:r>
      <w:r>
        <w:rPr>
          <w:rFonts w:ascii="ＭＳ Ｐ明朝" w:eastAsia="ＭＳ Ｐ明朝" w:hAnsi="ＭＳ Ｐ明朝" w:cs="ＭＳ Ｐ明朝"/>
          <w:color w:val="000000"/>
          <w:spacing w:val="1"/>
          <w:sz w:val="19"/>
          <w:lang w:val="ja-JP" w:eastAsia="ja-JP"/>
        </w:rPr>
        <w:t>を</w:t>
      </w:r>
      <w:r>
        <w:rPr>
          <w:rFonts w:ascii="ＭＳ Ｐ明朝" w:eastAsia="ＭＳ Ｐ明朝" w:hAnsi="ＭＳ Ｐ明朝" w:cs="ＭＳ Ｐ明朝"/>
          <w:color w:val="000000"/>
          <w:spacing w:val="2"/>
          <w:sz w:val="19"/>
          <w:lang w:val="ja-JP" w:eastAsia="ja-JP"/>
        </w:rPr>
        <w:t>記入す</w:t>
      </w:r>
      <w:r>
        <w:rPr>
          <w:rFonts w:ascii="ＭＳ Ｐ明朝" w:eastAsia="ＭＳ Ｐ明朝" w:hAnsi="ＭＳ Ｐ明朝" w:cs="ＭＳ Ｐ明朝"/>
          <w:color w:val="000000"/>
          <w:spacing w:val="1"/>
          <w:sz w:val="19"/>
          <w:lang w:val="ja-JP" w:eastAsia="ja-JP"/>
        </w:rPr>
        <w:t>る</w:t>
      </w:r>
      <w:r>
        <w:rPr>
          <w:rFonts w:ascii="ＭＳ Ｐ明朝" w:eastAsia="ＭＳ Ｐ明朝" w:hAnsi="ＭＳ Ｐ明朝" w:cs="ＭＳ Ｐ明朝"/>
          <w:color w:val="000000"/>
          <w:spacing w:val="-1"/>
          <w:sz w:val="19"/>
          <w:lang w:val="ja-JP" w:eastAsia="ja-JP"/>
        </w:rPr>
        <w:t>こ</w:t>
      </w:r>
      <w:r>
        <w:rPr>
          <w:rFonts w:ascii="ＭＳ Ｐ明朝" w:eastAsia="ＭＳ Ｐ明朝" w:hAnsi="ＭＳ Ｐ明朝" w:cs="ＭＳ Ｐ明朝"/>
          <w:color w:val="000000"/>
          <w:spacing w:val="2"/>
          <w:sz w:val="19"/>
          <w:lang w:val="ja-JP" w:eastAsia="ja-JP"/>
        </w:rPr>
        <w:t>と</w:t>
      </w:r>
      <w:r>
        <w:rPr>
          <w:rFonts w:ascii="ＭＳ Ｐ明朝" w:eastAsia="ＭＳ Ｐ明朝" w:hAnsi="ＭＳ Ｐ明朝" w:cs="ＭＳ Ｐ明朝"/>
          <w:color w:val="000000"/>
          <w:sz w:val="19"/>
          <w:lang w:val="ja-JP" w:eastAsia="ja-JP"/>
        </w:rPr>
        <w:t>。</w:t>
      </w:r>
    </w:p>
    <w:p w14:paraId="286294DE" w14:textId="77777777" w:rsidR="00FB2F32" w:rsidRDefault="00FB2F32">
      <w:pPr>
        <w:widowControl w:val="0"/>
        <w:kinsoku w:val="0"/>
        <w:overflowPunct w:val="0"/>
        <w:autoSpaceDE w:val="0"/>
        <w:autoSpaceDN w:val="0"/>
        <w:snapToGrid w:val="0"/>
        <w:spacing w:line="20" w:lineRule="exact"/>
        <w:rPr>
          <w:lang w:eastAsia="ja-JP"/>
        </w:rPr>
        <w:sectPr w:rsidR="00FB2F32">
          <w:footerReference w:type="default" r:id="rId20"/>
          <w:pgSz w:w="11906" w:h="16838"/>
          <w:pgMar w:top="700" w:right="460" w:bottom="1100" w:left="1000" w:header="240" w:footer="800" w:gutter="0"/>
          <w:cols w:space="720"/>
          <w:docGrid w:linePitch="360"/>
        </w:sectPr>
      </w:pPr>
    </w:p>
    <w:p w14:paraId="68F5D659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717" w:line="211" w:lineRule="exact"/>
        <w:ind w:left="586"/>
        <w:rPr>
          <w:lang w:eastAsia="ja-JP"/>
        </w:rPr>
      </w:pP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lastRenderedPageBreak/>
        <w:t>（参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考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様式９</w:t>
      </w:r>
      <w:r>
        <w:rPr>
          <w:rFonts w:eastAsia="ＭＳ 明朝" w:cs="ＭＳ 明朝"/>
          <w:color w:val="000000"/>
          <w:sz w:val="19"/>
          <w:lang w:val="ja-JP" w:eastAsia="ja-JP"/>
        </w:rPr>
        <w:t>）</w:t>
      </w:r>
    </w:p>
    <w:p w14:paraId="3A2CFC09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308" w:line="351" w:lineRule="exact"/>
        <w:ind w:left="3042"/>
        <w:rPr>
          <w:lang w:eastAsia="ja-JP"/>
        </w:rPr>
      </w:pPr>
      <w:r>
        <w:rPr>
          <w:rFonts w:eastAsia="ＭＳ 明朝" w:cs="ＭＳ 明朝"/>
          <w:color w:val="000000"/>
          <w:spacing w:val="31"/>
          <w:sz w:val="31"/>
          <w:lang w:val="ja-JP" w:eastAsia="ja-JP"/>
        </w:rPr>
        <w:t>公共施設管理者の同意</w:t>
      </w:r>
      <w:r>
        <w:rPr>
          <w:rFonts w:eastAsia="ＭＳ 明朝" w:cs="ＭＳ 明朝"/>
          <w:color w:val="000000"/>
          <w:sz w:val="31"/>
          <w:lang w:val="ja-JP" w:eastAsia="ja-JP"/>
        </w:rPr>
        <w:t>書</w:t>
      </w:r>
    </w:p>
    <w:p w14:paraId="6ACDA7BB" w14:textId="77777777" w:rsidR="00FB2F32" w:rsidRDefault="00000000">
      <w:pPr>
        <w:widowControl w:val="0"/>
        <w:tabs>
          <w:tab w:val="left" w:pos="7933"/>
          <w:tab w:val="left" w:pos="8574"/>
        </w:tabs>
        <w:kinsoku w:val="0"/>
        <w:overflowPunct w:val="0"/>
        <w:autoSpaceDE w:val="0"/>
        <w:autoSpaceDN w:val="0"/>
        <w:snapToGrid w:val="0"/>
        <w:spacing w:before="294" w:line="211" w:lineRule="exact"/>
        <w:ind w:left="7294"/>
      </w:pPr>
      <w:r>
        <w:rPr>
          <w:rFonts w:eastAsia="ＭＳ 明朝" w:cs="ＭＳ 明朝"/>
          <w:color w:val="000000"/>
          <w:sz w:val="19"/>
          <w:lang w:val="ja-JP" w:eastAsia="ja-JP"/>
        </w:rPr>
        <w:t>年</w:t>
      </w:r>
      <w:r w:rsidRPr="000020E5">
        <w:rPr>
          <w:rFonts w:eastAsia="ＭＳ 明朝" w:cs="ＭＳ 明朝"/>
          <w:color w:val="000000"/>
          <w:sz w:val="19"/>
          <w:lang w:eastAsia="ja-JP"/>
        </w:rPr>
        <w:tab/>
      </w:r>
      <w:r>
        <w:rPr>
          <w:rFonts w:eastAsia="ＭＳ 明朝" w:cs="ＭＳ 明朝"/>
          <w:color w:val="000000"/>
          <w:sz w:val="19"/>
          <w:lang w:val="ja-JP" w:eastAsia="ja-JP"/>
        </w:rPr>
        <w:t>月</w:t>
      </w:r>
      <w:r w:rsidRPr="000020E5">
        <w:rPr>
          <w:rFonts w:eastAsia="ＭＳ 明朝" w:cs="ＭＳ 明朝"/>
          <w:color w:val="000000"/>
          <w:sz w:val="19"/>
          <w:lang w:eastAsia="ja-JP"/>
        </w:rPr>
        <w:tab/>
      </w:r>
      <w:r>
        <w:rPr>
          <w:rFonts w:eastAsia="ＭＳ 明朝" w:cs="ＭＳ 明朝"/>
          <w:color w:val="000000"/>
          <w:sz w:val="19"/>
          <w:lang w:val="ja-JP" w:eastAsia="ja-JP"/>
        </w:rPr>
        <w:t>日</w:t>
      </w:r>
    </w:p>
    <w:p w14:paraId="6EA88F31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307" w:line="211" w:lineRule="exact"/>
        <w:ind w:left="3154"/>
      </w:pPr>
      <w:r>
        <w:rPr>
          <w:rFonts w:eastAsia="ＭＳ 明朝" w:cs="ＭＳ 明朝"/>
          <w:color w:val="000000"/>
          <w:sz w:val="19"/>
          <w:lang w:val="ja-JP" w:eastAsia="ja-JP"/>
        </w:rPr>
        <w:t>様</w:t>
      </w:r>
    </w:p>
    <w:p w14:paraId="538A381F" w14:textId="77777777" w:rsidR="00FB2F32" w:rsidRDefault="00000000">
      <w:pPr>
        <w:widowControl w:val="0"/>
        <w:tabs>
          <w:tab w:val="left" w:pos="6870"/>
        </w:tabs>
        <w:kinsoku w:val="0"/>
        <w:overflowPunct w:val="0"/>
        <w:autoSpaceDE w:val="0"/>
        <w:autoSpaceDN w:val="0"/>
        <w:snapToGrid w:val="0"/>
        <w:spacing w:before="48" w:line="211" w:lineRule="exact"/>
        <w:ind w:left="6442"/>
      </w:pPr>
      <w:r>
        <w:rPr>
          <w:rFonts w:eastAsia="ＭＳ 明朝" w:cs="ＭＳ 明朝"/>
          <w:color w:val="000000"/>
          <w:sz w:val="19"/>
          <w:lang w:val="ja-JP" w:eastAsia="ja-JP"/>
        </w:rPr>
        <w:t>住</w:t>
      </w:r>
      <w:r w:rsidRPr="000020E5">
        <w:rPr>
          <w:rFonts w:eastAsia="ＭＳ 明朝" w:cs="ＭＳ 明朝"/>
          <w:color w:val="000000"/>
          <w:sz w:val="19"/>
          <w:lang w:eastAsia="ja-JP"/>
        </w:rPr>
        <w:tab/>
      </w:r>
      <w:r>
        <w:rPr>
          <w:rFonts w:eastAsia="ＭＳ 明朝" w:cs="ＭＳ 明朝"/>
          <w:color w:val="000000"/>
          <w:sz w:val="19"/>
          <w:lang w:val="ja-JP" w:eastAsia="ja-JP"/>
        </w:rPr>
        <w:t>所</w:t>
      </w:r>
    </w:p>
    <w:p w14:paraId="7897D7B2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48" w:line="211" w:lineRule="exact"/>
        <w:ind w:left="4846"/>
      </w:pP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公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共施設管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理</w:t>
      </w:r>
      <w:r>
        <w:rPr>
          <w:rFonts w:eastAsia="ＭＳ 明朝" w:cs="ＭＳ 明朝"/>
          <w:color w:val="000000"/>
          <w:sz w:val="19"/>
          <w:lang w:val="ja-JP" w:eastAsia="ja-JP"/>
        </w:rPr>
        <w:t>者</w:t>
      </w:r>
    </w:p>
    <w:p w14:paraId="743AD114" w14:textId="77777777" w:rsidR="00FB2F32" w:rsidRDefault="00000000">
      <w:pPr>
        <w:widowControl w:val="0"/>
        <w:tabs>
          <w:tab w:val="left" w:pos="6870"/>
        </w:tabs>
        <w:kinsoku w:val="0"/>
        <w:overflowPunct w:val="0"/>
        <w:autoSpaceDE w:val="0"/>
        <w:autoSpaceDN w:val="0"/>
        <w:snapToGrid w:val="0"/>
        <w:spacing w:before="48" w:line="211" w:lineRule="exact"/>
        <w:ind w:left="6442"/>
        <w:rPr>
          <w:lang w:eastAsia="ja-JP"/>
        </w:rPr>
      </w:pPr>
      <w:r>
        <w:rPr>
          <w:rFonts w:eastAsia="ＭＳ 明朝" w:cs="ＭＳ 明朝"/>
          <w:color w:val="000000"/>
          <w:sz w:val="19"/>
          <w:lang w:val="ja-JP" w:eastAsia="ja-JP"/>
        </w:rPr>
        <w:t>氏</w:t>
      </w:r>
      <w:r>
        <w:rPr>
          <w:rFonts w:eastAsia="ＭＳ 明朝" w:cs="ＭＳ 明朝"/>
          <w:color w:val="000000"/>
          <w:sz w:val="19"/>
          <w:lang w:val="ja-JP" w:eastAsia="ja-JP"/>
        </w:rPr>
        <w:tab/>
        <w:t>名</w:t>
      </w:r>
    </w:p>
    <w:p w14:paraId="0F73F191" w14:textId="77777777" w:rsidR="00FB2F32" w:rsidRDefault="00000000">
      <w:pPr>
        <w:widowControl w:val="0"/>
        <w:tabs>
          <w:tab w:val="left" w:pos="2089"/>
        </w:tabs>
        <w:kinsoku w:val="0"/>
        <w:overflowPunct w:val="0"/>
        <w:autoSpaceDE w:val="0"/>
        <w:autoSpaceDN w:val="0"/>
        <w:snapToGrid w:val="0"/>
        <w:spacing w:before="307" w:line="211" w:lineRule="exact"/>
        <w:ind w:left="810"/>
        <w:rPr>
          <w:lang w:eastAsia="ja-JP"/>
        </w:rPr>
      </w:pP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貴殿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が</w:t>
      </w:r>
      <w:r>
        <w:rPr>
          <w:rFonts w:eastAsia="ＭＳ 明朝" w:cs="ＭＳ 明朝"/>
          <w:color w:val="000000"/>
          <w:sz w:val="19"/>
          <w:lang w:val="ja-JP" w:eastAsia="ja-JP"/>
        </w:rPr>
        <w:t>（</w:t>
      </w:r>
      <w:r>
        <w:rPr>
          <w:rFonts w:eastAsia="ＭＳ 明朝" w:cs="ＭＳ 明朝"/>
          <w:color w:val="000000"/>
          <w:sz w:val="19"/>
          <w:lang w:val="ja-JP" w:eastAsia="ja-JP"/>
        </w:rPr>
        <w:tab/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地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区）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で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森林法に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基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づく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開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発行為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を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行う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こ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とにつ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い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て、開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発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区域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予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定地内</w:t>
      </w:r>
      <w:r>
        <w:rPr>
          <w:rFonts w:eastAsia="ＭＳ 明朝" w:cs="ＭＳ 明朝"/>
          <w:color w:val="000000"/>
          <w:sz w:val="19"/>
          <w:lang w:val="ja-JP" w:eastAsia="ja-JP"/>
        </w:rPr>
        <w:t>に</w:t>
      </w:r>
    </w:p>
    <w:p w14:paraId="6E07008B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48" w:line="211" w:lineRule="exact"/>
        <w:ind w:left="598"/>
        <w:rPr>
          <w:lang w:eastAsia="ja-JP"/>
        </w:rPr>
      </w:pP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存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する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下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記公共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施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設に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つ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いては、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当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該開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発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行為の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設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計に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従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い措置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さ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れるこ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と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に同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意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します</w:t>
      </w:r>
      <w:r>
        <w:rPr>
          <w:rFonts w:eastAsia="ＭＳ 明朝" w:cs="ＭＳ 明朝"/>
          <w:color w:val="000000"/>
          <w:sz w:val="19"/>
          <w:lang w:val="ja-JP" w:eastAsia="ja-JP"/>
        </w:rPr>
        <w:t>。</w:t>
      </w:r>
    </w:p>
    <w:p w14:paraId="1DACCF88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307" w:line="211" w:lineRule="exact"/>
        <w:ind w:left="4856"/>
      </w:pPr>
      <w:r>
        <w:rPr>
          <w:rFonts w:eastAsia="ＭＳ 明朝" w:cs="ＭＳ 明朝"/>
          <w:color w:val="000000"/>
          <w:sz w:val="19"/>
          <w:lang w:val="ja-JP" w:eastAsia="ja-JP"/>
        </w:rPr>
        <w:t>記</w:t>
      </w:r>
    </w:p>
    <w:p w14:paraId="09A251C7" w14:textId="77777777" w:rsidR="00FB2F32" w:rsidRDefault="00FB2F32">
      <w:pPr>
        <w:widowControl w:val="0"/>
        <w:kinsoku w:val="0"/>
        <w:overflowPunct w:val="0"/>
        <w:autoSpaceDE w:val="0"/>
        <w:autoSpaceDN w:val="0"/>
        <w:snapToGrid w:val="0"/>
        <w:spacing w:line="403" w:lineRule="exact"/>
      </w:pPr>
    </w:p>
    <w:tbl>
      <w:tblPr>
        <w:tblW w:w="8412" w:type="dxa"/>
        <w:tblInd w:w="80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023"/>
        <w:gridCol w:w="3300"/>
        <w:gridCol w:w="3089"/>
      </w:tblGrid>
      <w:tr w:rsidR="00FB2F32" w14:paraId="50EBF8EA" w14:textId="77777777">
        <w:trPr>
          <w:cantSplit/>
          <w:trHeight w:val="505"/>
        </w:trPr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27E9B4" w14:textId="77777777" w:rsidR="00FB2F32" w:rsidRDefault="00000000">
            <w:pPr>
              <w:widowControl w:val="0"/>
              <w:tabs>
                <w:tab w:val="left" w:pos="541"/>
                <w:tab w:val="left" w:pos="916"/>
                <w:tab w:val="left" w:pos="1288"/>
                <w:tab w:val="left" w:pos="1660"/>
              </w:tabs>
              <w:kinsoku w:val="0"/>
              <w:overflowPunct w:val="0"/>
              <w:autoSpaceDE w:val="0"/>
              <w:autoSpaceDN w:val="0"/>
              <w:snapToGrid w:val="0"/>
              <w:spacing w:before="163" w:line="211" w:lineRule="exact"/>
              <w:ind w:left="169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公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共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施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設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名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3D70E4" w14:textId="77777777" w:rsidR="00FB2F32" w:rsidRDefault="00000000">
            <w:pPr>
              <w:widowControl w:val="0"/>
              <w:tabs>
                <w:tab w:val="left" w:pos="1974"/>
              </w:tabs>
              <w:kinsoku w:val="0"/>
              <w:overflowPunct w:val="0"/>
              <w:autoSpaceDE w:val="0"/>
              <w:autoSpaceDN w:val="0"/>
              <w:snapToGrid w:val="0"/>
              <w:spacing w:before="163" w:line="211" w:lineRule="exact"/>
              <w:ind w:left="1132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所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在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208DC7" w14:textId="77777777" w:rsidR="00FB2F32" w:rsidRDefault="00000000">
            <w:pPr>
              <w:widowControl w:val="0"/>
              <w:tabs>
                <w:tab w:val="left" w:pos="1256"/>
                <w:tab w:val="left" w:pos="1638"/>
                <w:tab w:val="left" w:pos="2022"/>
              </w:tabs>
              <w:kinsoku w:val="0"/>
              <w:overflowPunct w:val="0"/>
              <w:autoSpaceDE w:val="0"/>
              <w:autoSpaceDN w:val="0"/>
              <w:snapToGrid w:val="0"/>
              <w:spacing w:before="163" w:line="211" w:lineRule="exact"/>
              <w:ind w:left="872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措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置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条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件</w:t>
            </w:r>
          </w:p>
        </w:tc>
      </w:tr>
      <w:tr w:rsidR="00FB2F32" w14:paraId="553926DF" w14:textId="77777777">
        <w:trPr>
          <w:cantSplit/>
          <w:trHeight w:val="8797"/>
        </w:trPr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7B8F8E3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E30C1B4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F83FACC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</w:tbl>
    <w:p w14:paraId="0C950CC9" w14:textId="77777777" w:rsidR="00FB2F32" w:rsidRDefault="00FB2F32">
      <w:pPr>
        <w:widowControl w:val="0"/>
        <w:kinsoku w:val="0"/>
        <w:overflowPunct w:val="0"/>
        <w:autoSpaceDE w:val="0"/>
        <w:autoSpaceDN w:val="0"/>
        <w:snapToGrid w:val="0"/>
        <w:spacing w:line="20" w:lineRule="exact"/>
        <w:sectPr w:rsidR="00FB2F32">
          <w:footerReference w:type="default" r:id="rId21"/>
          <w:pgSz w:w="11906" w:h="16838"/>
          <w:pgMar w:top="700" w:right="460" w:bottom="1100" w:left="1000" w:header="240" w:footer="800" w:gutter="0"/>
          <w:cols w:space="720"/>
          <w:docGrid w:linePitch="360"/>
        </w:sectPr>
      </w:pPr>
    </w:p>
    <w:p w14:paraId="4D183158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717" w:line="211" w:lineRule="exact"/>
        <w:ind w:left="586"/>
      </w:pP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lastRenderedPageBreak/>
        <w:t>（参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考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様式１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０</w:t>
      </w:r>
      <w:r>
        <w:rPr>
          <w:rFonts w:eastAsia="ＭＳ 明朝" w:cs="ＭＳ 明朝"/>
          <w:color w:val="000000"/>
          <w:sz w:val="19"/>
          <w:lang w:val="ja-JP" w:eastAsia="ja-JP"/>
        </w:rPr>
        <w:t>）</w:t>
      </w:r>
    </w:p>
    <w:p w14:paraId="3429CAE5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308" w:line="351" w:lineRule="exact"/>
        <w:ind w:left="3042"/>
        <w:rPr>
          <w:lang w:eastAsia="ja-JP"/>
        </w:rPr>
      </w:pPr>
      <w:r>
        <w:rPr>
          <w:rFonts w:eastAsia="ＭＳ 明朝" w:cs="ＭＳ 明朝"/>
          <w:color w:val="000000"/>
          <w:sz w:val="31"/>
          <w:lang w:val="ja-JP" w:eastAsia="ja-JP"/>
        </w:rPr>
        <w:t>用排水施</w:t>
      </w:r>
      <w:r>
        <w:rPr>
          <w:rFonts w:eastAsia="ＭＳ 明朝" w:cs="ＭＳ 明朝"/>
          <w:color w:val="000000"/>
          <w:spacing w:val="-2"/>
          <w:sz w:val="31"/>
          <w:lang w:val="ja-JP" w:eastAsia="ja-JP"/>
        </w:rPr>
        <w:t>設</w:t>
      </w:r>
      <w:r>
        <w:rPr>
          <w:rFonts w:eastAsia="ＭＳ 明朝" w:cs="ＭＳ 明朝"/>
          <w:color w:val="000000"/>
          <w:sz w:val="31"/>
          <w:lang w:val="ja-JP" w:eastAsia="ja-JP"/>
        </w:rPr>
        <w:t>管理者</w:t>
      </w:r>
      <w:r>
        <w:rPr>
          <w:rFonts w:eastAsia="ＭＳ 明朝" w:cs="ＭＳ 明朝"/>
          <w:color w:val="000000"/>
          <w:spacing w:val="-2"/>
          <w:sz w:val="31"/>
          <w:lang w:val="ja-JP" w:eastAsia="ja-JP"/>
        </w:rPr>
        <w:t>の</w:t>
      </w:r>
      <w:r>
        <w:rPr>
          <w:rFonts w:eastAsia="ＭＳ 明朝" w:cs="ＭＳ 明朝"/>
          <w:color w:val="000000"/>
          <w:sz w:val="31"/>
          <w:lang w:val="ja-JP" w:eastAsia="ja-JP"/>
        </w:rPr>
        <w:t>同意書</w:t>
      </w:r>
    </w:p>
    <w:p w14:paraId="4259896F" w14:textId="77777777" w:rsidR="00FB2F32" w:rsidRDefault="00000000">
      <w:pPr>
        <w:widowControl w:val="0"/>
        <w:tabs>
          <w:tab w:val="left" w:pos="7933"/>
          <w:tab w:val="left" w:pos="8574"/>
        </w:tabs>
        <w:kinsoku w:val="0"/>
        <w:overflowPunct w:val="0"/>
        <w:autoSpaceDE w:val="0"/>
        <w:autoSpaceDN w:val="0"/>
        <w:snapToGrid w:val="0"/>
        <w:spacing w:before="294" w:line="211" w:lineRule="exact"/>
        <w:ind w:left="7294"/>
      </w:pPr>
      <w:r>
        <w:rPr>
          <w:rFonts w:eastAsia="ＭＳ 明朝" w:cs="ＭＳ 明朝"/>
          <w:color w:val="000000"/>
          <w:sz w:val="19"/>
          <w:lang w:val="ja-JP" w:eastAsia="ja-JP"/>
        </w:rPr>
        <w:t>年</w:t>
      </w:r>
      <w:r w:rsidRPr="000020E5">
        <w:rPr>
          <w:rFonts w:eastAsia="ＭＳ 明朝" w:cs="ＭＳ 明朝"/>
          <w:color w:val="000000"/>
          <w:sz w:val="19"/>
          <w:lang w:eastAsia="ja-JP"/>
        </w:rPr>
        <w:tab/>
      </w:r>
      <w:r>
        <w:rPr>
          <w:rFonts w:eastAsia="ＭＳ 明朝" w:cs="ＭＳ 明朝"/>
          <w:color w:val="000000"/>
          <w:sz w:val="19"/>
          <w:lang w:val="ja-JP" w:eastAsia="ja-JP"/>
        </w:rPr>
        <w:t>月</w:t>
      </w:r>
      <w:r w:rsidRPr="000020E5">
        <w:rPr>
          <w:rFonts w:eastAsia="ＭＳ 明朝" w:cs="ＭＳ 明朝"/>
          <w:color w:val="000000"/>
          <w:sz w:val="19"/>
          <w:lang w:eastAsia="ja-JP"/>
        </w:rPr>
        <w:tab/>
      </w:r>
      <w:r>
        <w:rPr>
          <w:rFonts w:eastAsia="ＭＳ 明朝" w:cs="ＭＳ 明朝"/>
          <w:color w:val="000000"/>
          <w:sz w:val="19"/>
          <w:lang w:val="ja-JP" w:eastAsia="ja-JP"/>
        </w:rPr>
        <w:t>日</w:t>
      </w:r>
    </w:p>
    <w:p w14:paraId="7FFA43C8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307" w:line="211" w:lineRule="exact"/>
        <w:ind w:left="3154"/>
      </w:pPr>
      <w:r>
        <w:rPr>
          <w:rFonts w:eastAsia="ＭＳ 明朝" w:cs="ＭＳ 明朝"/>
          <w:color w:val="000000"/>
          <w:sz w:val="19"/>
          <w:lang w:val="ja-JP" w:eastAsia="ja-JP"/>
        </w:rPr>
        <w:t>様</w:t>
      </w:r>
    </w:p>
    <w:p w14:paraId="3F075567" w14:textId="77777777" w:rsidR="00FB2F32" w:rsidRDefault="00000000">
      <w:pPr>
        <w:widowControl w:val="0"/>
        <w:tabs>
          <w:tab w:val="left" w:pos="6870"/>
        </w:tabs>
        <w:kinsoku w:val="0"/>
        <w:overflowPunct w:val="0"/>
        <w:autoSpaceDE w:val="0"/>
        <w:autoSpaceDN w:val="0"/>
        <w:snapToGrid w:val="0"/>
        <w:spacing w:before="48" w:line="211" w:lineRule="exact"/>
        <w:ind w:left="6442"/>
      </w:pPr>
      <w:r>
        <w:rPr>
          <w:rFonts w:eastAsia="ＭＳ 明朝" w:cs="ＭＳ 明朝"/>
          <w:color w:val="000000"/>
          <w:sz w:val="19"/>
          <w:lang w:val="ja-JP" w:eastAsia="ja-JP"/>
        </w:rPr>
        <w:t>住</w:t>
      </w:r>
      <w:r w:rsidRPr="000020E5">
        <w:rPr>
          <w:rFonts w:eastAsia="ＭＳ 明朝" w:cs="ＭＳ 明朝"/>
          <w:color w:val="000000"/>
          <w:sz w:val="19"/>
          <w:lang w:eastAsia="ja-JP"/>
        </w:rPr>
        <w:tab/>
      </w:r>
      <w:r>
        <w:rPr>
          <w:rFonts w:eastAsia="ＭＳ 明朝" w:cs="ＭＳ 明朝"/>
          <w:color w:val="000000"/>
          <w:sz w:val="19"/>
          <w:lang w:val="ja-JP" w:eastAsia="ja-JP"/>
        </w:rPr>
        <w:t>所</w:t>
      </w:r>
    </w:p>
    <w:p w14:paraId="1764331A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48" w:line="211" w:lineRule="exact"/>
        <w:ind w:left="5058"/>
      </w:pP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施設管理</w:t>
      </w:r>
      <w:r>
        <w:rPr>
          <w:rFonts w:eastAsia="ＭＳ 明朝" w:cs="ＭＳ 明朝"/>
          <w:color w:val="000000"/>
          <w:sz w:val="19"/>
          <w:lang w:val="ja-JP" w:eastAsia="ja-JP"/>
        </w:rPr>
        <w:t>者</w:t>
      </w:r>
    </w:p>
    <w:p w14:paraId="7A092862" w14:textId="77777777" w:rsidR="00FB2F32" w:rsidRDefault="00000000">
      <w:pPr>
        <w:widowControl w:val="0"/>
        <w:tabs>
          <w:tab w:val="left" w:pos="6870"/>
        </w:tabs>
        <w:kinsoku w:val="0"/>
        <w:overflowPunct w:val="0"/>
        <w:autoSpaceDE w:val="0"/>
        <w:autoSpaceDN w:val="0"/>
        <w:snapToGrid w:val="0"/>
        <w:spacing w:before="48" w:line="211" w:lineRule="exact"/>
        <w:ind w:left="6442"/>
        <w:rPr>
          <w:lang w:eastAsia="ja-JP"/>
        </w:rPr>
      </w:pPr>
      <w:r>
        <w:rPr>
          <w:rFonts w:eastAsia="ＭＳ 明朝" w:cs="ＭＳ 明朝"/>
          <w:color w:val="000000"/>
          <w:sz w:val="19"/>
          <w:lang w:val="ja-JP" w:eastAsia="ja-JP"/>
        </w:rPr>
        <w:t>氏</w:t>
      </w:r>
      <w:r>
        <w:rPr>
          <w:rFonts w:eastAsia="ＭＳ 明朝" w:cs="ＭＳ 明朝"/>
          <w:color w:val="000000"/>
          <w:sz w:val="19"/>
          <w:lang w:val="ja-JP" w:eastAsia="ja-JP"/>
        </w:rPr>
        <w:tab/>
        <w:t>名</w:t>
      </w:r>
    </w:p>
    <w:p w14:paraId="4C5F43CB" w14:textId="77777777" w:rsidR="00FB2F32" w:rsidRDefault="00000000">
      <w:pPr>
        <w:widowControl w:val="0"/>
        <w:tabs>
          <w:tab w:val="left" w:pos="2077"/>
          <w:tab w:val="left" w:pos="5271"/>
        </w:tabs>
        <w:kinsoku w:val="0"/>
        <w:overflowPunct w:val="0"/>
        <w:autoSpaceDE w:val="0"/>
        <w:autoSpaceDN w:val="0"/>
        <w:snapToGrid w:val="0"/>
        <w:spacing w:before="307" w:line="211" w:lineRule="exact"/>
        <w:ind w:left="800"/>
        <w:rPr>
          <w:lang w:eastAsia="ja-JP"/>
        </w:rPr>
      </w:pP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貴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殿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が</w:t>
      </w:r>
      <w:r>
        <w:rPr>
          <w:rFonts w:eastAsia="ＭＳ 明朝" w:cs="ＭＳ 明朝"/>
          <w:color w:val="000000"/>
          <w:sz w:val="19"/>
          <w:lang w:val="ja-JP" w:eastAsia="ja-JP"/>
        </w:rPr>
        <w:t>（</w:t>
      </w:r>
      <w:r>
        <w:rPr>
          <w:rFonts w:eastAsia="ＭＳ 明朝" w:cs="ＭＳ 明朝"/>
          <w:color w:val="000000"/>
          <w:sz w:val="19"/>
          <w:lang w:val="ja-JP" w:eastAsia="ja-JP"/>
        </w:rPr>
        <w:tab/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地区）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で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森林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法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に基づ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き</w:t>
      </w:r>
      <w:r>
        <w:rPr>
          <w:rFonts w:eastAsia="ＭＳ 明朝" w:cs="ＭＳ 明朝"/>
          <w:color w:val="000000"/>
          <w:sz w:val="19"/>
          <w:lang w:val="ja-JP" w:eastAsia="ja-JP"/>
        </w:rPr>
        <w:t>、</w:t>
      </w:r>
      <w:r>
        <w:rPr>
          <w:rFonts w:eastAsia="ＭＳ 明朝" w:cs="ＭＳ 明朝"/>
          <w:color w:val="000000"/>
          <w:sz w:val="19"/>
          <w:lang w:val="ja-JP" w:eastAsia="ja-JP"/>
        </w:rPr>
        <w:tab/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を目的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と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する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開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発行為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を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行う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こ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とによ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る</w:t>
      </w:r>
      <w:r>
        <w:rPr>
          <w:rFonts w:eastAsia="ＭＳ 明朝" w:cs="ＭＳ 明朝"/>
          <w:color w:val="000000"/>
          <w:sz w:val="19"/>
          <w:lang w:val="ja-JP" w:eastAsia="ja-JP"/>
        </w:rPr>
        <w:t>用</w:t>
      </w:r>
    </w:p>
    <w:p w14:paraId="7DB896E3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48" w:line="211" w:lineRule="exact"/>
        <w:ind w:left="586"/>
        <w:rPr>
          <w:lang w:eastAsia="ja-JP"/>
        </w:rPr>
      </w:pP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排水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に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ついて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は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、下記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措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置条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件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に従い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用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排水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す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ることに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同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意し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ま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す</w:t>
      </w:r>
      <w:r>
        <w:rPr>
          <w:rFonts w:eastAsia="ＭＳ 明朝" w:cs="ＭＳ 明朝"/>
          <w:color w:val="000000"/>
          <w:sz w:val="19"/>
          <w:lang w:val="ja-JP" w:eastAsia="ja-JP"/>
        </w:rPr>
        <w:t>。</w:t>
      </w:r>
    </w:p>
    <w:p w14:paraId="2D8181FF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307" w:line="211" w:lineRule="exact"/>
        <w:ind w:left="4856"/>
      </w:pPr>
      <w:r>
        <w:rPr>
          <w:rFonts w:eastAsia="ＭＳ 明朝" w:cs="ＭＳ 明朝"/>
          <w:color w:val="000000"/>
          <w:sz w:val="19"/>
          <w:lang w:val="ja-JP" w:eastAsia="ja-JP"/>
        </w:rPr>
        <w:t>記</w:t>
      </w:r>
    </w:p>
    <w:p w14:paraId="5C64CD1B" w14:textId="77777777" w:rsidR="00FB2F32" w:rsidRDefault="00FB2F32">
      <w:pPr>
        <w:widowControl w:val="0"/>
        <w:kinsoku w:val="0"/>
        <w:overflowPunct w:val="0"/>
        <w:autoSpaceDE w:val="0"/>
        <w:autoSpaceDN w:val="0"/>
        <w:snapToGrid w:val="0"/>
        <w:spacing w:line="403" w:lineRule="exact"/>
      </w:pPr>
    </w:p>
    <w:tbl>
      <w:tblPr>
        <w:tblW w:w="8412" w:type="dxa"/>
        <w:tblInd w:w="80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023"/>
        <w:gridCol w:w="3300"/>
        <w:gridCol w:w="3089"/>
      </w:tblGrid>
      <w:tr w:rsidR="00FB2F32" w14:paraId="571AD5E4" w14:textId="77777777">
        <w:trPr>
          <w:cantSplit/>
          <w:trHeight w:val="505"/>
        </w:trPr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1D6ADD" w14:textId="77777777" w:rsidR="00FB2F32" w:rsidRDefault="00000000">
            <w:pPr>
              <w:widowControl w:val="0"/>
              <w:tabs>
                <w:tab w:val="left" w:pos="916"/>
                <w:tab w:val="left" w:pos="1660"/>
              </w:tabs>
              <w:kinsoku w:val="0"/>
              <w:overflowPunct w:val="0"/>
              <w:autoSpaceDE w:val="0"/>
              <w:autoSpaceDN w:val="0"/>
              <w:snapToGrid w:val="0"/>
              <w:spacing w:before="163" w:line="211" w:lineRule="exact"/>
              <w:ind w:left="169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施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設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名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9962E5" w14:textId="77777777" w:rsidR="00FB2F32" w:rsidRDefault="00000000">
            <w:pPr>
              <w:widowControl w:val="0"/>
              <w:tabs>
                <w:tab w:val="left" w:pos="1974"/>
              </w:tabs>
              <w:kinsoku w:val="0"/>
              <w:overflowPunct w:val="0"/>
              <w:autoSpaceDE w:val="0"/>
              <w:autoSpaceDN w:val="0"/>
              <w:snapToGrid w:val="0"/>
              <w:spacing w:before="163" w:line="211" w:lineRule="exact"/>
              <w:ind w:left="1132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所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在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73D763" w14:textId="77777777" w:rsidR="00FB2F32" w:rsidRDefault="00000000">
            <w:pPr>
              <w:widowControl w:val="0"/>
              <w:tabs>
                <w:tab w:val="left" w:pos="1256"/>
                <w:tab w:val="left" w:pos="1638"/>
                <w:tab w:val="left" w:pos="2022"/>
              </w:tabs>
              <w:kinsoku w:val="0"/>
              <w:overflowPunct w:val="0"/>
              <w:autoSpaceDE w:val="0"/>
              <w:autoSpaceDN w:val="0"/>
              <w:snapToGrid w:val="0"/>
              <w:spacing w:before="163" w:line="211" w:lineRule="exact"/>
              <w:ind w:left="872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措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置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条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件</w:t>
            </w:r>
          </w:p>
        </w:tc>
      </w:tr>
      <w:tr w:rsidR="00FB2F32" w14:paraId="6A89457D" w14:textId="77777777">
        <w:trPr>
          <w:cantSplit/>
          <w:trHeight w:val="8797"/>
        </w:trPr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B8C7F5E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7FF1670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00C7FA2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</w:tbl>
    <w:p w14:paraId="2F3BABDF" w14:textId="77777777" w:rsidR="00FB2F32" w:rsidRDefault="00FB2F32">
      <w:pPr>
        <w:widowControl w:val="0"/>
        <w:kinsoku w:val="0"/>
        <w:overflowPunct w:val="0"/>
        <w:autoSpaceDE w:val="0"/>
        <w:autoSpaceDN w:val="0"/>
        <w:snapToGrid w:val="0"/>
        <w:spacing w:line="20" w:lineRule="exact"/>
        <w:sectPr w:rsidR="00FB2F32">
          <w:footerReference w:type="default" r:id="rId22"/>
          <w:pgSz w:w="11906" w:h="16838"/>
          <w:pgMar w:top="700" w:right="460" w:bottom="1100" w:left="1000" w:header="240" w:footer="800" w:gutter="0"/>
          <w:cols w:space="720"/>
          <w:docGrid w:linePitch="360"/>
        </w:sectPr>
      </w:pPr>
    </w:p>
    <w:p w14:paraId="1F3D4D3A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716" w:line="222" w:lineRule="exact"/>
        <w:ind w:left="248"/>
      </w:pPr>
      <w:r>
        <w:rPr>
          <w:rFonts w:eastAsia="ＭＳ 明朝" w:cs="ＭＳ 明朝"/>
          <w:color w:val="000000"/>
          <w:lang w:val="ja-JP" w:eastAsia="ja-JP"/>
        </w:rPr>
        <w:lastRenderedPageBreak/>
        <w:t>（</w:t>
      </w:r>
      <w:r>
        <w:rPr>
          <w:rFonts w:eastAsia="ＭＳ 明朝" w:cs="ＭＳ 明朝"/>
          <w:color w:val="000000"/>
          <w:spacing w:val="-2"/>
          <w:lang w:val="ja-JP" w:eastAsia="ja-JP"/>
        </w:rPr>
        <w:t>参</w:t>
      </w:r>
      <w:r>
        <w:rPr>
          <w:rFonts w:eastAsia="ＭＳ 明朝" w:cs="ＭＳ 明朝"/>
          <w:color w:val="000000"/>
          <w:lang w:val="ja-JP" w:eastAsia="ja-JP"/>
        </w:rPr>
        <w:t>考様式１１）</w:t>
      </w:r>
    </w:p>
    <w:p w14:paraId="0DC85AED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361" w:line="309" w:lineRule="exact"/>
        <w:ind w:left="2766"/>
        <w:rPr>
          <w:lang w:eastAsia="ja-JP"/>
        </w:rPr>
      </w:pPr>
      <w:r>
        <w:rPr>
          <w:rFonts w:eastAsia="ＭＳ 明朝" w:cs="ＭＳ 明朝"/>
          <w:color w:val="000000"/>
          <w:spacing w:val="38"/>
          <w:sz w:val="28"/>
          <w:lang w:val="ja-JP" w:eastAsia="ja-JP"/>
        </w:rPr>
        <w:t>公共施設管理予定者との協議</w:t>
      </w:r>
      <w:r>
        <w:rPr>
          <w:rFonts w:eastAsia="ＭＳ 明朝" w:cs="ＭＳ 明朝"/>
          <w:color w:val="000000"/>
          <w:sz w:val="28"/>
          <w:lang w:val="ja-JP" w:eastAsia="ja-JP"/>
        </w:rPr>
        <w:t>書</w:t>
      </w:r>
    </w:p>
    <w:p w14:paraId="5A54FA0E" w14:textId="77777777" w:rsidR="00FB2F32" w:rsidRDefault="00000000">
      <w:pPr>
        <w:widowControl w:val="0"/>
        <w:tabs>
          <w:tab w:val="left" w:pos="8506"/>
          <w:tab w:val="left" w:pos="9111"/>
        </w:tabs>
        <w:kinsoku w:val="0"/>
        <w:overflowPunct w:val="0"/>
        <w:autoSpaceDE w:val="0"/>
        <w:autoSpaceDN w:val="0"/>
        <w:snapToGrid w:val="0"/>
        <w:spacing w:before="354" w:line="222" w:lineRule="exact"/>
        <w:ind w:left="7902"/>
      </w:pPr>
      <w:r>
        <w:rPr>
          <w:rFonts w:eastAsia="ＭＳ 明朝" w:cs="ＭＳ 明朝"/>
          <w:color w:val="000000"/>
          <w:lang w:val="ja-JP" w:eastAsia="ja-JP"/>
        </w:rPr>
        <w:t>年</w:t>
      </w:r>
      <w:r w:rsidRPr="000020E5">
        <w:rPr>
          <w:rFonts w:eastAsia="ＭＳ 明朝" w:cs="ＭＳ 明朝"/>
          <w:color w:val="000000"/>
          <w:lang w:eastAsia="ja-JP"/>
        </w:rPr>
        <w:tab/>
      </w:r>
      <w:r>
        <w:rPr>
          <w:rFonts w:eastAsia="ＭＳ 明朝" w:cs="ＭＳ 明朝"/>
          <w:color w:val="000000"/>
          <w:lang w:val="ja-JP" w:eastAsia="ja-JP"/>
        </w:rPr>
        <w:t>月</w:t>
      </w:r>
      <w:r w:rsidRPr="000020E5">
        <w:rPr>
          <w:rFonts w:eastAsia="ＭＳ 明朝" w:cs="ＭＳ 明朝"/>
          <w:color w:val="000000"/>
          <w:lang w:eastAsia="ja-JP"/>
        </w:rPr>
        <w:tab/>
      </w:r>
      <w:r>
        <w:rPr>
          <w:rFonts w:eastAsia="ＭＳ 明朝" w:cs="ＭＳ 明朝"/>
          <w:color w:val="000000"/>
          <w:lang w:val="ja-JP" w:eastAsia="ja-JP"/>
        </w:rPr>
        <w:t>日</w:t>
      </w:r>
    </w:p>
    <w:p w14:paraId="0909E1A0" w14:textId="77777777" w:rsidR="00FB2F32" w:rsidRDefault="00000000">
      <w:pPr>
        <w:widowControl w:val="0"/>
        <w:tabs>
          <w:tab w:val="left" w:pos="855"/>
          <w:tab w:val="left" w:pos="1261"/>
          <w:tab w:val="left" w:pos="1664"/>
          <w:tab w:val="left" w:pos="2070"/>
        </w:tabs>
        <w:kinsoku w:val="0"/>
        <w:overflowPunct w:val="0"/>
        <w:autoSpaceDE w:val="0"/>
        <w:autoSpaceDN w:val="0"/>
        <w:snapToGrid w:val="0"/>
        <w:spacing w:before="361" w:line="222" w:lineRule="exact"/>
        <w:ind w:left="450"/>
      </w:pPr>
      <w:r>
        <w:rPr>
          <w:rFonts w:eastAsia="ＭＳ 明朝" w:cs="ＭＳ 明朝"/>
          <w:color w:val="000000"/>
          <w:lang w:val="ja-JP" w:eastAsia="ja-JP"/>
        </w:rPr>
        <w:t>福</w:t>
      </w:r>
      <w:r w:rsidRPr="000020E5">
        <w:rPr>
          <w:rFonts w:eastAsia="ＭＳ 明朝" w:cs="ＭＳ 明朝"/>
          <w:color w:val="000000"/>
          <w:lang w:eastAsia="ja-JP"/>
        </w:rPr>
        <w:tab/>
      </w:r>
      <w:r>
        <w:rPr>
          <w:rFonts w:eastAsia="ＭＳ 明朝" w:cs="ＭＳ 明朝"/>
          <w:color w:val="000000"/>
          <w:lang w:val="ja-JP" w:eastAsia="ja-JP"/>
        </w:rPr>
        <w:t>島</w:t>
      </w:r>
      <w:r w:rsidRPr="000020E5">
        <w:rPr>
          <w:rFonts w:eastAsia="ＭＳ 明朝" w:cs="ＭＳ 明朝"/>
          <w:color w:val="000000"/>
          <w:lang w:eastAsia="ja-JP"/>
        </w:rPr>
        <w:tab/>
      </w:r>
      <w:r>
        <w:rPr>
          <w:rFonts w:eastAsia="ＭＳ 明朝" w:cs="ＭＳ 明朝"/>
          <w:color w:val="000000"/>
          <w:lang w:val="ja-JP" w:eastAsia="ja-JP"/>
        </w:rPr>
        <w:t>県</w:t>
      </w:r>
      <w:r w:rsidRPr="000020E5">
        <w:rPr>
          <w:rFonts w:eastAsia="ＭＳ 明朝" w:cs="ＭＳ 明朝"/>
          <w:color w:val="000000"/>
          <w:lang w:eastAsia="ja-JP"/>
        </w:rPr>
        <w:tab/>
      </w:r>
      <w:r>
        <w:rPr>
          <w:rFonts w:eastAsia="ＭＳ 明朝" w:cs="ＭＳ 明朝"/>
          <w:color w:val="000000"/>
          <w:lang w:val="ja-JP" w:eastAsia="ja-JP"/>
        </w:rPr>
        <w:t>知</w:t>
      </w:r>
      <w:r w:rsidRPr="000020E5">
        <w:rPr>
          <w:rFonts w:eastAsia="ＭＳ 明朝" w:cs="ＭＳ 明朝"/>
          <w:color w:val="000000"/>
          <w:lang w:eastAsia="ja-JP"/>
        </w:rPr>
        <w:tab/>
      </w:r>
      <w:r>
        <w:rPr>
          <w:rFonts w:eastAsia="ＭＳ 明朝" w:cs="ＭＳ 明朝"/>
          <w:color w:val="000000"/>
          <w:lang w:val="ja-JP" w:eastAsia="ja-JP"/>
        </w:rPr>
        <w:t>事</w:t>
      </w:r>
    </w:p>
    <w:p w14:paraId="5B21783D" w14:textId="77777777" w:rsidR="00FB2F32" w:rsidRDefault="00000000">
      <w:pPr>
        <w:widowControl w:val="0"/>
        <w:tabs>
          <w:tab w:val="left" w:pos="5888"/>
        </w:tabs>
        <w:kinsoku w:val="0"/>
        <w:overflowPunct w:val="0"/>
        <w:autoSpaceDE w:val="0"/>
        <w:autoSpaceDN w:val="0"/>
        <w:snapToGrid w:val="0"/>
        <w:spacing w:before="361" w:line="222" w:lineRule="exact"/>
        <w:ind w:left="5485"/>
      </w:pPr>
      <w:r>
        <w:rPr>
          <w:rFonts w:eastAsia="ＭＳ 明朝" w:cs="ＭＳ 明朝"/>
          <w:color w:val="000000"/>
          <w:lang w:val="ja-JP" w:eastAsia="ja-JP"/>
        </w:rPr>
        <w:t>住</w:t>
      </w:r>
      <w:r w:rsidRPr="000020E5">
        <w:rPr>
          <w:rFonts w:eastAsia="ＭＳ 明朝" w:cs="ＭＳ 明朝"/>
          <w:color w:val="000000"/>
          <w:lang w:eastAsia="ja-JP"/>
        </w:rPr>
        <w:tab/>
      </w:r>
      <w:r>
        <w:rPr>
          <w:rFonts w:eastAsia="ＭＳ 明朝" w:cs="ＭＳ 明朝"/>
          <w:color w:val="000000"/>
          <w:lang w:val="ja-JP" w:eastAsia="ja-JP"/>
        </w:rPr>
        <w:t>所</w:t>
      </w:r>
    </w:p>
    <w:p w14:paraId="2E0E9015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line="222" w:lineRule="exact"/>
        <w:ind w:left="4678"/>
      </w:pPr>
      <w:r>
        <w:rPr>
          <w:rFonts w:eastAsia="ＭＳ 明朝" w:cs="ＭＳ 明朝"/>
          <w:color w:val="000000"/>
          <w:lang w:val="ja-JP" w:eastAsia="ja-JP"/>
        </w:rPr>
        <w:t>申請者</w:t>
      </w:r>
    </w:p>
    <w:p w14:paraId="7FBA39E3" w14:textId="77777777" w:rsidR="00FB2F32" w:rsidRDefault="00000000">
      <w:pPr>
        <w:widowControl w:val="0"/>
        <w:tabs>
          <w:tab w:val="left" w:pos="5888"/>
        </w:tabs>
        <w:kinsoku w:val="0"/>
        <w:overflowPunct w:val="0"/>
        <w:autoSpaceDE w:val="0"/>
        <w:autoSpaceDN w:val="0"/>
        <w:snapToGrid w:val="0"/>
        <w:spacing w:line="222" w:lineRule="exact"/>
        <w:ind w:left="5485"/>
        <w:rPr>
          <w:lang w:eastAsia="ja-JP"/>
        </w:rPr>
      </w:pPr>
      <w:r>
        <w:rPr>
          <w:rFonts w:eastAsia="ＭＳ 明朝" w:cs="ＭＳ 明朝"/>
          <w:color w:val="000000"/>
          <w:lang w:val="ja-JP" w:eastAsia="ja-JP"/>
        </w:rPr>
        <w:t>氏</w:t>
      </w:r>
      <w:r>
        <w:rPr>
          <w:rFonts w:eastAsia="ＭＳ 明朝" w:cs="ＭＳ 明朝"/>
          <w:color w:val="000000"/>
          <w:lang w:val="ja-JP" w:eastAsia="ja-JP"/>
        </w:rPr>
        <w:tab/>
        <w:t>名</w:t>
      </w:r>
    </w:p>
    <w:p w14:paraId="264BA583" w14:textId="77777777" w:rsidR="00FB2F32" w:rsidRDefault="00000000">
      <w:pPr>
        <w:widowControl w:val="0"/>
        <w:tabs>
          <w:tab w:val="left" w:pos="1052"/>
        </w:tabs>
        <w:kinsoku w:val="0"/>
        <w:overflowPunct w:val="0"/>
        <w:autoSpaceDE w:val="0"/>
        <w:autoSpaceDN w:val="0"/>
        <w:snapToGrid w:val="0"/>
        <w:spacing w:before="352" w:line="222" w:lineRule="exact"/>
        <w:ind w:left="450"/>
        <w:rPr>
          <w:lang w:eastAsia="ja-JP"/>
        </w:rPr>
      </w:pPr>
      <w:r>
        <w:rPr>
          <w:rFonts w:eastAsia="ＭＳ 明朝" w:cs="ＭＳ 明朝"/>
          <w:color w:val="000000"/>
          <w:lang w:val="ja-JP" w:eastAsia="ja-JP"/>
        </w:rPr>
        <w:t>（</w:t>
      </w:r>
      <w:r>
        <w:rPr>
          <w:rFonts w:eastAsia="ＭＳ 明朝" w:cs="ＭＳ 明朝"/>
          <w:color w:val="000000"/>
          <w:lang w:val="ja-JP" w:eastAsia="ja-JP"/>
        </w:rPr>
        <w:tab/>
        <w:t>地区）で行う森林法に基づ</w:t>
      </w:r>
      <w:r>
        <w:rPr>
          <w:rFonts w:eastAsia="ＭＳ 明朝" w:cs="ＭＳ 明朝"/>
          <w:color w:val="000000"/>
          <w:spacing w:val="-2"/>
          <w:lang w:val="ja-JP" w:eastAsia="ja-JP"/>
        </w:rPr>
        <w:t>く</w:t>
      </w:r>
      <w:r>
        <w:rPr>
          <w:rFonts w:eastAsia="ＭＳ 明朝" w:cs="ＭＳ 明朝"/>
          <w:color w:val="000000"/>
          <w:lang w:val="ja-JP" w:eastAsia="ja-JP"/>
        </w:rPr>
        <w:t>開発行為に関する工事により</w:t>
      </w:r>
      <w:r>
        <w:rPr>
          <w:rFonts w:eastAsia="ＭＳ 明朝" w:cs="ＭＳ 明朝"/>
          <w:color w:val="000000"/>
          <w:spacing w:val="-2"/>
          <w:lang w:val="ja-JP" w:eastAsia="ja-JP"/>
        </w:rPr>
        <w:t>設</w:t>
      </w:r>
      <w:r>
        <w:rPr>
          <w:rFonts w:eastAsia="ＭＳ 明朝" w:cs="ＭＳ 明朝"/>
          <w:color w:val="000000"/>
          <w:spacing w:val="2"/>
          <w:lang w:val="ja-JP" w:eastAsia="ja-JP"/>
        </w:rPr>
        <w:t>置</w:t>
      </w:r>
      <w:r>
        <w:rPr>
          <w:rFonts w:eastAsia="ＭＳ 明朝" w:cs="ＭＳ 明朝"/>
          <w:color w:val="000000"/>
          <w:spacing w:val="-2"/>
          <w:lang w:val="ja-JP" w:eastAsia="ja-JP"/>
        </w:rPr>
        <w:t>さ</w:t>
      </w:r>
      <w:r>
        <w:rPr>
          <w:rFonts w:eastAsia="ＭＳ 明朝" w:cs="ＭＳ 明朝"/>
          <w:color w:val="000000"/>
          <w:lang w:val="ja-JP" w:eastAsia="ja-JP"/>
        </w:rPr>
        <w:t>れる公共施設等について、</w:t>
      </w:r>
    </w:p>
    <w:p w14:paraId="3F1969BB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71" w:line="222" w:lineRule="exact"/>
        <w:ind w:left="248"/>
        <w:rPr>
          <w:lang w:eastAsia="ja-JP"/>
        </w:rPr>
      </w:pPr>
      <w:r>
        <w:rPr>
          <w:rFonts w:eastAsia="ＭＳ 明朝" w:cs="ＭＳ 明朝"/>
          <w:color w:val="000000"/>
          <w:lang w:val="ja-JP" w:eastAsia="ja-JP"/>
        </w:rPr>
        <w:t>当</w:t>
      </w:r>
      <w:r>
        <w:rPr>
          <w:rFonts w:eastAsia="ＭＳ 明朝" w:cs="ＭＳ 明朝"/>
          <w:color w:val="000000"/>
          <w:spacing w:val="-2"/>
          <w:lang w:val="ja-JP" w:eastAsia="ja-JP"/>
        </w:rPr>
        <w:t>該</w:t>
      </w:r>
      <w:r>
        <w:rPr>
          <w:rFonts w:eastAsia="ＭＳ 明朝" w:cs="ＭＳ 明朝"/>
          <w:color w:val="000000"/>
          <w:lang w:val="ja-JP" w:eastAsia="ja-JP"/>
        </w:rPr>
        <w:t>公共施設管理予定者と下記のと</w:t>
      </w:r>
      <w:r>
        <w:rPr>
          <w:rFonts w:eastAsia="ＭＳ 明朝" w:cs="ＭＳ 明朝"/>
          <w:color w:val="000000"/>
          <w:spacing w:val="-2"/>
          <w:lang w:val="ja-JP" w:eastAsia="ja-JP"/>
        </w:rPr>
        <w:t>お</w:t>
      </w:r>
      <w:r>
        <w:rPr>
          <w:rFonts w:eastAsia="ＭＳ 明朝" w:cs="ＭＳ 明朝"/>
          <w:color w:val="000000"/>
          <w:lang w:val="ja-JP" w:eastAsia="ja-JP"/>
        </w:rPr>
        <w:t>り協議しました。</w:t>
      </w:r>
    </w:p>
    <w:p w14:paraId="4CFA0E4A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69" w:line="222" w:lineRule="exact"/>
        <w:ind w:left="4880"/>
      </w:pPr>
      <w:r>
        <w:rPr>
          <w:rFonts w:eastAsia="ＭＳ 明朝" w:cs="ＭＳ 明朝"/>
          <w:color w:val="000000"/>
          <w:lang w:val="ja-JP" w:eastAsia="ja-JP"/>
        </w:rPr>
        <w:t>記</w:t>
      </w:r>
    </w:p>
    <w:p w14:paraId="3003012E" w14:textId="77777777" w:rsidR="00FB2F32" w:rsidRDefault="00000000">
      <w:pPr>
        <w:widowControl w:val="0"/>
        <w:tabs>
          <w:tab w:val="left" w:pos="649"/>
        </w:tabs>
        <w:kinsoku w:val="0"/>
        <w:overflowPunct w:val="0"/>
        <w:autoSpaceDE w:val="0"/>
        <w:autoSpaceDN w:val="0"/>
        <w:snapToGrid w:val="0"/>
        <w:spacing w:before="71" w:line="222" w:lineRule="exact"/>
        <w:ind w:left="248"/>
      </w:pPr>
      <w:r>
        <w:rPr>
          <w:rFonts w:eastAsia="ＭＳ 明朝" w:cs="ＭＳ 明朝"/>
          <w:color w:val="000000"/>
          <w:lang w:val="ja-JP" w:eastAsia="ja-JP"/>
        </w:rPr>
        <w:t>１</w:t>
      </w:r>
      <w:r>
        <w:rPr>
          <w:rFonts w:eastAsia="ＭＳ 明朝" w:cs="ＭＳ 明朝"/>
          <w:color w:val="000000"/>
          <w:lang w:val="ja-JP" w:eastAsia="ja-JP"/>
        </w:rPr>
        <w:tab/>
        <w:t>協議一覧表</w:t>
      </w:r>
    </w:p>
    <w:p w14:paraId="7E510272" w14:textId="77777777" w:rsidR="00FB2F32" w:rsidRDefault="00FB2F32">
      <w:pPr>
        <w:widowControl w:val="0"/>
        <w:kinsoku w:val="0"/>
        <w:overflowPunct w:val="0"/>
        <w:autoSpaceDE w:val="0"/>
        <w:autoSpaceDN w:val="0"/>
        <w:snapToGrid w:val="0"/>
        <w:spacing w:line="169" w:lineRule="exact"/>
      </w:pPr>
    </w:p>
    <w:tbl>
      <w:tblPr>
        <w:tblW w:w="9067" w:type="dxa"/>
        <w:tblInd w:w="34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614"/>
        <w:gridCol w:w="1008"/>
        <w:gridCol w:w="1006"/>
        <w:gridCol w:w="1008"/>
        <w:gridCol w:w="4431"/>
      </w:tblGrid>
      <w:tr w:rsidR="00FB2F32" w14:paraId="2AFEC516" w14:textId="77777777">
        <w:trPr>
          <w:cantSplit/>
          <w:trHeight w:val="571"/>
        </w:trPr>
        <w:tc>
          <w:tcPr>
            <w:tcW w:w="16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D7CD39" w14:textId="77777777" w:rsidR="00FB2F32" w:rsidRDefault="00000000">
            <w:pPr>
              <w:widowControl w:val="0"/>
              <w:tabs>
                <w:tab w:val="left" w:pos="504"/>
                <w:tab w:val="left" w:pos="907"/>
                <w:tab w:val="left" w:pos="1310"/>
              </w:tabs>
              <w:kinsoku w:val="0"/>
              <w:overflowPunct w:val="0"/>
              <w:autoSpaceDE w:val="0"/>
              <w:autoSpaceDN w:val="0"/>
              <w:snapToGrid w:val="0"/>
              <w:spacing w:before="483" w:line="222" w:lineRule="exact"/>
              <w:ind w:left="103"/>
            </w:pPr>
            <w:r>
              <w:rPr>
                <w:rFonts w:eastAsia="ＭＳ 明朝" w:cs="ＭＳ 明朝"/>
                <w:color w:val="000000"/>
                <w:lang w:val="ja-JP" w:eastAsia="ja-JP"/>
              </w:rPr>
              <w:t>協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ab/>
              <w:t>議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ab/>
              <w:t>事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ab/>
              <w:t>項</w:t>
            </w:r>
          </w:p>
        </w:tc>
        <w:tc>
          <w:tcPr>
            <w:tcW w:w="30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5E8B648" w14:textId="77777777" w:rsidR="00FB2F32" w:rsidRDefault="00000000">
            <w:pPr>
              <w:widowControl w:val="0"/>
              <w:tabs>
                <w:tab w:val="left" w:pos="2113"/>
              </w:tabs>
              <w:kinsoku w:val="0"/>
              <w:overflowPunct w:val="0"/>
              <w:autoSpaceDE w:val="0"/>
              <w:autoSpaceDN w:val="0"/>
              <w:snapToGrid w:val="0"/>
              <w:spacing w:before="190" w:line="222" w:lineRule="exact"/>
              <w:ind w:left="503"/>
            </w:pPr>
            <w:r>
              <w:rPr>
                <w:rFonts w:eastAsia="ＭＳ 明朝" w:cs="ＭＳ 明朝"/>
                <w:color w:val="000000"/>
                <w:lang w:val="ja-JP" w:eastAsia="ja-JP"/>
              </w:rPr>
              <w:t>概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ab/>
              <w:t>要</w:t>
            </w:r>
          </w:p>
        </w:tc>
        <w:tc>
          <w:tcPr>
            <w:tcW w:w="44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A5D94D" w14:textId="77777777" w:rsidR="00FB2F32" w:rsidRDefault="00000000">
            <w:pPr>
              <w:widowControl w:val="0"/>
              <w:tabs>
                <w:tab w:val="left" w:pos="894"/>
                <w:tab w:val="left" w:pos="1285"/>
                <w:tab w:val="left" w:pos="1679"/>
                <w:tab w:val="left" w:pos="2070"/>
                <w:tab w:val="left" w:pos="2461"/>
                <w:tab w:val="left" w:pos="2852"/>
                <w:tab w:val="left" w:pos="3244"/>
                <w:tab w:val="left" w:pos="3635"/>
              </w:tabs>
              <w:kinsoku w:val="0"/>
              <w:overflowPunct w:val="0"/>
              <w:autoSpaceDE w:val="0"/>
              <w:autoSpaceDN w:val="0"/>
              <w:snapToGrid w:val="0"/>
              <w:spacing w:before="190" w:line="222" w:lineRule="exact"/>
              <w:ind w:left="503"/>
              <w:rPr>
                <w:lang w:eastAsia="ja-JP"/>
              </w:rPr>
            </w:pPr>
            <w:r>
              <w:rPr>
                <w:rFonts w:eastAsia="ＭＳ 明朝" w:cs="ＭＳ 明朝"/>
                <w:color w:val="000000"/>
                <w:lang w:val="ja-JP" w:eastAsia="ja-JP"/>
              </w:rPr>
              <w:t>公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ab/>
              <w:t>共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ab/>
              <w:t>施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ab/>
              <w:t>設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ab/>
              <w:t>管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ab/>
              <w:t>理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ab/>
              <w:t>予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ab/>
              <w:t>定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ab/>
              <w:t>者</w:t>
            </w:r>
          </w:p>
          <w:p w14:paraId="148E1D17" w14:textId="77777777" w:rsidR="00FB2F32" w:rsidRDefault="00000000">
            <w:pPr>
              <w:widowControl w:val="0"/>
              <w:tabs>
                <w:tab w:val="left" w:pos="952"/>
                <w:tab w:val="left" w:pos="1398"/>
                <w:tab w:val="left" w:pos="1847"/>
                <w:tab w:val="left" w:pos="2293"/>
                <w:tab w:val="left" w:pos="2740"/>
                <w:tab w:val="left" w:pos="3188"/>
                <w:tab w:val="left" w:pos="3635"/>
              </w:tabs>
              <w:kinsoku w:val="0"/>
              <w:overflowPunct w:val="0"/>
              <w:autoSpaceDE w:val="0"/>
              <w:autoSpaceDN w:val="0"/>
              <w:snapToGrid w:val="0"/>
              <w:spacing w:before="361" w:line="222" w:lineRule="exact"/>
              <w:ind w:left="503"/>
              <w:rPr>
                <w:lang w:eastAsia="ja-JP"/>
              </w:rPr>
            </w:pPr>
            <w:r>
              <w:rPr>
                <w:rFonts w:eastAsia="ＭＳ 明朝" w:cs="ＭＳ 明朝"/>
                <w:color w:val="000000"/>
                <w:lang w:val="ja-JP" w:eastAsia="ja-JP"/>
              </w:rPr>
              <w:t>（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ab/>
              <w:t>協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ab/>
              <w:t>議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ab/>
              <w:t>の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ab/>
              <w:t>相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ab/>
              <w:t>手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ab/>
              <w:t>方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ab/>
              <w:t>）</w:t>
            </w:r>
          </w:p>
        </w:tc>
      </w:tr>
      <w:tr w:rsidR="00FB2F32" w14:paraId="287B18EC" w14:textId="77777777">
        <w:trPr>
          <w:cantSplit/>
          <w:trHeight w:val="570"/>
        </w:trPr>
        <w:tc>
          <w:tcPr>
            <w:tcW w:w="16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BACA5" w14:textId="77777777" w:rsidR="00FB2F32" w:rsidRDefault="00FB2F32">
            <w:pPr>
              <w:rPr>
                <w:lang w:eastAsia="ja-JP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7AECA4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91" w:line="219" w:lineRule="exact"/>
              <w:ind w:left="100"/>
            </w:pPr>
            <w:r>
              <w:rPr>
                <w:rFonts w:eastAsia="ＭＳ 明朝" w:cs="ＭＳ 明朝"/>
                <w:color w:val="000000"/>
                <w:spacing w:val="2"/>
                <w:sz w:val="19"/>
                <w:lang w:val="ja-JP" w:eastAsia="ja-JP"/>
              </w:rPr>
              <w:t>幅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員寸法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D519FC" w14:textId="77777777" w:rsidR="00FB2F32" w:rsidRDefault="00000000">
            <w:pPr>
              <w:widowControl w:val="0"/>
              <w:tabs>
                <w:tab w:val="left" w:pos="702"/>
              </w:tabs>
              <w:kinsoku w:val="0"/>
              <w:overflowPunct w:val="0"/>
              <w:autoSpaceDE w:val="0"/>
              <w:autoSpaceDN w:val="0"/>
              <w:snapToGrid w:val="0"/>
              <w:spacing w:before="189" w:line="222" w:lineRule="exact"/>
              <w:ind w:left="100"/>
            </w:pPr>
            <w:r>
              <w:rPr>
                <w:rFonts w:eastAsia="ＭＳ 明朝" w:cs="ＭＳ 明朝"/>
                <w:color w:val="000000"/>
                <w:lang w:val="ja-JP" w:eastAsia="ja-JP"/>
              </w:rPr>
              <w:t>延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ab/>
              <w:t>長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529A30" w14:textId="77777777" w:rsidR="00FB2F32" w:rsidRDefault="00000000">
            <w:pPr>
              <w:widowControl w:val="0"/>
              <w:tabs>
                <w:tab w:val="left" w:pos="704"/>
              </w:tabs>
              <w:kinsoku w:val="0"/>
              <w:overflowPunct w:val="0"/>
              <w:autoSpaceDE w:val="0"/>
              <w:autoSpaceDN w:val="0"/>
              <w:snapToGrid w:val="0"/>
              <w:spacing w:before="189" w:line="222" w:lineRule="exact"/>
              <w:ind w:left="100"/>
            </w:pPr>
            <w:r>
              <w:rPr>
                <w:rFonts w:eastAsia="ＭＳ 明朝" w:cs="ＭＳ 明朝"/>
                <w:color w:val="000000"/>
                <w:lang w:val="ja-JP" w:eastAsia="ja-JP"/>
              </w:rPr>
              <w:t>面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ab/>
              <w:t>積</w:t>
            </w:r>
          </w:p>
        </w:tc>
        <w:tc>
          <w:tcPr>
            <w:tcW w:w="44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1DB69" w14:textId="77777777" w:rsidR="00FB2F32" w:rsidRDefault="00FB2F32"/>
        </w:tc>
      </w:tr>
      <w:tr w:rsidR="00FB2F32" w14:paraId="4CC58BFD" w14:textId="77777777">
        <w:trPr>
          <w:cantSplit/>
          <w:trHeight w:val="570"/>
        </w:trPr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77DE0B" w14:textId="77777777" w:rsidR="00FB2F32" w:rsidRDefault="00000000">
            <w:pPr>
              <w:widowControl w:val="0"/>
              <w:tabs>
                <w:tab w:val="left" w:pos="504"/>
                <w:tab w:val="left" w:pos="907"/>
                <w:tab w:val="left" w:pos="1310"/>
              </w:tabs>
              <w:kinsoku w:val="0"/>
              <w:overflowPunct w:val="0"/>
              <w:autoSpaceDE w:val="0"/>
              <w:autoSpaceDN w:val="0"/>
              <w:snapToGrid w:val="0"/>
              <w:spacing w:before="189" w:line="222" w:lineRule="exact"/>
              <w:ind w:left="103"/>
            </w:pPr>
            <w:r>
              <w:rPr>
                <w:rFonts w:eastAsia="ＭＳ 明朝" w:cs="ＭＳ 明朝"/>
                <w:color w:val="000000"/>
                <w:lang w:val="ja-JP" w:eastAsia="ja-JP"/>
              </w:rPr>
              <w:t>道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ab/>
              <w:t>路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ab/>
              <w:t>施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ab/>
              <w:t>設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28E0A56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E2F63E1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B177206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D7E2E5D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454E585B" w14:textId="77777777">
        <w:trPr>
          <w:cantSplit/>
          <w:trHeight w:val="570"/>
        </w:trPr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983975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89" w:line="222" w:lineRule="exact"/>
              <w:ind w:left="103"/>
            </w:pPr>
            <w:r>
              <w:rPr>
                <w:rFonts w:eastAsia="ＭＳ 明朝" w:cs="ＭＳ 明朝"/>
                <w:color w:val="000000"/>
                <w:spacing w:val="-2"/>
                <w:lang w:val="ja-JP" w:eastAsia="ja-JP"/>
              </w:rPr>
              <w:t>河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>川、水路施設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7E12175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2CD6B2E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D95B035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295BBB2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74549C0A" w14:textId="77777777">
        <w:trPr>
          <w:cantSplit/>
          <w:trHeight w:val="570"/>
        </w:trPr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A079D8" w14:textId="77777777" w:rsidR="00FB2F32" w:rsidRDefault="00000000">
            <w:pPr>
              <w:widowControl w:val="0"/>
              <w:tabs>
                <w:tab w:val="left" w:pos="504"/>
                <w:tab w:val="left" w:pos="907"/>
                <w:tab w:val="left" w:pos="1310"/>
              </w:tabs>
              <w:kinsoku w:val="0"/>
              <w:overflowPunct w:val="0"/>
              <w:autoSpaceDE w:val="0"/>
              <w:autoSpaceDN w:val="0"/>
              <w:snapToGrid w:val="0"/>
              <w:spacing w:before="189" w:line="222" w:lineRule="exact"/>
              <w:ind w:left="103"/>
            </w:pPr>
            <w:r>
              <w:rPr>
                <w:rFonts w:eastAsia="ＭＳ 明朝" w:cs="ＭＳ 明朝"/>
                <w:color w:val="000000"/>
                <w:lang w:val="ja-JP" w:eastAsia="ja-JP"/>
              </w:rPr>
              <w:t>水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ab/>
              <w:t>道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ab/>
              <w:t>施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ab/>
              <w:t>設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C6F3BB2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251E88A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B52DDE8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517FD13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15379D5D" w14:textId="77777777">
        <w:trPr>
          <w:cantSplit/>
          <w:trHeight w:val="568"/>
        </w:trPr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F3192D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89" w:line="222" w:lineRule="exact"/>
              <w:ind w:left="103"/>
            </w:pPr>
            <w:r>
              <w:rPr>
                <w:rFonts w:eastAsia="ＭＳ 明朝" w:cs="ＭＳ 明朝"/>
                <w:color w:val="000000"/>
                <w:spacing w:val="-2"/>
                <w:lang w:val="ja-JP" w:eastAsia="ja-JP"/>
              </w:rPr>
              <w:t>農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>業用排水施設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519C2C4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851B6F1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1E3F7F1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1ABC1D3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75AFD1C4" w14:textId="77777777">
        <w:trPr>
          <w:cantSplit/>
          <w:trHeight w:val="570"/>
        </w:trPr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9CA6DF" w14:textId="77777777" w:rsidR="00FB2F32" w:rsidRDefault="00000000">
            <w:pPr>
              <w:widowControl w:val="0"/>
              <w:tabs>
                <w:tab w:val="left" w:pos="708"/>
                <w:tab w:val="left" w:pos="1310"/>
              </w:tabs>
              <w:kinsoku w:val="0"/>
              <w:overflowPunct w:val="0"/>
              <w:autoSpaceDE w:val="0"/>
              <w:autoSpaceDN w:val="0"/>
              <w:snapToGrid w:val="0"/>
              <w:spacing w:before="189" w:line="222" w:lineRule="exact"/>
              <w:ind w:left="103"/>
            </w:pPr>
            <w:r>
              <w:rPr>
                <w:rFonts w:eastAsia="ＭＳ 明朝" w:cs="ＭＳ 明朝"/>
                <w:color w:val="000000"/>
                <w:lang w:val="ja-JP" w:eastAsia="ja-JP"/>
              </w:rPr>
              <w:t>た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ab/>
              <w:t>め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ab/>
              <w:t>池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1BA6153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6347C5A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693624F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F2F53D5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4556CAC3" w14:textId="77777777">
        <w:trPr>
          <w:cantSplit/>
          <w:trHeight w:val="570"/>
        </w:trPr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50F3FAA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50A5983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918E110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A7F00ED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5533CF7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371925D2" w14:textId="77777777">
        <w:trPr>
          <w:cantSplit/>
          <w:trHeight w:val="570"/>
        </w:trPr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DAD7E6C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3D7B811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5BD6547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DE32D6F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F52D098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34543F79" w14:textId="77777777">
        <w:trPr>
          <w:cantSplit/>
          <w:trHeight w:val="570"/>
        </w:trPr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ACCB185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9C3190C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CA4EA7A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DC433BE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B01EFAB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3FCD5078" w14:textId="77777777">
        <w:trPr>
          <w:cantSplit/>
          <w:trHeight w:val="570"/>
        </w:trPr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F13E252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8DE23B4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D0C87E8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4C6AF1D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538D197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777C18BE" w14:textId="77777777">
        <w:trPr>
          <w:cantSplit/>
          <w:trHeight w:val="568"/>
        </w:trPr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294D16D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2332786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F803338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5439C8A1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7D2A7CC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429C2284" w14:textId="77777777">
        <w:trPr>
          <w:cantSplit/>
          <w:trHeight w:val="570"/>
        </w:trPr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ECE36D8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81AE631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AFDCB08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562B4AB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6B9D7E5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0704E605" w14:textId="77777777">
        <w:trPr>
          <w:cantSplit/>
          <w:trHeight w:val="570"/>
        </w:trPr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AE4EFE0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BD360FB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73C59B9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14ACE33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DD532A6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5CEB23B8" w14:textId="77777777">
        <w:trPr>
          <w:cantSplit/>
          <w:trHeight w:val="569"/>
        </w:trPr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1F90DE1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A965631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4756D64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7F27C22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C90DFEB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</w:tbl>
    <w:p w14:paraId="43C632AB" w14:textId="77777777" w:rsidR="00FB2F32" w:rsidRDefault="00FB2F32">
      <w:pPr>
        <w:widowControl w:val="0"/>
        <w:kinsoku w:val="0"/>
        <w:overflowPunct w:val="0"/>
        <w:autoSpaceDE w:val="0"/>
        <w:autoSpaceDN w:val="0"/>
        <w:snapToGrid w:val="0"/>
        <w:spacing w:line="20" w:lineRule="exact"/>
        <w:sectPr w:rsidR="00FB2F32">
          <w:footerReference w:type="default" r:id="rId23"/>
          <w:pgSz w:w="11906" w:h="16838"/>
          <w:pgMar w:top="700" w:right="460" w:bottom="1100" w:left="1000" w:header="240" w:footer="800" w:gutter="0"/>
          <w:cols w:space="720"/>
          <w:docGrid w:linePitch="360"/>
        </w:sectPr>
      </w:pPr>
    </w:p>
    <w:p w14:paraId="2592A862" w14:textId="77777777" w:rsidR="00FB2F32" w:rsidRDefault="00000000">
      <w:pPr>
        <w:widowControl w:val="0"/>
        <w:tabs>
          <w:tab w:val="left" w:pos="649"/>
        </w:tabs>
        <w:kinsoku w:val="0"/>
        <w:overflowPunct w:val="0"/>
        <w:autoSpaceDE w:val="0"/>
        <w:autoSpaceDN w:val="0"/>
        <w:snapToGrid w:val="0"/>
        <w:spacing w:before="1009" w:line="222" w:lineRule="exact"/>
        <w:ind w:left="248"/>
        <w:rPr>
          <w:lang w:eastAsia="ja-JP"/>
        </w:rPr>
      </w:pPr>
      <w:r>
        <w:rPr>
          <w:rFonts w:eastAsia="ＭＳ 明朝" w:cs="ＭＳ 明朝"/>
          <w:color w:val="000000"/>
          <w:lang w:val="ja-JP" w:eastAsia="ja-JP"/>
        </w:rPr>
        <w:lastRenderedPageBreak/>
        <w:t>２</w:t>
      </w:r>
      <w:r>
        <w:rPr>
          <w:rFonts w:eastAsia="ＭＳ 明朝" w:cs="ＭＳ 明朝"/>
          <w:color w:val="000000"/>
          <w:lang w:val="ja-JP" w:eastAsia="ja-JP"/>
        </w:rPr>
        <w:tab/>
        <w:t>公共施設管理予定者との協議経過</w:t>
      </w:r>
    </w:p>
    <w:p w14:paraId="06527E6A" w14:textId="77777777" w:rsidR="00FB2F32" w:rsidRDefault="00FB2F32">
      <w:pPr>
        <w:widowControl w:val="0"/>
        <w:kinsoku w:val="0"/>
        <w:overflowPunct w:val="0"/>
        <w:autoSpaceDE w:val="0"/>
        <w:autoSpaceDN w:val="0"/>
        <w:snapToGrid w:val="0"/>
        <w:spacing w:line="169" w:lineRule="exact"/>
        <w:rPr>
          <w:lang w:eastAsia="ja-JP"/>
        </w:rPr>
      </w:pPr>
    </w:p>
    <w:tbl>
      <w:tblPr>
        <w:tblW w:w="9269" w:type="dxa"/>
        <w:tblInd w:w="34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211"/>
        <w:gridCol w:w="4030"/>
        <w:gridCol w:w="4028"/>
      </w:tblGrid>
      <w:tr w:rsidR="00FB2F32" w14:paraId="107B1B5F" w14:textId="77777777">
        <w:trPr>
          <w:cantSplit/>
          <w:trHeight w:val="1155"/>
        </w:trPr>
        <w:tc>
          <w:tcPr>
            <w:tcW w:w="9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C84E93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483" w:line="222" w:lineRule="exact"/>
              <w:ind w:left="103"/>
            </w:pPr>
            <w:r>
              <w:rPr>
                <w:rFonts w:eastAsia="ＭＳ 明朝" w:cs="ＭＳ 明朝"/>
                <w:color w:val="000000"/>
                <w:spacing w:val="-2"/>
                <w:lang w:val="ja-JP" w:eastAsia="ja-JP"/>
              </w:rPr>
              <w:t>公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>共施設の名称</w:t>
            </w:r>
          </w:p>
        </w:tc>
      </w:tr>
      <w:tr w:rsidR="00FB2F32" w14:paraId="5D2D650C" w14:textId="77777777">
        <w:trPr>
          <w:cantSplit/>
          <w:trHeight w:val="57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D5C74E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89" w:line="222" w:lineRule="exact"/>
              <w:ind w:left="103"/>
            </w:pPr>
            <w:r>
              <w:rPr>
                <w:rFonts w:eastAsia="ＭＳ 明朝" w:cs="ＭＳ 明朝"/>
                <w:color w:val="000000"/>
                <w:spacing w:val="67"/>
                <w:lang w:val="ja-JP" w:eastAsia="ja-JP"/>
              </w:rPr>
              <w:t>協</w:t>
            </w:r>
            <w:r>
              <w:rPr>
                <w:rFonts w:eastAsia="ＭＳ 明朝" w:cs="ＭＳ 明朝"/>
                <w:color w:val="000000"/>
                <w:spacing w:val="65"/>
                <w:lang w:val="ja-JP" w:eastAsia="ja-JP"/>
              </w:rPr>
              <w:t>議</w:t>
            </w:r>
            <w:r>
              <w:rPr>
                <w:rFonts w:eastAsia="ＭＳ 明朝" w:cs="ＭＳ 明朝"/>
                <w:color w:val="000000"/>
                <w:spacing w:val="67"/>
                <w:lang w:val="ja-JP" w:eastAsia="ja-JP"/>
              </w:rPr>
              <w:t>事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>項</w:t>
            </w:r>
          </w:p>
        </w:tc>
        <w:tc>
          <w:tcPr>
            <w:tcW w:w="4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4BD339" w14:textId="77777777" w:rsidR="00FB2F32" w:rsidRDefault="00000000">
            <w:pPr>
              <w:widowControl w:val="0"/>
              <w:tabs>
                <w:tab w:val="left" w:pos="1578"/>
                <w:tab w:val="left" w:pos="2250"/>
                <w:tab w:val="left" w:pos="2920"/>
              </w:tabs>
              <w:kinsoku w:val="0"/>
              <w:overflowPunct w:val="0"/>
              <w:autoSpaceDE w:val="0"/>
              <w:autoSpaceDN w:val="0"/>
              <w:snapToGrid w:val="0"/>
              <w:spacing w:before="189" w:line="222" w:lineRule="exact"/>
              <w:ind w:left="906"/>
            </w:pPr>
            <w:r>
              <w:rPr>
                <w:rFonts w:eastAsia="ＭＳ 明朝" w:cs="ＭＳ 明朝"/>
                <w:color w:val="000000"/>
                <w:lang w:val="ja-JP" w:eastAsia="ja-JP"/>
              </w:rPr>
              <w:t>協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ab/>
              <w:t>議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ab/>
              <w:t>内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ab/>
              <w:t>容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F33463" w14:textId="77777777" w:rsidR="00FB2F32" w:rsidRDefault="00000000">
            <w:pPr>
              <w:widowControl w:val="0"/>
              <w:tabs>
                <w:tab w:val="left" w:pos="1576"/>
                <w:tab w:val="left" w:pos="2248"/>
                <w:tab w:val="left" w:pos="2920"/>
              </w:tabs>
              <w:kinsoku w:val="0"/>
              <w:overflowPunct w:val="0"/>
              <w:autoSpaceDE w:val="0"/>
              <w:autoSpaceDN w:val="0"/>
              <w:snapToGrid w:val="0"/>
              <w:spacing w:before="189" w:line="222" w:lineRule="exact"/>
              <w:ind w:left="904"/>
            </w:pPr>
            <w:r>
              <w:rPr>
                <w:rFonts w:eastAsia="ＭＳ 明朝" w:cs="ＭＳ 明朝"/>
                <w:color w:val="000000"/>
                <w:lang w:val="ja-JP" w:eastAsia="ja-JP"/>
              </w:rPr>
              <w:t>協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ab/>
              <w:t>議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ab/>
              <w:t>結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ab/>
              <w:t>果</w:t>
            </w:r>
          </w:p>
        </w:tc>
      </w:tr>
      <w:tr w:rsidR="00FB2F32" w14:paraId="11B4E5A1" w14:textId="77777777">
        <w:trPr>
          <w:cantSplit/>
          <w:trHeight w:val="1153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8A6835" w14:textId="77777777" w:rsidR="00FB2F32" w:rsidRDefault="00000000">
            <w:pPr>
              <w:widowControl w:val="0"/>
              <w:tabs>
                <w:tab w:val="left" w:pos="907"/>
              </w:tabs>
              <w:kinsoku w:val="0"/>
              <w:overflowPunct w:val="0"/>
              <w:autoSpaceDE w:val="0"/>
              <w:autoSpaceDN w:val="0"/>
              <w:snapToGrid w:val="0"/>
              <w:spacing w:before="479" w:line="222" w:lineRule="exact"/>
              <w:ind w:left="103"/>
            </w:pPr>
            <w:r>
              <w:rPr>
                <w:rFonts w:eastAsia="ＭＳ 明朝" w:cs="ＭＳ 明朝"/>
                <w:color w:val="000000"/>
                <w:lang w:val="ja-JP" w:eastAsia="ja-JP"/>
              </w:rPr>
              <w:t>設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ab/>
              <w:t>計</w:t>
            </w:r>
          </w:p>
        </w:tc>
        <w:tc>
          <w:tcPr>
            <w:tcW w:w="4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25CC93D8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4509019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6E986722" w14:textId="77777777">
        <w:trPr>
          <w:cantSplit/>
          <w:trHeight w:val="1151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3D9FD18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479" w:line="222" w:lineRule="exact"/>
              <w:ind w:left="103"/>
            </w:pPr>
            <w:r>
              <w:rPr>
                <w:rFonts w:eastAsia="ＭＳ 明朝" w:cs="ＭＳ 明朝"/>
                <w:color w:val="000000"/>
                <w:spacing w:val="67"/>
                <w:lang w:val="ja-JP" w:eastAsia="ja-JP"/>
              </w:rPr>
              <w:t>維</w:t>
            </w:r>
            <w:r>
              <w:rPr>
                <w:rFonts w:eastAsia="ＭＳ 明朝" w:cs="ＭＳ 明朝"/>
                <w:color w:val="000000"/>
                <w:spacing w:val="65"/>
                <w:lang w:val="ja-JP" w:eastAsia="ja-JP"/>
              </w:rPr>
              <w:t>持</w:t>
            </w:r>
            <w:r>
              <w:rPr>
                <w:rFonts w:eastAsia="ＭＳ 明朝" w:cs="ＭＳ 明朝"/>
                <w:color w:val="000000"/>
                <w:spacing w:val="67"/>
                <w:lang w:val="ja-JP" w:eastAsia="ja-JP"/>
              </w:rPr>
              <w:t>管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>理</w:t>
            </w:r>
          </w:p>
        </w:tc>
        <w:tc>
          <w:tcPr>
            <w:tcW w:w="4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3CCF76FB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E145F49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04FF9BD7" w14:textId="77777777">
        <w:trPr>
          <w:cantSplit/>
          <w:trHeight w:val="1153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7B967AE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481" w:line="222" w:lineRule="exact"/>
              <w:ind w:left="103"/>
            </w:pPr>
            <w:r>
              <w:rPr>
                <w:rFonts w:eastAsia="ＭＳ 明朝" w:cs="ＭＳ 明朝"/>
                <w:color w:val="000000"/>
                <w:spacing w:val="-2"/>
                <w:lang w:val="ja-JP" w:eastAsia="ja-JP"/>
              </w:rPr>
              <w:t>土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>地の帰属</w:t>
            </w:r>
          </w:p>
        </w:tc>
        <w:tc>
          <w:tcPr>
            <w:tcW w:w="4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ECB6071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B3FADE8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0C5A9318" w14:textId="77777777">
        <w:trPr>
          <w:cantSplit/>
          <w:trHeight w:val="1153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0A32A3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479" w:line="222" w:lineRule="exact"/>
              <w:ind w:left="103"/>
            </w:pPr>
            <w:r>
              <w:rPr>
                <w:rFonts w:eastAsia="ＭＳ 明朝" w:cs="ＭＳ 明朝"/>
                <w:color w:val="000000"/>
                <w:spacing w:val="-2"/>
                <w:lang w:val="ja-JP" w:eastAsia="ja-JP"/>
              </w:rPr>
              <w:t>費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>用の負担</w:t>
            </w:r>
          </w:p>
        </w:tc>
        <w:tc>
          <w:tcPr>
            <w:tcW w:w="4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B458582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51FB473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3D7E3426" w14:textId="77777777">
        <w:trPr>
          <w:cantSplit/>
          <w:trHeight w:val="1151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C9C81A" w14:textId="77777777" w:rsidR="00FB2F32" w:rsidRDefault="00000000">
            <w:pPr>
              <w:widowControl w:val="0"/>
              <w:tabs>
                <w:tab w:val="left" w:pos="504"/>
                <w:tab w:val="left" w:pos="907"/>
              </w:tabs>
              <w:kinsoku w:val="0"/>
              <w:overflowPunct w:val="0"/>
              <w:autoSpaceDE w:val="0"/>
              <w:autoSpaceDN w:val="0"/>
              <w:snapToGrid w:val="0"/>
              <w:spacing w:before="479" w:line="222" w:lineRule="exact"/>
              <w:ind w:left="103"/>
            </w:pPr>
            <w:r>
              <w:rPr>
                <w:rFonts w:eastAsia="ＭＳ 明朝" w:cs="ＭＳ 明朝"/>
                <w:color w:val="000000"/>
                <w:lang w:val="ja-JP" w:eastAsia="ja-JP"/>
              </w:rPr>
              <w:t>そ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ab/>
              <w:t>の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ab/>
              <w:t>他</w:t>
            </w:r>
          </w:p>
        </w:tc>
        <w:tc>
          <w:tcPr>
            <w:tcW w:w="4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1D0E52C2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498990A0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721E7D30" w14:textId="77777777">
        <w:trPr>
          <w:cantSplit/>
          <w:trHeight w:val="570"/>
        </w:trPr>
        <w:tc>
          <w:tcPr>
            <w:tcW w:w="9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A37078" w14:textId="77777777" w:rsidR="00FB2F32" w:rsidRDefault="00000000">
            <w:pPr>
              <w:widowControl w:val="0"/>
              <w:tabs>
                <w:tab w:val="left" w:pos="504"/>
                <w:tab w:val="left" w:pos="907"/>
                <w:tab w:val="left" w:pos="1310"/>
                <w:tab w:val="left" w:pos="1714"/>
                <w:tab w:val="left" w:pos="3626"/>
                <w:tab w:val="left" w:pos="4433"/>
                <w:tab w:val="left" w:pos="5239"/>
              </w:tabs>
              <w:kinsoku w:val="0"/>
              <w:overflowPunct w:val="0"/>
              <w:autoSpaceDE w:val="0"/>
              <w:autoSpaceDN w:val="0"/>
              <w:snapToGrid w:val="0"/>
              <w:spacing w:before="189" w:line="222" w:lineRule="exact"/>
              <w:ind w:left="103"/>
            </w:pPr>
            <w:r>
              <w:rPr>
                <w:rFonts w:eastAsia="ＭＳ 明朝" w:cs="ＭＳ 明朝"/>
                <w:color w:val="000000"/>
                <w:lang w:val="ja-JP" w:eastAsia="ja-JP"/>
              </w:rPr>
              <w:t>協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ab/>
              <w:t>議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ab/>
              <w:t>年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ab/>
              <w:t>月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ab/>
              <w:t>日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ab/>
              <w:t>年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ab/>
              <w:t>月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ab/>
              <w:t>日</w:t>
            </w:r>
          </w:p>
        </w:tc>
      </w:tr>
      <w:tr w:rsidR="00FB2F32" w14:paraId="07325CBC" w14:textId="77777777">
        <w:trPr>
          <w:cantSplit/>
          <w:trHeight w:val="1737"/>
        </w:trPr>
        <w:tc>
          <w:tcPr>
            <w:tcW w:w="9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6B5933A" w14:textId="77777777" w:rsidR="00FB2F32" w:rsidRDefault="00000000">
            <w:pPr>
              <w:widowControl w:val="0"/>
              <w:tabs>
                <w:tab w:val="left" w:pos="2722"/>
              </w:tabs>
              <w:kinsoku w:val="0"/>
              <w:overflowPunct w:val="0"/>
              <w:autoSpaceDE w:val="0"/>
              <w:autoSpaceDN w:val="0"/>
              <w:snapToGrid w:val="0"/>
              <w:spacing w:before="481" w:line="222" w:lineRule="exact"/>
              <w:ind w:left="2318"/>
            </w:pPr>
            <w:r>
              <w:rPr>
                <w:rFonts w:eastAsia="ＭＳ 明朝" w:cs="ＭＳ 明朝"/>
                <w:color w:val="000000"/>
                <w:lang w:val="ja-JP" w:eastAsia="ja-JP"/>
              </w:rPr>
              <w:t>住</w:t>
            </w:r>
            <w:r w:rsidRPr="000020E5">
              <w:rPr>
                <w:rFonts w:eastAsia="ＭＳ 明朝" w:cs="ＭＳ 明朝"/>
                <w:color w:val="000000"/>
                <w:lang w:eastAsia="ja-JP"/>
              </w:rPr>
              <w:tab/>
            </w:r>
            <w:r>
              <w:rPr>
                <w:rFonts w:eastAsia="ＭＳ 明朝" w:cs="ＭＳ 明朝"/>
                <w:color w:val="000000"/>
                <w:lang w:val="ja-JP" w:eastAsia="ja-JP"/>
              </w:rPr>
              <w:t>所</w:t>
            </w:r>
          </w:p>
          <w:p w14:paraId="4EDDC40D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69" w:line="222" w:lineRule="exact"/>
              <w:ind w:left="103"/>
            </w:pPr>
            <w:r>
              <w:rPr>
                <w:rFonts w:eastAsia="ＭＳ 明朝" w:cs="ＭＳ 明朝"/>
                <w:color w:val="000000"/>
                <w:spacing w:val="67"/>
                <w:lang w:val="ja-JP" w:eastAsia="ja-JP"/>
              </w:rPr>
              <w:t>開</w:t>
            </w:r>
            <w:r>
              <w:rPr>
                <w:rFonts w:eastAsia="ＭＳ 明朝" w:cs="ＭＳ 明朝"/>
                <w:color w:val="000000"/>
                <w:spacing w:val="65"/>
                <w:lang w:val="ja-JP" w:eastAsia="ja-JP"/>
              </w:rPr>
              <w:t>発</w:t>
            </w:r>
            <w:r>
              <w:rPr>
                <w:rFonts w:eastAsia="ＭＳ 明朝" w:cs="ＭＳ 明朝"/>
                <w:color w:val="000000"/>
                <w:spacing w:val="67"/>
                <w:lang w:val="ja-JP" w:eastAsia="ja-JP"/>
              </w:rPr>
              <w:t>行為申請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>者</w:t>
            </w:r>
          </w:p>
          <w:p w14:paraId="2CB71877" w14:textId="77777777" w:rsidR="00FB2F32" w:rsidRDefault="00000000">
            <w:pPr>
              <w:widowControl w:val="0"/>
              <w:tabs>
                <w:tab w:val="left" w:pos="2722"/>
              </w:tabs>
              <w:kinsoku w:val="0"/>
              <w:overflowPunct w:val="0"/>
              <w:autoSpaceDE w:val="0"/>
              <w:autoSpaceDN w:val="0"/>
              <w:snapToGrid w:val="0"/>
              <w:spacing w:before="69" w:line="222" w:lineRule="exact"/>
              <w:ind w:left="2318"/>
            </w:pPr>
            <w:r>
              <w:rPr>
                <w:rFonts w:eastAsia="ＭＳ 明朝" w:cs="ＭＳ 明朝"/>
                <w:color w:val="000000"/>
                <w:lang w:val="ja-JP" w:eastAsia="ja-JP"/>
              </w:rPr>
              <w:t>氏</w:t>
            </w:r>
            <w:r w:rsidRPr="000020E5">
              <w:rPr>
                <w:rFonts w:eastAsia="ＭＳ 明朝" w:cs="ＭＳ 明朝"/>
                <w:color w:val="000000"/>
                <w:lang w:eastAsia="ja-JP"/>
              </w:rPr>
              <w:tab/>
            </w:r>
            <w:r>
              <w:rPr>
                <w:rFonts w:eastAsia="ＭＳ 明朝" w:cs="ＭＳ 明朝"/>
                <w:color w:val="000000"/>
                <w:lang w:val="ja-JP" w:eastAsia="ja-JP"/>
              </w:rPr>
              <w:t>名</w:t>
            </w:r>
          </w:p>
        </w:tc>
      </w:tr>
      <w:tr w:rsidR="00FB2F32" w14:paraId="507E9979" w14:textId="77777777">
        <w:trPr>
          <w:cantSplit/>
          <w:trHeight w:val="1733"/>
        </w:trPr>
        <w:tc>
          <w:tcPr>
            <w:tcW w:w="9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1C410F" w14:textId="77777777" w:rsidR="00FB2F32" w:rsidRDefault="00000000">
            <w:pPr>
              <w:widowControl w:val="0"/>
              <w:tabs>
                <w:tab w:val="left" w:pos="2722"/>
              </w:tabs>
              <w:kinsoku w:val="0"/>
              <w:overflowPunct w:val="0"/>
              <w:autoSpaceDE w:val="0"/>
              <w:autoSpaceDN w:val="0"/>
              <w:snapToGrid w:val="0"/>
              <w:spacing w:before="479" w:line="222" w:lineRule="exact"/>
              <w:ind w:left="2318"/>
            </w:pPr>
            <w:r>
              <w:rPr>
                <w:rFonts w:eastAsia="ＭＳ 明朝" w:cs="ＭＳ 明朝"/>
                <w:color w:val="000000"/>
                <w:lang w:val="ja-JP" w:eastAsia="ja-JP"/>
              </w:rPr>
              <w:t>住</w:t>
            </w:r>
            <w:r w:rsidRPr="000020E5">
              <w:rPr>
                <w:rFonts w:eastAsia="ＭＳ 明朝" w:cs="ＭＳ 明朝"/>
                <w:color w:val="000000"/>
                <w:lang w:eastAsia="ja-JP"/>
              </w:rPr>
              <w:tab/>
            </w:r>
            <w:r>
              <w:rPr>
                <w:rFonts w:eastAsia="ＭＳ 明朝" w:cs="ＭＳ 明朝"/>
                <w:color w:val="000000"/>
                <w:lang w:val="ja-JP" w:eastAsia="ja-JP"/>
              </w:rPr>
              <w:t>所</w:t>
            </w:r>
          </w:p>
          <w:p w14:paraId="00F8AF19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71" w:line="222" w:lineRule="exact"/>
              <w:ind w:left="103"/>
            </w:pPr>
            <w:r>
              <w:rPr>
                <w:rFonts w:eastAsia="ＭＳ 明朝" w:cs="ＭＳ 明朝"/>
                <w:color w:val="000000"/>
                <w:spacing w:val="-2"/>
                <w:lang w:val="ja-JP" w:eastAsia="ja-JP"/>
              </w:rPr>
              <w:t>公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>共施設管理予定者</w:t>
            </w:r>
          </w:p>
          <w:p w14:paraId="5F6212F8" w14:textId="77777777" w:rsidR="00FB2F32" w:rsidRDefault="00000000">
            <w:pPr>
              <w:widowControl w:val="0"/>
              <w:tabs>
                <w:tab w:val="left" w:pos="2722"/>
              </w:tabs>
              <w:kinsoku w:val="0"/>
              <w:overflowPunct w:val="0"/>
              <w:autoSpaceDE w:val="0"/>
              <w:autoSpaceDN w:val="0"/>
              <w:snapToGrid w:val="0"/>
              <w:spacing w:before="69" w:line="222" w:lineRule="exact"/>
              <w:ind w:left="2318"/>
            </w:pPr>
            <w:r>
              <w:rPr>
                <w:rFonts w:eastAsia="ＭＳ 明朝" w:cs="ＭＳ 明朝"/>
                <w:color w:val="000000"/>
                <w:lang w:val="ja-JP" w:eastAsia="ja-JP"/>
              </w:rPr>
              <w:t>氏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ab/>
              <w:t>名</w:t>
            </w:r>
          </w:p>
        </w:tc>
      </w:tr>
    </w:tbl>
    <w:p w14:paraId="23D2930C" w14:textId="77777777" w:rsidR="00FB2F32" w:rsidRDefault="00FB2F32">
      <w:pPr>
        <w:widowControl w:val="0"/>
        <w:kinsoku w:val="0"/>
        <w:overflowPunct w:val="0"/>
        <w:autoSpaceDE w:val="0"/>
        <w:autoSpaceDN w:val="0"/>
        <w:snapToGrid w:val="0"/>
        <w:spacing w:line="20" w:lineRule="exact"/>
        <w:sectPr w:rsidR="00FB2F32">
          <w:footerReference w:type="default" r:id="rId24"/>
          <w:pgSz w:w="11906" w:h="16838"/>
          <w:pgMar w:top="700" w:right="460" w:bottom="1100" w:left="1000" w:header="240" w:footer="800" w:gutter="0"/>
          <w:cols w:space="720"/>
          <w:docGrid w:linePitch="360"/>
        </w:sectPr>
      </w:pPr>
    </w:p>
    <w:p w14:paraId="605FEFE6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716" w:line="222" w:lineRule="exact"/>
        <w:ind w:left="248"/>
      </w:pPr>
      <w:r>
        <w:rPr>
          <w:rFonts w:eastAsia="ＭＳ 明朝" w:cs="ＭＳ 明朝"/>
          <w:color w:val="000000"/>
          <w:lang w:val="ja-JP" w:eastAsia="ja-JP"/>
        </w:rPr>
        <w:lastRenderedPageBreak/>
        <w:t>（</w:t>
      </w:r>
      <w:r>
        <w:rPr>
          <w:rFonts w:eastAsia="ＭＳ 明朝" w:cs="ＭＳ 明朝"/>
          <w:color w:val="000000"/>
          <w:spacing w:val="-2"/>
          <w:lang w:val="ja-JP" w:eastAsia="ja-JP"/>
        </w:rPr>
        <w:t>参</w:t>
      </w:r>
      <w:r>
        <w:rPr>
          <w:rFonts w:eastAsia="ＭＳ 明朝" w:cs="ＭＳ 明朝"/>
          <w:color w:val="000000"/>
          <w:lang w:val="ja-JP" w:eastAsia="ja-JP"/>
        </w:rPr>
        <w:t>考様式１２）</w:t>
      </w:r>
    </w:p>
    <w:p w14:paraId="5B8341C4" w14:textId="77777777" w:rsidR="00FB2F32" w:rsidRDefault="00000000">
      <w:pPr>
        <w:widowControl w:val="0"/>
        <w:tabs>
          <w:tab w:val="left" w:pos="3579"/>
          <w:tab w:val="left" w:pos="4093"/>
          <w:tab w:val="left" w:pos="4604"/>
          <w:tab w:val="left" w:pos="5118"/>
          <w:tab w:val="left" w:pos="5629"/>
          <w:tab w:val="left" w:pos="6142"/>
          <w:tab w:val="left" w:pos="6654"/>
        </w:tabs>
        <w:kinsoku w:val="0"/>
        <w:overflowPunct w:val="0"/>
        <w:autoSpaceDE w:val="0"/>
        <w:autoSpaceDN w:val="0"/>
        <w:snapToGrid w:val="0"/>
        <w:spacing w:before="361" w:line="264" w:lineRule="exact"/>
        <w:ind w:left="3068"/>
      </w:pPr>
      <w:r>
        <w:rPr>
          <w:rFonts w:eastAsia="ＭＳ 明朝" w:cs="ＭＳ 明朝"/>
          <w:color w:val="000000"/>
          <w:sz w:val="24"/>
          <w:lang w:val="ja-JP" w:eastAsia="ja-JP"/>
        </w:rPr>
        <w:t>水</w:t>
      </w:r>
      <w:r>
        <w:rPr>
          <w:rFonts w:eastAsia="ＭＳ 明朝" w:cs="ＭＳ 明朝"/>
          <w:color w:val="000000"/>
          <w:sz w:val="24"/>
          <w:lang w:val="ja-JP" w:eastAsia="ja-JP"/>
        </w:rPr>
        <w:tab/>
        <w:t>利</w:t>
      </w:r>
      <w:r>
        <w:rPr>
          <w:rFonts w:eastAsia="ＭＳ 明朝" w:cs="ＭＳ 明朝"/>
          <w:color w:val="000000"/>
          <w:sz w:val="24"/>
          <w:lang w:val="ja-JP" w:eastAsia="ja-JP"/>
        </w:rPr>
        <w:tab/>
        <w:t>権</w:t>
      </w:r>
      <w:r>
        <w:rPr>
          <w:rFonts w:eastAsia="ＭＳ 明朝" w:cs="ＭＳ 明朝"/>
          <w:color w:val="000000"/>
          <w:sz w:val="24"/>
          <w:lang w:val="ja-JP" w:eastAsia="ja-JP"/>
        </w:rPr>
        <w:tab/>
        <w:t>者</w:t>
      </w:r>
      <w:r>
        <w:rPr>
          <w:rFonts w:eastAsia="ＭＳ 明朝" w:cs="ＭＳ 明朝"/>
          <w:color w:val="000000"/>
          <w:sz w:val="24"/>
          <w:lang w:val="ja-JP" w:eastAsia="ja-JP"/>
        </w:rPr>
        <w:tab/>
        <w:t>の</w:t>
      </w:r>
      <w:r>
        <w:rPr>
          <w:rFonts w:eastAsia="ＭＳ 明朝" w:cs="ＭＳ 明朝"/>
          <w:color w:val="000000"/>
          <w:sz w:val="24"/>
          <w:lang w:val="ja-JP" w:eastAsia="ja-JP"/>
        </w:rPr>
        <w:tab/>
        <w:t>同</w:t>
      </w:r>
      <w:r>
        <w:rPr>
          <w:rFonts w:eastAsia="ＭＳ 明朝" w:cs="ＭＳ 明朝"/>
          <w:color w:val="000000"/>
          <w:sz w:val="24"/>
          <w:lang w:val="ja-JP" w:eastAsia="ja-JP"/>
        </w:rPr>
        <w:tab/>
        <w:t>意</w:t>
      </w:r>
      <w:r>
        <w:rPr>
          <w:rFonts w:eastAsia="ＭＳ 明朝" w:cs="ＭＳ 明朝"/>
          <w:color w:val="000000"/>
          <w:sz w:val="24"/>
          <w:lang w:val="ja-JP" w:eastAsia="ja-JP"/>
        </w:rPr>
        <w:tab/>
        <w:t>書</w:t>
      </w:r>
    </w:p>
    <w:p w14:paraId="557ED5AB" w14:textId="77777777" w:rsidR="00FB2F32" w:rsidRDefault="00000000">
      <w:pPr>
        <w:widowControl w:val="0"/>
        <w:tabs>
          <w:tab w:val="left" w:pos="8607"/>
          <w:tab w:val="left" w:pos="9212"/>
        </w:tabs>
        <w:kinsoku w:val="0"/>
        <w:overflowPunct w:val="0"/>
        <w:autoSpaceDE w:val="0"/>
        <w:autoSpaceDN w:val="0"/>
        <w:snapToGrid w:val="0"/>
        <w:spacing w:before="358" w:line="222" w:lineRule="exact"/>
        <w:ind w:left="8002"/>
      </w:pPr>
      <w:r>
        <w:rPr>
          <w:rFonts w:eastAsia="ＭＳ 明朝" w:cs="ＭＳ 明朝"/>
          <w:color w:val="000000"/>
          <w:lang w:val="ja-JP" w:eastAsia="ja-JP"/>
        </w:rPr>
        <w:t>年</w:t>
      </w:r>
      <w:r>
        <w:rPr>
          <w:rFonts w:eastAsia="ＭＳ 明朝" w:cs="ＭＳ 明朝"/>
          <w:color w:val="000000"/>
          <w:lang w:val="ja-JP" w:eastAsia="ja-JP"/>
        </w:rPr>
        <w:tab/>
        <w:t>月</w:t>
      </w:r>
      <w:r>
        <w:rPr>
          <w:rFonts w:eastAsia="ＭＳ 明朝" w:cs="ＭＳ 明朝"/>
          <w:color w:val="000000"/>
          <w:lang w:val="ja-JP" w:eastAsia="ja-JP"/>
        </w:rPr>
        <w:tab/>
        <w:t>日</w:t>
      </w:r>
    </w:p>
    <w:p w14:paraId="7DD7D650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652" w:line="222" w:lineRule="exact"/>
        <w:ind w:left="3270"/>
      </w:pPr>
      <w:r>
        <w:rPr>
          <w:rFonts w:eastAsia="ＭＳ 明朝" w:cs="ＭＳ 明朝"/>
          <w:color w:val="000000"/>
          <w:lang w:val="ja-JP" w:eastAsia="ja-JP"/>
        </w:rPr>
        <w:t>様</w:t>
      </w:r>
    </w:p>
    <w:p w14:paraId="5C45A90E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361" w:line="222" w:lineRule="exact"/>
        <w:ind w:left="5283"/>
      </w:pPr>
      <w:r>
        <w:rPr>
          <w:rFonts w:eastAsia="ＭＳ 明朝" w:cs="ＭＳ 明朝"/>
          <w:color w:val="000000"/>
          <w:lang w:val="ja-JP" w:eastAsia="ja-JP"/>
        </w:rPr>
        <w:t>住所</w:t>
      </w:r>
    </w:p>
    <w:p w14:paraId="777370CC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line="222" w:lineRule="exact"/>
        <w:ind w:left="4275"/>
      </w:pPr>
      <w:r>
        <w:rPr>
          <w:rFonts w:eastAsia="ＭＳ 明朝" w:cs="ＭＳ 明朝"/>
          <w:color w:val="000000"/>
          <w:lang w:val="ja-JP" w:eastAsia="ja-JP"/>
        </w:rPr>
        <w:t>水利権者</w:t>
      </w:r>
    </w:p>
    <w:p w14:paraId="22BB45D6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line="222" w:lineRule="exact"/>
        <w:ind w:left="5283"/>
      </w:pPr>
      <w:r>
        <w:rPr>
          <w:rFonts w:eastAsia="ＭＳ 明朝" w:cs="ＭＳ 明朝"/>
          <w:color w:val="000000"/>
          <w:lang w:val="ja-JP" w:eastAsia="ja-JP"/>
        </w:rPr>
        <w:t>氏名</w:t>
      </w:r>
    </w:p>
    <w:p w14:paraId="0572E2CF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355" w:line="222" w:lineRule="exact"/>
        <w:ind w:left="5283"/>
      </w:pPr>
      <w:r>
        <w:rPr>
          <w:rFonts w:eastAsia="ＭＳ 明朝" w:cs="ＭＳ 明朝"/>
          <w:color w:val="000000"/>
          <w:lang w:val="ja-JP" w:eastAsia="ja-JP"/>
        </w:rPr>
        <w:t>住所</w:t>
      </w:r>
    </w:p>
    <w:p w14:paraId="2373DE4A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line="222" w:lineRule="exact"/>
        <w:ind w:left="4275"/>
      </w:pPr>
      <w:r>
        <w:rPr>
          <w:rFonts w:eastAsia="ＭＳ 明朝" w:cs="ＭＳ 明朝"/>
          <w:color w:val="000000"/>
          <w:lang w:val="ja-JP" w:eastAsia="ja-JP"/>
        </w:rPr>
        <w:t>水利権者</w:t>
      </w:r>
    </w:p>
    <w:p w14:paraId="2F23947A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line="222" w:lineRule="exact"/>
        <w:ind w:left="5283"/>
      </w:pPr>
      <w:r>
        <w:rPr>
          <w:rFonts w:eastAsia="ＭＳ 明朝" w:cs="ＭＳ 明朝"/>
          <w:color w:val="000000"/>
          <w:lang w:val="ja-JP" w:eastAsia="ja-JP"/>
        </w:rPr>
        <w:t>氏名</w:t>
      </w:r>
    </w:p>
    <w:p w14:paraId="0303CCC3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355" w:line="222" w:lineRule="exact"/>
        <w:ind w:left="5283"/>
      </w:pPr>
      <w:r>
        <w:rPr>
          <w:rFonts w:eastAsia="ＭＳ 明朝" w:cs="ＭＳ 明朝"/>
          <w:color w:val="000000"/>
          <w:lang w:val="ja-JP" w:eastAsia="ja-JP"/>
        </w:rPr>
        <w:t>住所</w:t>
      </w:r>
    </w:p>
    <w:p w14:paraId="43D31068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line="222" w:lineRule="exact"/>
        <w:ind w:left="4275"/>
      </w:pPr>
      <w:r>
        <w:rPr>
          <w:rFonts w:eastAsia="ＭＳ 明朝" w:cs="ＭＳ 明朝"/>
          <w:color w:val="000000"/>
          <w:lang w:val="ja-JP" w:eastAsia="ja-JP"/>
        </w:rPr>
        <w:t>水利権者</w:t>
      </w:r>
    </w:p>
    <w:p w14:paraId="13294F23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line="222" w:lineRule="exact"/>
        <w:ind w:left="5283"/>
      </w:pPr>
      <w:r>
        <w:rPr>
          <w:rFonts w:eastAsia="ＭＳ 明朝" w:cs="ＭＳ 明朝"/>
          <w:color w:val="000000"/>
          <w:lang w:val="ja-JP" w:eastAsia="ja-JP"/>
        </w:rPr>
        <w:t>氏名</w:t>
      </w:r>
    </w:p>
    <w:p w14:paraId="32CDA4AB" w14:textId="77777777" w:rsidR="00FB2F32" w:rsidRDefault="00000000">
      <w:pPr>
        <w:widowControl w:val="0"/>
        <w:tabs>
          <w:tab w:val="left" w:pos="1858"/>
          <w:tab w:val="left" w:pos="4880"/>
        </w:tabs>
        <w:kinsoku w:val="0"/>
        <w:overflowPunct w:val="0"/>
        <w:autoSpaceDE w:val="0"/>
        <w:autoSpaceDN w:val="0"/>
        <w:snapToGrid w:val="0"/>
        <w:spacing w:before="936" w:line="222" w:lineRule="exact"/>
        <w:ind w:left="649"/>
        <w:rPr>
          <w:lang w:eastAsia="ja-JP"/>
        </w:rPr>
      </w:pPr>
      <w:r>
        <w:rPr>
          <w:rFonts w:eastAsia="ＭＳ 明朝" w:cs="ＭＳ 明朝"/>
          <w:color w:val="000000"/>
          <w:lang w:val="ja-JP" w:eastAsia="ja-JP"/>
        </w:rPr>
        <w:t>貴殿が（</w:t>
      </w:r>
      <w:r>
        <w:rPr>
          <w:rFonts w:eastAsia="ＭＳ 明朝" w:cs="ＭＳ 明朝"/>
          <w:color w:val="000000"/>
          <w:lang w:val="ja-JP" w:eastAsia="ja-JP"/>
        </w:rPr>
        <w:tab/>
        <w:t>地区で）森林法に</w:t>
      </w:r>
      <w:r>
        <w:rPr>
          <w:rFonts w:eastAsia="ＭＳ 明朝" w:cs="ＭＳ 明朝"/>
          <w:color w:val="000000"/>
          <w:spacing w:val="-2"/>
          <w:lang w:val="ja-JP" w:eastAsia="ja-JP"/>
        </w:rPr>
        <w:t>基</w:t>
      </w:r>
      <w:r>
        <w:rPr>
          <w:rFonts w:eastAsia="ＭＳ 明朝" w:cs="ＭＳ 明朝"/>
          <w:color w:val="000000"/>
          <w:lang w:val="ja-JP" w:eastAsia="ja-JP"/>
        </w:rPr>
        <w:t>づき、</w:t>
      </w:r>
      <w:r>
        <w:rPr>
          <w:rFonts w:eastAsia="ＭＳ 明朝" w:cs="ＭＳ 明朝"/>
          <w:color w:val="000000"/>
          <w:lang w:val="ja-JP" w:eastAsia="ja-JP"/>
        </w:rPr>
        <w:tab/>
        <w:t>を目的とする開</w:t>
      </w:r>
      <w:r>
        <w:rPr>
          <w:rFonts w:eastAsia="ＭＳ 明朝" w:cs="ＭＳ 明朝"/>
          <w:color w:val="000000"/>
          <w:spacing w:val="-2"/>
          <w:lang w:val="ja-JP" w:eastAsia="ja-JP"/>
        </w:rPr>
        <w:t>発</w:t>
      </w:r>
      <w:r>
        <w:rPr>
          <w:rFonts w:eastAsia="ＭＳ 明朝" w:cs="ＭＳ 明朝"/>
          <w:color w:val="000000"/>
          <w:spacing w:val="2"/>
          <w:lang w:val="ja-JP" w:eastAsia="ja-JP"/>
        </w:rPr>
        <w:t>行</w:t>
      </w:r>
      <w:r>
        <w:rPr>
          <w:rFonts w:eastAsia="ＭＳ 明朝" w:cs="ＭＳ 明朝"/>
          <w:color w:val="000000"/>
          <w:spacing w:val="-2"/>
          <w:lang w:val="ja-JP" w:eastAsia="ja-JP"/>
        </w:rPr>
        <w:t>為</w:t>
      </w:r>
      <w:r>
        <w:rPr>
          <w:rFonts w:eastAsia="ＭＳ 明朝" w:cs="ＭＳ 明朝"/>
          <w:color w:val="000000"/>
          <w:lang w:val="ja-JP" w:eastAsia="ja-JP"/>
        </w:rPr>
        <w:t>を行うことによる水利につ</w:t>
      </w:r>
    </w:p>
    <w:p w14:paraId="1632FB61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69" w:line="222" w:lineRule="exact"/>
        <w:ind w:left="450"/>
        <w:rPr>
          <w:lang w:eastAsia="ja-JP"/>
        </w:rPr>
      </w:pPr>
      <w:r>
        <w:rPr>
          <w:rFonts w:eastAsia="ＭＳ 明朝" w:cs="ＭＳ 明朝"/>
          <w:color w:val="000000"/>
          <w:spacing w:val="-2"/>
          <w:lang w:val="ja-JP" w:eastAsia="ja-JP"/>
        </w:rPr>
        <w:t>い</w:t>
      </w:r>
      <w:r>
        <w:rPr>
          <w:rFonts w:eastAsia="ＭＳ 明朝" w:cs="ＭＳ 明朝"/>
          <w:color w:val="000000"/>
          <w:lang w:val="ja-JP" w:eastAsia="ja-JP"/>
        </w:rPr>
        <w:t>ては、下記の措置条件により同</w:t>
      </w:r>
      <w:r>
        <w:rPr>
          <w:rFonts w:eastAsia="ＭＳ 明朝" w:cs="ＭＳ 明朝"/>
          <w:color w:val="000000"/>
          <w:spacing w:val="-2"/>
          <w:lang w:val="ja-JP" w:eastAsia="ja-JP"/>
        </w:rPr>
        <w:t>意</w:t>
      </w:r>
      <w:r>
        <w:rPr>
          <w:rFonts w:eastAsia="ＭＳ 明朝" w:cs="ＭＳ 明朝"/>
          <w:color w:val="000000"/>
          <w:lang w:val="ja-JP" w:eastAsia="ja-JP"/>
        </w:rPr>
        <w:t>します。</w:t>
      </w:r>
    </w:p>
    <w:p w14:paraId="3CE2881D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361" w:line="222" w:lineRule="exact"/>
        <w:ind w:left="5182"/>
      </w:pPr>
      <w:r>
        <w:rPr>
          <w:rFonts w:eastAsia="ＭＳ 明朝" w:cs="ＭＳ 明朝"/>
          <w:color w:val="000000"/>
          <w:lang w:val="ja-JP" w:eastAsia="ja-JP"/>
        </w:rPr>
        <w:t>記</w:t>
      </w:r>
    </w:p>
    <w:p w14:paraId="598C8C23" w14:textId="77777777" w:rsidR="00FB2F32" w:rsidRDefault="00FB2F32">
      <w:pPr>
        <w:widowControl w:val="0"/>
        <w:kinsoku w:val="0"/>
        <w:overflowPunct w:val="0"/>
        <w:autoSpaceDE w:val="0"/>
        <w:autoSpaceDN w:val="0"/>
        <w:snapToGrid w:val="0"/>
        <w:spacing w:line="464" w:lineRule="exact"/>
      </w:pPr>
    </w:p>
    <w:tbl>
      <w:tblPr>
        <w:tblW w:w="8866" w:type="dxa"/>
        <w:tblInd w:w="54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615"/>
        <w:gridCol w:w="3223"/>
        <w:gridCol w:w="4028"/>
      </w:tblGrid>
      <w:tr w:rsidR="00FB2F32" w14:paraId="5EDDFED5" w14:textId="77777777">
        <w:trPr>
          <w:cantSplit/>
          <w:trHeight w:val="569"/>
        </w:trPr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E8FF1D" w14:textId="77777777" w:rsidR="00FB2F32" w:rsidRDefault="00000000">
            <w:pPr>
              <w:widowControl w:val="0"/>
              <w:tabs>
                <w:tab w:val="left" w:pos="706"/>
                <w:tab w:val="left" w:pos="1109"/>
              </w:tabs>
              <w:kinsoku w:val="0"/>
              <w:overflowPunct w:val="0"/>
              <w:autoSpaceDE w:val="0"/>
              <w:autoSpaceDN w:val="0"/>
              <w:snapToGrid w:val="0"/>
              <w:spacing w:before="190" w:line="222" w:lineRule="exact"/>
              <w:ind w:left="302"/>
            </w:pPr>
            <w:r>
              <w:rPr>
                <w:rFonts w:eastAsia="ＭＳ 明朝" w:cs="ＭＳ 明朝"/>
                <w:color w:val="000000"/>
                <w:lang w:val="ja-JP" w:eastAsia="ja-JP"/>
              </w:rPr>
              <w:t>施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ab/>
              <w:t>設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ab/>
              <w:t>名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900B06" w14:textId="77777777" w:rsidR="00FB2F32" w:rsidRDefault="00000000">
            <w:pPr>
              <w:widowControl w:val="0"/>
              <w:tabs>
                <w:tab w:val="left" w:pos="2214"/>
              </w:tabs>
              <w:kinsoku w:val="0"/>
              <w:overflowPunct w:val="0"/>
              <w:autoSpaceDE w:val="0"/>
              <w:autoSpaceDN w:val="0"/>
              <w:snapToGrid w:val="0"/>
              <w:spacing w:before="190" w:line="222" w:lineRule="exact"/>
              <w:ind w:left="805"/>
            </w:pPr>
            <w:r>
              <w:rPr>
                <w:rFonts w:eastAsia="ＭＳ 明朝" w:cs="ＭＳ 明朝"/>
                <w:color w:val="000000"/>
                <w:lang w:val="ja-JP" w:eastAsia="ja-JP"/>
              </w:rPr>
              <w:t>所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ab/>
              <w:t>在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03B906" w14:textId="77777777" w:rsidR="00FB2F32" w:rsidRDefault="00000000">
            <w:pPr>
              <w:widowControl w:val="0"/>
              <w:tabs>
                <w:tab w:val="left" w:pos="1609"/>
                <w:tab w:val="left" w:pos="2214"/>
                <w:tab w:val="left" w:pos="2819"/>
              </w:tabs>
              <w:kinsoku w:val="0"/>
              <w:overflowPunct w:val="0"/>
              <w:autoSpaceDE w:val="0"/>
              <w:autoSpaceDN w:val="0"/>
              <w:snapToGrid w:val="0"/>
              <w:spacing w:before="190" w:line="222" w:lineRule="exact"/>
              <w:ind w:left="1007"/>
            </w:pPr>
            <w:r>
              <w:rPr>
                <w:rFonts w:eastAsia="ＭＳ 明朝" w:cs="ＭＳ 明朝"/>
                <w:color w:val="000000"/>
                <w:lang w:val="ja-JP" w:eastAsia="ja-JP"/>
              </w:rPr>
              <w:t>措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ab/>
              <w:t>置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ab/>
              <w:t>条</w:t>
            </w:r>
            <w:r>
              <w:rPr>
                <w:rFonts w:eastAsia="ＭＳ 明朝" w:cs="ＭＳ 明朝"/>
                <w:color w:val="000000"/>
                <w:lang w:val="ja-JP" w:eastAsia="ja-JP"/>
              </w:rPr>
              <w:tab/>
              <w:t>件</w:t>
            </w:r>
          </w:p>
        </w:tc>
      </w:tr>
      <w:tr w:rsidR="00FB2F32" w14:paraId="608C901E" w14:textId="77777777">
        <w:trPr>
          <w:cantSplit/>
          <w:trHeight w:val="4939"/>
        </w:trPr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586218D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05C1CE7B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71AF742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</w:tbl>
    <w:p w14:paraId="0B81B388" w14:textId="77777777" w:rsidR="00FB2F32" w:rsidRDefault="00FB2F32">
      <w:pPr>
        <w:widowControl w:val="0"/>
        <w:kinsoku w:val="0"/>
        <w:overflowPunct w:val="0"/>
        <w:autoSpaceDE w:val="0"/>
        <w:autoSpaceDN w:val="0"/>
        <w:snapToGrid w:val="0"/>
        <w:spacing w:line="20" w:lineRule="exact"/>
        <w:sectPr w:rsidR="00FB2F32">
          <w:footerReference w:type="default" r:id="rId25"/>
          <w:pgSz w:w="11906" w:h="16838"/>
          <w:pgMar w:top="700" w:right="460" w:bottom="1100" w:left="1000" w:header="240" w:footer="800" w:gutter="0"/>
          <w:cols w:space="720"/>
          <w:docGrid w:linePitch="360"/>
        </w:sectPr>
      </w:pPr>
    </w:p>
    <w:p w14:paraId="09D119B6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717" w:line="211" w:lineRule="exact"/>
        <w:ind w:left="800"/>
      </w:pP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lastRenderedPageBreak/>
        <w:t>（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参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考様式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１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３</w:t>
      </w:r>
      <w:r>
        <w:rPr>
          <w:rFonts w:eastAsia="ＭＳ 明朝" w:cs="ＭＳ 明朝"/>
          <w:color w:val="000000"/>
          <w:sz w:val="19"/>
          <w:lang w:val="ja-JP" w:eastAsia="ja-JP"/>
        </w:rPr>
        <w:t>）</w:t>
      </w:r>
    </w:p>
    <w:p w14:paraId="35D42286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308" w:line="285" w:lineRule="exact"/>
        <w:ind w:left="3039"/>
        <w:rPr>
          <w:lang w:eastAsia="ja-JP"/>
        </w:rPr>
      </w:pPr>
      <w:r>
        <w:rPr>
          <w:rFonts w:eastAsia="ＭＳ 明朝" w:cs="ＭＳ 明朝"/>
          <w:color w:val="000000"/>
          <w:spacing w:val="98"/>
          <w:sz w:val="25"/>
          <w:lang w:val="ja-JP" w:eastAsia="ja-JP"/>
        </w:rPr>
        <w:t>環</w:t>
      </w:r>
      <w:r>
        <w:rPr>
          <w:rFonts w:eastAsia="ＭＳ 明朝" w:cs="ＭＳ 明朝"/>
          <w:color w:val="000000"/>
          <w:spacing w:val="96"/>
          <w:sz w:val="25"/>
          <w:lang w:val="ja-JP" w:eastAsia="ja-JP"/>
        </w:rPr>
        <w:t>境</w:t>
      </w:r>
      <w:r>
        <w:rPr>
          <w:rFonts w:eastAsia="ＭＳ 明朝" w:cs="ＭＳ 明朝"/>
          <w:color w:val="000000"/>
          <w:spacing w:val="98"/>
          <w:sz w:val="25"/>
          <w:lang w:val="ja-JP" w:eastAsia="ja-JP"/>
        </w:rPr>
        <w:t>保全</w:t>
      </w:r>
      <w:r>
        <w:rPr>
          <w:rFonts w:eastAsia="ＭＳ 明朝" w:cs="ＭＳ 明朝"/>
          <w:color w:val="000000"/>
          <w:spacing w:val="96"/>
          <w:sz w:val="25"/>
          <w:lang w:val="ja-JP" w:eastAsia="ja-JP"/>
        </w:rPr>
        <w:t>に</w:t>
      </w:r>
      <w:r>
        <w:rPr>
          <w:rFonts w:eastAsia="ＭＳ 明朝" w:cs="ＭＳ 明朝"/>
          <w:color w:val="000000"/>
          <w:spacing w:val="98"/>
          <w:sz w:val="25"/>
          <w:lang w:val="ja-JP" w:eastAsia="ja-JP"/>
        </w:rPr>
        <w:t>関</w:t>
      </w:r>
      <w:r>
        <w:rPr>
          <w:rFonts w:eastAsia="ＭＳ 明朝" w:cs="ＭＳ 明朝"/>
          <w:color w:val="000000"/>
          <w:spacing w:val="96"/>
          <w:sz w:val="25"/>
          <w:lang w:val="ja-JP" w:eastAsia="ja-JP"/>
        </w:rPr>
        <w:t>す</w:t>
      </w:r>
      <w:r>
        <w:rPr>
          <w:rFonts w:eastAsia="ＭＳ 明朝" w:cs="ＭＳ 明朝"/>
          <w:color w:val="000000"/>
          <w:spacing w:val="98"/>
          <w:sz w:val="25"/>
          <w:lang w:val="ja-JP" w:eastAsia="ja-JP"/>
        </w:rPr>
        <w:t>る協</w:t>
      </w:r>
      <w:r>
        <w:rPr>
          <w:rFonts w:eastAsia="ＭＳ 明朝" w:cs="ＭＳ 明朝"/>
          <w:color w:val="000000"/>
          <w:spacing w:val="96"/>
          <w:sz w:val="25"/>
          <w:lang w:val="ja-JP" w:eastAsia="ja-JP"/>
        </w:rPr>
        <w:t>定</w:t>
      </w:r>
      <w:r>
        <w:rPr>
          <w:rFonts w:eastAsia="ＭＳ 明朝" w:cs="ＭＳ 明朝"/>
          <w:color w:val="000000"/>
          <w:sz w:val="25"/>
          <w:lang w:val="ja-JP" w:eastAsia="ja-JP"/>
        </w:rPr>
        <w:t>書</w:t>
      </w:r>
    </w:p>
    <w:p w14:paraId="263D4C7E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559" w:line="211" w:lineRule="exact"/>
        <w:ind w:left="800"/>
        <w:rPr>
          <w:lang w:eastAsia="ja-JP"/>
        </w:rPr>
      </w:pP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森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林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法に基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づ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く開発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行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為の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施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行地区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並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びに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そ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の周辺地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区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の環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境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を保全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す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るた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め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の措置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に</w:t>
      </w:r>
      <w:r>
        <w:rPr>
          <w:rFonts w:eastAsia="ＭＳ 明朝" w:cs="ＭＳ 明朝"/>
          <w:color w:val="000000"/>
          <w:sz w:val="19"/>
          <w:lang w:val="ja-JP" w:eastAsia="ja-JP"/>
        </w:rPr>
        <w:t>つ</w:t>
      </w:r>
    </w:p>
    <w:p w14:paraId="18AC4123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48" w:line="211" w:lineRule="exact"/>
        <w:ind w:left="586"/>
        <w:rPr>
          <w:lang w:eastAsia="ja-JP"/>
        </w:rPr>
      </w:pP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いて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、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下記の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と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おり協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定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する</w:t>
      </w:r>
      <w:r>
        <w:rPr>
          <w:rFonts w:eastAsia="ＭＳ 明朝" w:cs="ＭＳ 明朝"/>
          <w:color w:val="000000"/>
          <w:sz w:val="19"/>
          <w:lang w:val="ja-JP" w:eastAsia="ja-JP"/>
        </w:rPr>
        <w:t>。</w:t>
      </w:r>
    </w:p>
    <w:p w14:paraId="234B9A82" w14:textId="77777777" w:rsidR="00FB2F32" w:rsidRDefault="00000000">
      <w:pPr>
        <w:widowControl w:val="0"/>
        <w:tabs>
          <w:tab w:val="left" w:pos="7827"/>
          <w:tab w:val="left" w:pos="8466"/>
          <w:tab w:val="left" w:pos="9104"/>
        </w:tabs>
        <w:kinsoku w:val="0"/>
        <w:overflowPunct w:val="0"/>
        <w:autoSpaceDE w:val="0"/>
        <w:autoSpaceDN w:val="0"/>
        <w:snapToGrid w:val="0"/>
        <w:spacing w:before="307" w:line="211" w:lineRule="exact"/>
        <w:ind w:left="6231"/>
      </w:pP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協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定年月</w:t>
      </w:r>
      <w:r>
        <w:rPr>
          <w:rFonts w:eastAsia="ＭＳ 明朝" w:cs="ＭＳ 明朝"/>
          <w:color w:val="000000"/>
          <w:sz w:val="19"/>
          <w:lang w:val="ja-JP" w:eastAsia="ja-JP"/>
        </w:rPr>
        <w:t>日</w:t>
      </w:r>
      <w:r w:rsidRPr="000020E5">
        <w:rPr>
          <w:rFonts w:eastAsia="ＭＳ 明朝" w:cs="ＭＳ 明朝"/>
          <w:color w:val="000000"/>
          <w:sz w:val="19"/>
          <w:lang w:eastAsia="ja-JP"/>
        </w:rPr>
        <w:tab/>
      </w:r>
      <w:r>
        <w:rPr>
          <w:rFonts w:eastAsia="ＭＳ 明朝" w:cs="ＭＳ 明朝"/>
          <w:color w:val="000000"/>
          <w:sz w:val="19"/>
          <w:lang w:val="ja-JP" w:eastAsia="ja-JP"/>
        </w:rPr>
        <w:t>年</w:t>
      </w:r>
      <w:r w:rsidRPr="000020E5">
        <w:rPr>
          <w:rFonts w:eastAsia="ＭＳ 明朝" w:cs="ＭＳ 明朝"/>
          <w:color w:val="000000"/>
          <w:sz w:val="19"/>
          <w:lang w:eastAsia="ja-JP"/>
        </w:rPr>
        <w:tab/>
      </w:r>
      <w:r>
        <w:rPr>
          <w:rFonts w:eastAsia="ＭＳ 明朝" w:cs="ＭＳ 明朝"/>
          <w:color w:val="000000"/>
          <w:sz w:val="19"/>
          <w:lang w:val="ja-JP" w:eastAsia="ja-JP"/>
        </w:rPr>
        <w:t>月</w:t>
      </w:r>
      <w:r w:rsidRPr="000020E5">
        <w:rPr>
          <w:rFonts w:eastAsia="ＭＳ 明朝" w:cs="ＭＳ 明朝"/>
          <w:color w:val="000000"/>
          <w:sz w:val="19"/>
          <w:lang w:eastAsia="ja-JP"/>
        </w:rPr>
        <w:tab/>
      </w:r>
      <w:r>
        <w:rPr>
          <w:rFonts w:eastAsia="ＭＳ 明朝" w:cs="ＭＳ 明朝"/>
          <w:color w:val="000000"/>
          <w:sz w:val="19"/>
          <w:lang w:val="ja-JP" w:eastAsia="ja-JP"/>
        </w:rPr>
        <w:t>日</w:t>
      </w:r>
    </w:p>
    <w:p w14:paraId="267328F2" w14:textId="77777777" w:rsidR="00FB2F32" w:rsidRDefault="00000000">
      <w:pPr>
        <w:widowControl w:val="0"/>
        <w:tabs>
          <w:tab w:val="left" w:pos="6870"/>
        </w:tabs>
        <w:kinsoku w:val="0"/>
        <w:overflowPunct w:val="0"/>
        <w:autoSpaceDE w:val="0"/>
        <w:autoSpaceDN w:val="0"/>
        <w:snapToGrid w:val="0"/>
        <w:spacing w:before="566" w:line="211" w:lineRule="exact"/>
        <w:ind w:left="6442"/>
      </w:pPr>
      <w:r>
        <w:rPr>
          <w:rFonts w:eastAsia="ＭＳ 明朝" w:cs="ＭＳ 明朝"/>
          <w:color w:val="000000"/>
          <w:sz w:val="19"/>
          <w:lang w:val="ja-JP" w:eastAsia="ja-JP"/>
        </w:rPr>
        <w:t>住</w:t>
      </w:r>
      <w:r w:rsidRPr="000020E5">
        <w:rPr>
          <w:rFonts w:eastAsia="ＭＳ 明朝" w:cs="ＭＳ 明朝"/>
          <w:color w:val="000000"/>
          <w:sz w:val="19"/>
          <w:lang w:eastAsia="ja-JP"/>
        </w:rPr>
        <w:tab/>
      </w:r>
      <w:r>
        <w:rPr>
          <w:rFonts w:eastAsia="ＭＳ 明朝" w:cs="ＭＳ 明朝"/>
          <w:color w:val="000000"/>
          <w:sz w:val="19"/>
          <w:lang w:val="ja-JP" w:eastAsia="ja-JP"/>
        </w:rPr>
        <w:t>所</w:t>
      </w:r>
    </w:p>
    <w:p w14:paraId="2AF69CD7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48" w:line="211" w:lineRule="exact"/>
        <w:ind w:left="5271"/>
      </w:pP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開発行</w:t>
      </w: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為</w:t>
      </w:r>
      <w:r>
        <w:rPr>
          <w:rFonts w:eastAsia="ＭＳ 明朝" w:cs="ＭＳ 明朝"/>
          <w:color w:val="000000"/>
          <w:sz w:val="19"/>
          <w:lang w:val="ja-JP" w:eastAsia="ja-JP"/>
        </w:rPr>
        <w:t>者</w:t>
      </w:r>
    </w:p>
    <w:p w14:paraId="51EB9E2D" w14:textId="77777777" w:rsidR="00FB2F32" w:rsidRDefault="00000000">
      <w:pPr>
        <w:widowControl w:val="0"/>
        <w:tabs>
          <w:tab w:val="left" w:pos="6442"/>
          <w:tab w:val="left" w:pos="6870"/>
        </w:tabs>
        <w:kinsoku w:val="0"/>
        <w:overflowPunct w:val="0"/>
        <w:autoSpaceDE w:val="0"/>
        <w:autoSpaceDN w:val="0"/>
        <w:snapToGrid w:val="0"/>
        <w:spacing w:before="48" w:line="211" w:lineRule="exact"/>
        <w:ind w:left="5379"/>
      </w:pPr>
      <w:r w:rsidRPr="000020E5">
        <w:rPr>
          <w:rFonts w:eastAsia="ＭＳ 明朝" w:cs="ＭＳ 明朝"/>
          <w:color w:val="000000"/>
          <w:spacing w:val="19"/>
          <w:sz w:val="19"/>
          <w:lang w:eastAsia="ja-JP"/>
        </w:rPr>
        <w:t>（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甲</w:t>
      </w:r>
      <w:r w:rsidRPr="000020E5">
        <w:rPr>
          <w:rFonts w:eastAsia="ＭＳ 明朝" w:cs="ＭＳ 明朝"/>
          <w:color w:val="000000"/>
          <w:sz w:val="19"/>
          <w:lang w:eastAsia="ja-JP"/>
        </w:rPr>
        <w:t>）</w:t>
      </w:r>
      <w:r w:rsidRPr="000020E5">
        <w:rPr>
          <w:rFonts w:eastAsia="ＭＳ 明朝" w:cs="ＭＳ 明朝"/>
          <w:color w:val="000000"/>
          <w:sz w:val="19"/>
          <w:lang w:eastAsia="ja-JP"/>
        </w:rPr>
        <w:tab/>
      </w:r>
      <w:r>
        <w:rPr>
          <w:rFonts w:eastAsia="ＭＳ 明朝" w:cs="ＭＳ 明朝"/>
          <w:color w:val="000000"/>
          <w:sz w:val="19"/>
          <w:lang w:val="ja-JP" w:eastAsia="ja-JP"/>
        </w:rPr>
        <w:t>氏</w:t>
      </w:r>
      <w:r w:rsidRPr="000020E5">
        <w:rPr>
          <w:rFonts w:eastAsia="ＭＳ 明朝" w:cs="ＭＳ 明朝"/>
          <w:color w:val="000000"/>
          <w:sz w:val="19"/>
          <w:lang w:eastAsia="ja-JP"/>
        </w:rPr>
        <w:tab/>
      </w:r>
      <w:r>
        <w:rPr>
          <w:rFonts w:eastAsia="ＭＳ 明朝" w:cs="ＭＳ 明朝"/>
          <w:color w:val="000000"/>
          <w:sz w:val="19"/>
          <w:lang w:val="ja-JP" w:eastAsia="ja-JP"/>
        </w:rPr>
        <w:t>名</w:t>
      </w:r>
    </w:p>
    <w:p w14:paraId="571FF56B" w14:textId="77777777" w:rsidR="00FB2F32" w:rsidRDefault="00000000">
      <w:pPr>
        <w:widowControl w:val="0"/>
        <w:tabs>
          <w:tab w:val="left" w:pos="6870"/>
        </w:tabs>
        <w:kinsoku w:val="0"/>
        <w:overflowPunct w:val="0"/>
        <w:autoSpaceDE w:val="0"/>
        <w:autoSpaceDN w:val="0"/>
        <w:snapToGrid w:val="0"/>
        <w:spacing w:before="307" w:line="211" w:lineRule="exact"/>
        <w:ind w:left="6442"/>
      </w:pPr>
      <w:r>
        <w:rPr>
          <w:rFonts w:eastAsia="ＭＳ 明朝" w:cs="ＭＳ 明朝"/>
          <w:color w:val="000000"/>
          <w:sz w:val="19"/>
          <w:lang w:val="ja-JP" w:eastAsia="ja-JP"/>
        </w:rPr>
        <w:t>住</w:t>
      </w:r>
      <w:r w:rsidRPr="000020E5">
        <w:rPr>
          <w:rFonts w:eastAsia="ＭＳ 明朝" w:cs="ＭＳ 明朝"/>
          <w:color w:val="000000"/>
          <w:sz w:val="19"/>
          <w:lang w:eastAsia="ja-JP"/>
        </w:rPr>
        <w:tab/>
      </w:r>
      <w:r>
        <w:rPr>
          <w:rFonts w:eastAsia="ＭＳ 明朝" w:cs="ＭＳ 明朝"/>
          <w:color w:val="000000"/>
          <w:sz w:val="19"/>
          <w:lang w:val="ja-JP" w:eastAsia="ja-JP"/>
        </w:rPr>
        <w:t>所</w:t>
      </w:r>
    </w:p>
    <w:p w14:paraId="0016F83F" w14:textId="77777777" w:rsidR="00FB2F32" w:rsidRDefault="00000000">
      <w:pPr>
        <w:widowControl w:val="0"/>
        <w:kinsoku w:val="0"/>
        <w:overflowPunct w:val="0"/>
        <w:autoSpaceDE w:val="0"/>
        <w:autoSpaceDN w:val="0"/>
        <w:snapToGrid w:val="0"/>
        <w:spacing w:before="48" w:line="211" w:lineRule="exact"/>
        <w:ind w:left="5271"/>
      </w:pP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市町村</w:t>
      </w:r>
      <w:r>
        <w:rPr>
          <w:rFonts w:eastAsia="ＭＳ 明朝" w:cs="ＭＳ 明朝"/>
          <w:color w:val="000000"/>
          <w:sz w:val="19"/>
          <w:lang w:val="ja-JP" w:eastAsia="ja-JP"/>
        </w:rPr>
        <w:t>長</w:t>
      </w:r>
    </w:p>
    <w:p w14:paraId="0C3E2B5B" w14:textId="77777777" w:rsidR="00FB2F32" w:rsidRDefault="00000000">
      <w:pPr>
        <w:widowControl w:val="0"/>
        <w:tabs>
          <w:tab w:val="left" w:pos="6442"/>
          <w:tab w:val="left" w:pos="6870"/>
        </w:tabs>
        <w:kinsoku w:val="0"/>
        <w:overflowPunct w:val="0"/>
        <w:autoSpaceDE w:val="0"/>
        <w:autoSpaceDN w:val="0"/>
        <w:snapToGrid w:val="0"/>
        <w:spacing w:before="46" w:line="211" w:lineRule="exact"/>
        <w:ind w:left="5379"/>
      </w:pPr>
      <w:r>
        <w:rPr>
          <w:rFonts w:eastAsia="ＭＳ 明朝" w:cs="ＭＳ 明朝"/>
          <w:color w:val="000000"/>
          <w:spacing w:val="19"/>
          <w:sz w:val="19"/>
          <w:lang w:val="ja-JP" w:eastAsia="ja-JP"/>
        </w:rPr>
        <w:t>（</w:t>
      </w:r>
      <w:r>
        <w:rPr>
          <w:rFonts w:eastAsia="ＭＳ 明朝" w:cs="ＭＳ 明朝"/>
          <w:color w:val="000000"/>
          <w:spacing w:val="22"/>
          <w:sz w:val="19"/>
          <w:lang w:val="ja-JP" w:eastAsia="ja-JP"/>
        </w:rPr>
        <w:t>乙</w:t>
      </w:r>
      <w:r>
        <w:rPr>
          <w:rFonts w:eastAsia="ＭＳ 明朝" w:cs="ＭＳ 明朝"/>
          <w:color w:val="000000"/>
          <w:sz w:val="19"/>
          <w:lang w:val="ja-JP" w:eastAsia="ja-JP"/>
        </w:rPr>
        <w:t>）</w:t>
      </w:r>
      <w:r>
        <w:rPr>
          <w:rFonts w:eastAsia="ＭＳ 明朝" w:cs="ＭＳ 明朝"/>
          <w:color w:val="000000"/>
          <w:sz w:val="19"/>
          <w:lang w:val="ja-JP" w:eastAsia="ja-JP"/>
        </w:rPr>
        <w:tab/>
        <w:t>氏</w:t>
      </w:r>
      <w:r>
        <w:rPr>
          <w:rFonts w:eastAsia="ＭＳ 明朝" w:cs="ＭＳ 明朝"/>
          <w:color w:val="000000"/>
          <w:sz w:val="19"/>
          <w:lang w:val="ja-JP" w:eastAsia="ja-JP"/>
        </w:rPr>
        <w:tab/>
        <w:t>名</w:t>
      </w:r>
    </w:p>
    <w:p w14:paraId="48120AD1" w14:textId="77777777" w:rsidR="00FB2F32" w:rsidRDefault="00FB2F32">
      <w:pPr>
        <w:widowControl w:val="0"/>
        <w:kinsoku w:val="0"/>
        <w:overflowPunct w:val="0"/>
        <w:autoSpaceDE w:val="0"/>
        <w:autoSpaceDN w:val="0"/>
        <w:snapToGrid w:val="0"/>
        <w:spacing w:line="405" w:lineRule="exact"/>
      </w:pPr>
    </w:p>
    <w:tbl>
      <w:tblPr>
        <w:tblW w:w="8412" w:type="dxa"/>
        <w:tblInd w:w="80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918"/>
        <w:gridCol w:w="638"/>
        <w:gridCol w:w="5856"/>
      </w:tblGrid>
      <w:tr w:rsidR="00FB2F32" w14:paraId="3C8E339E" w14:textId="77777777">
        <w:trPr>
          <w:cantSplit/>
          <w:trHeight w:val="505"/>
        </w:trPr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35C35E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61" w:line="211" w:lineRule="exact"/>
              <w:ind w:left="222"/>
            </w:pPr>
            <w:r>
              <w:rPr>
                <w:rFonts w:eastAsia="ＭＳ 明朝" w:cs="ＭＳ 明朝"/>
                <w:color w:val="000000"/>
                <w:spacing w:val="127"/>
                <w:sz w:val="19"/>
                <w:lang w:val="ja-JP" w:eastAsia="ja-JP"/>
              </w:rPr>
              <w:t>開</w:t>
            </w:r>
            <w:r>
              <w:rPr>
                <w:rFonts w:eastAsia="ＭＳ 明朝" w:cs="ＭＳ 明朝"/>
                <w:color w:val="000000"/>
                <w:spacing w:val="130"/>
                <w:sz w:val="19"/>
                <w:lang w:val="ja-JP" w:eastAsia="ja-JP"/>
              </w:rPr>
              <w:t>発</w:t>
            </w:r>
            <w:r>
              <w:rPr>
                <w:rFonts w:eastAsia="ＭＳ 明朝" w:cs="ＭＳ 明朝"/>
                <w:color w:val="000000"/>
                <w:spacing w:val="127"/>
                <w:sz w:val="19"/>
                <w:lang w:val="ja-JP" w:eastAsia="ja-JP"/>
              </w:rPr>
              <w:t>区域の場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所</w:t>
            </w:r>
          </w:p>
        </w:tc>
        <w:tc>
          <w:tcPr>
            <w:tcW w:w="5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494D3CC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  <w:tr w:rsidR="00FB2F32" w14:paraId="24030AC1" w14:textId="77777777">
        <w:trPr>
          <w:cantSplit/>
          <w:trHeight w:val="505"/>
        </w:trPr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5F0D90" w14:textId="77777777" w:rsidR="00FB2F32" w:rsidRDefault="00000000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before="161" w:line="211" w:lineRule="exact"/>
              <w:ind w:left="222"/>
              <w:rPr>
                <w:lang w:eastAsia="ja-JP"/>
              </w:rPr>
            </w:pPr>
            <w:r>
              <w:rPr>
                <w:rFonts w:eastAsia="ＭＳ 明朝" w:cs="ＭＳ 明朝"/>
                <w:color w:val="000000"/>
                <w:spacing w:val="22"/>
                <w:sz w:val="19"/>
                <w:lang w:val="ja-JP" w:eastAsia="ja-JP"/>
              </w:rPr>
              <w:t>開発行</w:t>
            </w:r>
            <w:r>
              <w:rPr>
                <w:rFonts w:eastAsia="ＭＳ 明朝" w:cs="ＭＳ 明朝"/>
                <w:color w:val="000000"/>
                <w:spacing w:val="19"/>
                <w:sz w:val="19"/>
                <w:lang w:val="ja-JP" w:eastAsia="ja-JP"/>
              </w:rPr>
              <w:t>為</w:t>
            </w:r>
            <w:r>
              <w:rPr>
                <w:rFonts w:eastAsia="ＭＳ 明朝" w:cs="ＭＳ 明朝"/>
                <w:color w:val="000000"/>
                <w:spacing w:val="22"/>
                <w:sz w:val="19"/>
                <w:lang w:val="ja-JP" w:eastAsia="ja-JP"/>
              </w:rPr>
              <w:t>の目的</w:t>
            </w:r>
            <w:r>
              <w:rPr>
                <w:rFonts w:eastAsia="ＭＳ 明朝" w:cs="ＭＳ 明朝"/>
                <w:color w:val="000000"/>
                <w:spacing w:val="19"/>
                <w:sz w:val="19"/>
                <w:lang w:val="ja-JP" w:eastAsia="ja-JP"/>
              </w:rPr>
              <w:t>、</w:t>
            </w:r>
            <w:r>
              <w:rPr>
                <w:rFonts w:eastAsia="ＭＳ 明朝" w:cs="ＭＳ 明朝"/>
                <w:color w:val="000000"/>
                <w:spacing w:val="22"/>
                <w:sz w:val="19"/>
                <w:lang w:val="ja-JP" w:eastAsia="ja-JP"/>
              </w:rPr>
              <w:t>名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称</w:t>
            </w:r>
          </w:p>
        </w:tc>
        <w:tc>
          <w:tcPr>
            <w:tcW w:w="5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77982CFE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  <w:rPr>
                <w:lang w:eastAsia="ja-JP"/>
              </w:rPr>
            </w:pPr>
          </w:p>
        </w:tc>
      </w:tr>
      <w:tr w:rsidR="00FB2F32" w14:paraId="20AE9552" w14:textId="77777777">
        <w:trPr>
          <w:cantSplit/>
          <w:trHeight w:val="505"/>
        </w:trPr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C058F8" w14:textId="77777777" w:rsidR="00FB2F32" w:rsidRDefault="00000000">
            <w:pPr>
              <w:widowControl w:val="0"/>
              <w:tabs>
                <w:tab w:val="left" w:pos="649"/>
                <w:tab w:val="left" w:pos="1074"/>
                <w:tab w:val="left" w:pos="1501"/>
              </w:tabs>
              <w:kinsoku w:val="0"/>
              <w:overflowPunct w:val="0"/>
              <w:autoSpaceDE w:val="0"/>
              <w:autoSpaceDN w:val="0"/>
              <w:snapToGrid w:val="0"/>
              <w:spacing w:before="161" w:line="211" w:lineRule="exact"/>
              <w:ind w:left="222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協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定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事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項</w:t>
            </w:r>
          </w:p>
        </w:tc>
        <w:tc>
          <w:tcPr>
            <w:tcW w:w="6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21E72E" w14:textId="77777777" w:rsidR="00FB2F32" w:rsidRDefault="00000000">
            <w:pPr>
              <w:widowControl w:val="0"/>
              <w:tabs>
                <w:tab w:val="left" w:pos="2761"/>
                <w:tab w:val="left" w:pos="3539"/>
                <w:tab w:val="left" w:pos="4316"/>
              </w:tabs>
              <w:kinsoku w:val="0"/>
              <w:overflowPunct w:val="0"/>
              <w:autoSpaceDE w:val="0"/>
              <w:autoSpaceDN w:val="0"/>
              <w:snapToGrid w:val="0"/>
              <w:spacing w:before="161" w:line="211" w:lineRule="exact"/>
              <w:ind w:left="1984"/>
            </w:pP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>協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定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内</w:t>
            </w:r>
            <w:r>
              <w:rPr>
                <w:rFonts w:eastAsia="ＭＳ 明朝" w:cs="ＭＳ 明朝"/>
                <w:color w:val="000000"/>
                <w:sz w:val="19"/>
                <w:lang w:val="ja-JP" w:eastAsia="ja-JP"/>
              </w:rPr>
              <w:tab/>
              <w:t>容</w:t>
            </w:r>
          </w:p>
        </w:tc>
      </w:tr>
      <w:tr w:rsidR="00FB2F32" w14:paraId="4EC71C9B" w14:textId="77777777">
        <w:trPr>
          <w:cantSplit/>
          <w:trHeight w:val="6724"/>
        </w:trPr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4A33AD0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  <w:tc>
          <w:tcPr>
            <w:tcW w:w="6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40" w:type="dxa"/>
            </w:tcMar>
            <w:hideMark/>
          </w:tcPr>
          <w:p w14:paraId="6514171A" w14:textId="77777777" w:rsidR="00FB2F32" w:rsidRDefault="00FB2F3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spacing w:line="230" w:lineRule="exact"/>
            </w:pPr>
          </w:p>
        </w:tc>
      </w:tr>
    </w:tbl>
    <w:p w14:paraId="47A1502F" w14:textId="77777777" w:rsidR="00BC6614" w:rsidRDefault="00BC6614"/>
    <w:sectPr w:rsidR="00BC6614" w:rsidSect="00034616">
      <w:footerReference w:type="default" r:id="rId26"/>
      <w:pgSz w:w="11906" w:h="16838"/>
      <w:pgMar w:top="700" w:right="460" w:bottom="1100" w:left="1000" w:header="240" w:footer="8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CCC5D" w14:textId="77777777" w:rsidR="00BC6614" w:rsidRDefault="00BC6614">
      <w:pPr>
        <w:spacing w:line="240" w:lineRule="auto"/>
      </w:pPr>
      <w:r>
        <w:separator/>
      </w:r>
    </w:p>
  </w:endnote>
  <w:endnote w:type="continuationSeparator" w:id="0">
    <w:p w14:paraId="710ECBF1" w14:textId="77777777" w:rsidR="00BC6614" w:rsidRDefault="00BC66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BA0A6" w14:textId="1A470FC0" w:rsidR="00FB2F32" w:rsidRPr="000020E5" w:rsidRDefault="00FB2F32" w:rsidP="000020E5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0E528" w14:textId="200927C2" w:rsidR="00FB2F32" w:rsidRPr="000020E5" w:rsidRDefault="00FB2F32" w:rsidP="000020E5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785F1" w14:textId="5A94F85E" w:rsidR="00FB2F32" w:rsidRPr="000020E5" w:rsidRDefault="00FB2F32" w:rsidP="000020E5">
    <w:pPr>
      <w:pStyle w:val="a7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7350E" w14:textId="1F9963C3" w:rsidR="00FB2F32" w:rsidRPr="000020E5" w:rsidRDefault="00FB2F32" w:rsidP="000020E5">
    <w:pPr>
      <w:pStyle w:val="a7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08086" w14:textId="27FFE8F9" w:rsidR="00FB2F32" w:rsidRPr="000020E5" w:rsidRDefault="00FB2F32" w:rsidP="000020E5">
    <w:pPr>
      <w:pStyle w:val="a7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85159" w14:textId="5EA2D630" w:rsidR="00FB2F32" w:rsidRPr="000020E5" w:rsidRDefault="00FB2F32" w:rsidP="000020E5">
    <w:pPr>
      <w:pStyle w:val="a7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D7F20" w14:textId="61C506CD" w:rsidR="00FB2F32" w:rsidRPr="000020E5" w:rsidRDefault="00FB2F32" w:rsidP="000020E5">
    <w:pPr>
      <w:pStyle w:val="a7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DDC06" w14:textId="07FBCBC5" w:rsidR="00FB2F32" w:rsidRPr="000020E5" w:rsidRDefault="00FB2F32" w:rsidP="000020E5">
    <w:pPr>
      <w:pStyle w:val="a7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6F7B5" w14:textId="07F61E79" w:rsidR="00FB2F32" w:rsidRPr="000020E5" w:rsidRDefault="00FB2F32" w:rsidP="000020E5">
    <w:pPr>
      <w:pStyle w:val="a7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CBFAF" w14:textId="0A916C58" w:rsidR="00FB2F32" w:rsidRPr="000020E5" w:rsidRDefault="00FB2F32" w:rsidP="000020E5">
    <w:pPr>
      <w:pStyle w:val="a7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C3C07" w14:textId="1E930E1F" w:rsidR="00FB2F32" w:rsidRPr="000020E5" w:rsidRDefault="00FB2F32" w:rsidP="000020E5">
    <w:pPr>
      <w:pStyle w:val="a7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377E4" w14:textId="7F41E8F5" w:rsidR="00FB2F32" w:rsidRPr="000020E5" w:rsidRDefault="00FB2F32" w:rsidP="000020E5">
    <w:pPr>
      <w:pStyle w:val="a7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5FDDA" w14:textId="5A8A1B30" w:rsidR="00FB2F32" w:rsidRPr="000020E5" w:rsidRDefault="00FB2F32" w:rsidP="000020E5">
    <w:pPr>
      <w:pStyle w:val="a7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A3FED" w14:textId="137A6BE6" w:rsidR="00FB2F32" w:rsidRPr="000020E5" w:rsidRDefault="00FB2F32" w:rsidP="000020E5">
    <w:pPr>
      <w:pStyle w:val="a7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CD706" w14:textId="2DA0F8ED" w:rsidR="00FB2F32" w:rsidRPr="000020E5" w:rsidRDefault="00FB2F32" w:rsidP="000020E5">
    <w:pPr>
      <w:pStyle w:val="a7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D27E7" w14:textId="2BD536B8" w:rsidR="00FB2F32" w:rsidRDefault="000020E5" w:rsidP="000020E5">
    <w:pPr>
      <w:pStyle w:val="a7"/>
      <w:widowControl w:val="0"/>
      <w:tabs>
        <w:tab w:val="center" w:pos="5223"/>
        <w:tab w:val="left" w:pos="6006"/>
      </w:tabs>
      <w:kinsoku w:val="0"/>
      <w:overflowPunct w:val="0"/>
      <w:autoSpaceDE w:val="0"/>
      <w:autoSpaceDN w:val="0"/>
      <w:snapToGrid w:val="0"/>
      <w:spacing w:line="220" w:lineRule="exact"/>
    </w:pPr>
    <w:r>
      <w:rPr>
        <w:rFonts w:ascii="ＭＳ Ｐ明朝" w:eastAsia="ＭＳ Ｐ明朝" w:hAnsi="ＭＳ Ｐ明朝" w:cs="ＭＳ Ｐ明朝"/>
        <w:color w:val="000000"/>
        <w:sz w:val="19"/>
        <w:lang w:val="ja-JP" w:eastAsia="ja-JP"/>
      </w:rPr>
      <w:tab/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40597" w14:textId="321C86D4" w:rsidR="00FB2F32" w:rsidRPr="000020E5" w:rsidRDefault="00FB2F32" w:rsidP="000020E5">
    <w:pPr>
      <w:pStyle w:val="a7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26B8B" w14:textId="77C62649" w:rsidR="00FB2F32" w:rsidRDefault="00FB2F32">
    <w:pPr>
      <w:pStyle w:val="a7"/>
      <w:widowControl w:val="0"/>
      <w:kinsoku w:val="0"/>
      <w:overflowPunct w:val="0"/>
      <w:autoSpaceDE w:val="0"/>
      <w:autoSpaceDN w:val="0"/>
      <w:snapToGrid w:val="0"/>
      <w:spacing w:line="220" w:lineRule="exact"/>
      <w:jc w:val="cen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F644B" w14:textId="07B7A8D9" w:rsidR="00FB2F32" w:rsidRPr="000020E5" w:rsidRDefault="00FB2F32" w:rsidP="000020E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505DD" w14:textId="77777777" w:rsidR="00BC6614" w:rsidRDefault="00BC6614">
      <w:pPr>
        <w:spacing w:line="240" w:lineRule="auto"/>
      </w:pPr>
      <w:r>
        <w:separator/>
      </w:r>
    </w:p>
  </w:footnote>
  <w:footnote w:type="continuationSeparator" w:id="0">
    <w:p w14:paraId="17A7B604" w14:textId="77777777" w:rsidR="00BC6614" w:rsidRDefault="00BC661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02293993">
    <w:abstractNumId w:val="8"/>
  </w:num>
  <w:num w:numId="2" w16cid:durableId="2026518949">
    <w:abstractNumId w:val="6"/>
  </w:num>
  <w:num w:numId="3" w16cid:durableId="2135757683">
    <w:abstractNumId w:val="5"/>
  </w:num>
  <w:num w:numId="4" w16cid:durableId="547642730">
    <w:abstractNumId w:val="4"/>
  </w:num>
  <w:num w:numId="5" w16cid:durableId="668363339">
    <w:abstractNumId w:val="7"/>
  </w:num>
  <w:num w:numId="6" w16cid:durableId="750589158">
    <w:abstractNumId w:val="3"/>
  </w:num>
  <w:num w:numId="7" w16cid:durableId="1236357131">
    <w:abstractNumId w:val="2"/>
  </w:num>
  <w:num w:numId="8" w16cid:durableId="1314065673">
    <w:abstractNumId w:val="1"/>
  </w:num>
  <w:num w:numId="9" w16cid:durableId="1150318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bordersDoNotSurroundHeader/>
  <w:bordersDoNotSurroundFooter/>
  <w:proofState w:spelling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0E5"/>
    <w:rsid w:val="00034616"/>
    <w:rsid w:val="0006063C"/>
    <w:rsid w:val="0015074B"/>
    <w:rsid w:val="0029639D"/>
    <w:rsid w:val="00326F90"/>
    <w:rsid w:val="00AA1D8D"/>
    <w:rsid w:val="00B47730"/>
    <w:rsid w:val="00BC6614"/>
    <w:rsid w:val="00CB0664"/>
    <w:rsid w:val="00FB2F32"/>
    <w:rsid w:val="00FC693F"/>
    <w:rsid w:val="00FE4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7DFDEF"/>
  <w14:defaultImageDpi w14:val="300"/>
  <w15:docId w15:val="{E9A44C9E-7D74-462F-ACFD-24ECEA0A3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/>
    </w:pPr>
    <w:rPr>
      <w:rFonts w:ascii="ＭＳ 明朝" w:hAnsi="ＭＳ 明朝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18" Type="http://schemas.openxmlformats.org/officeDocument/2006/relationships/footer" Target="footer11.xml"/><Relationship Id="rId26" Type="http://schemas.openxmlformats.org/officeDocument/2006/relationships/footer" Target="footer19.xml"/><Relationship Id="rId3" Type="http://schemas.openxmlformats.org/officeDocument/2006/relationships/styles" Target="styles.xml"/><Relationship Id="rId21" Type="http://schemas.openxmlformats.org/officeDocument/2006/relationships/footer" Target="footer14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17" Type="http://schemas.openxmlformats.org/officeDocument/2006/relationships/footer" Target="footer10.xml"/><Relationship Id="rId25" Type="http://schemas.openxmlformats.org/officeDocument/2006/relationships/footer" Target="footer18.xml"/><Relationship Id="rId2" Type="http://schemas.openxmlformats.org/officeDocument/2006/relationships/numbering" Target="numbering.xml"/><Relationship Id="rId16" Type="http://schemas.openxmlformats.org/officeDocument/2006/relationships/footer" Target="footer9.xml"/><Relationship Id="rId20" Type="http://schemas.openxmlformats.org/officeDocument/2006/relationships/footer" Target="footer1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24" Type="http://schemas.openxmlformats.org/officeDocument/2006/relationships/footer" Target="footer17.xml"/><Relationship Id="rId5" Type="http://schemas.openxmlformats.org/officeDocument/2006/relationships/webSettings" Target="webSettings.xml"/><Relationship Id="rId15" Type="http://schemas.openxmlformats.org/officeDocument/2006/relationships/footer" Target="footer8.xml"/><Relationship Id="rId23" Type="http://schemas.openxmlformats.org/officeDocument/2006/relationships/footer" Target="footer16.xml"/><Relationship Id="rId28" Type="http://schemas.openxmlformats.org/officeDocument/2006/relationships/theme" Target="theme/theme1.xml"/><Relationship Id="rId10" Type="http://schemas.openxmlformats.org/officeDocument/2006/relationships/footer" Target="footer3.xml"/><Relationship Id="rId19" Type="http://schemas.openxmlformats.org/officeDocument/2006/relationships/footer" Target="footer12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7.xml"/><Relationship Id="rId22" Type="http://schemas.openxmlformats.org/officeDocument/2006/relationships/footer" Target="footer15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20</Pages>
  <Words>1010</Words>
  <Characters>5757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6754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林地開発許可申請 申請書様式</dc:title>
  <dc:subject/>
  <dc:creator>石井 達也</dc:creator>
  <cp:keywords/>
  <dc:description>generated by python-docx</dc:description>
  <cp:lastModifiedBy>石井 達也</cp:lastModifiedBy>
  <cp:revision>2</cp:revision>
  <dcterms:created xsi:type="dcterms:W3CDTF">2026-10-21T01:05:00Z</dcterms:created>
  <dcterms:modified xsi:type="dcterms:W3CDTF">2026-10-21T01:05:00Z</dcterms:modified>
  <cp:category/>
</cp:coreProperties>
</file>